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053" w:rsidRPr="000811AC" w:rsidRDefault="000811AC" w:rsidP="000811AC">
      <w:pPr>
        <w:pStyle w:val="Heading2"/>
        <w:tabs>
          <w:tab w:val="left" w:pos="283"/>
          <w:tab w:val="left" w:pos="2835"/>
          <w:tab w:val="left" w:pos="5386"/>
          <w:tab w:val="left" w:pos="7937"/>
        </w:tabs>
        <w:spacing w:before="0"/>
        <w:ind w:left="0"/>
        <w:jc w:val="center"/>
        <w:rPr>
          <w:rFonts w:asciiTheme="minorHAnsi" w:hAnsiTheme="minorHAnsi"/>
          <w:i w:val="0"/>
          <w:color w:val="FF0000"/>
          <w:sz w:val="36"/>
          <w:lang w:val="en-US"/>
        </w:rPr>
      </w:pPr>
      <w:bookmarkStart w:id="0" w:name="_Hlk197889135"/>
      <w:r w:rsidRPr="000811AC">
        <w:rPr>
          <w:rFonts w:ascii="UTM Avo" w:hAnsi="UTM Avo"/>
          <w:i w:val="0"/>
          <w:color w:val="FF0000"/>
          <w:sz w:val="36"/>
        </w:rPr>
        <w:t>ĐỀ 05</w:t>
      </w:r>
      <w:r w:rsidRPr="000811AC">
        <w:rPr>
          <w:rFonts w:ascii="UTM Avo" w:hAnsi="UTM Avo"/>
          <w:i w:val="0"/>
          <w:color w:val="FF0000"/>
          <w:sz w:val="36"/>
          <w:lang w:val="en-US"/>
        </w:rPr>
        <w:t xml:space="preserve"> </w:t>
      </w:r>
      <w:r w:rsidRPr="000811AC">
        <w:rPr>
          <w:i w:val="0"/>
          <w:color w:val="FF0000"/>
          <w:sz w:val="36"/>
          <w:lang w:val="en-US"/>
        </w:rPr>
        <w:t>–</w:t>
      </w:r>
      <w:r w:rsidRPr="000811AC">
        <w:rPr>
          <w:rFonts w:ascii="UTM Avo" w:hAnsi="UTM Avo"/>
          <w:i w:val="0"/>
          <w:color w:val="FF0000"/>
          <w:sz w:val="36"/>
          <w:lang w:val="en-US"/>
        </w:rPr>
        <w:t xml:space="preserve"> GIẢI</w:t>
      </w:r>
    </w:p>
    <w:p w:rsidR="001D1053" w:rsidRPr="005D554B" w:rsidRDefault="001D1053" w:rsidP="001D1053">
      <w:pPr>
        <w:spacing w:before="0" w:after="0"/>
        <w:rPr>
          <w:color w:val="FF0000"/>
          <w:szCs w:val="24"/>
        </w:rPr>
      </w:pPr>
      <w:r w:rsidRPr="005D554B">
        <w:rPr>
          <w:b/>
          <w:bCs/>
          <w:color w:val="FF0000"/>
          <w:szCs w:val="24"/>
        </w:rPr>
        <w:t xml:space="preserve">PHẦN I. Câu trắc nghiệm nhiều phương án lựa chọn (3,0 điểm). </w:t>
      </w:r>
      <w:r w:rsidRPr="005D554B">
        <w:rPr>
          <w:bCs/>
          <w:color w:val="FF0000"/>
          <w:szCs w:val="24"/>
        </w:rPr>
        <w:t>Thí sinh trả lời từ câu 1 đến câu 12. Mỗi câu hỏi thí sinh chỉ chọn một phương án.</w:t>
      </w:r>
    </w:p>
    <w:p w:rsidR="001D1053" w:rsidRPr="00162B74" w:rsidRDefault="001D1053" w:rsidP="001D1053">
      <w:pPr>
        <w:pStyle w:val="ListParagraph"/>
        <w:widowControl/>
        <w:numPr>
          <w:ilvl w:val="0"/>
          <w:numId w:val="26"/>
        </w:numPr>
        <w:autoSpaceDE/>
        <w:autoSpaceDN/>
        <w:spacing w:before="0"/>
        <w:contextualSpacing/>
        <w:jc w:val="both"/>
        <w:rPr>
          <w:b/>
          <w:color w:val="0000FF"/>
          <w:kern w:val="2"/>
        </w:rPr>
      </w:pPr>
      <w:r w:rsidRPr="00162B74">
        <w:rPr>
          <w:kern w:val="2"/>
        </w:rPr>
        <w:t xml:space="preserve">Nghiệm của phương trình </w:t>
      </w:r>
      <w:r w:rsidRPr="00162B74">
        <w:rPr>
          <w:position w:val="-14"/>
        </w:rPr>
        <w:object w:dxaOrig="1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19.85pt" o:ole="">
            <v:imagedata r:id="rId8" o:title=""/>
          </v:shape>
          <o:OLEObject Type="Embed" ProgID="Equation.DSMT4" ShapeID="_x0000_i1025" DrawAspect="Content" ObjectID="_1808505057" r:id="rId9"/>
        </w:object>
      </w:r>
      <w:r w:rsidRPr="00162B74">
        <w:rPr>
          <w:kern w:val="2"/>
        </w:rPr>
        <w:t>là:</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lang w:val="vi-VN"/>
        </w:rPr>
      </w:pPr>
      <w:r w:rsidRPr="00162B74">
        <w:rPr>
          <w:rFonts w:eastAsia="Calibri"/>
          <w:b/>
          <w:color w:val="0000FF"/>
          <w:kern w:val="2"/>
          <w:szCs w:val="24"/>
        </w:rPr>
        <w:t>A.</w:t>
      </w:r>
      <w:r w:rsidRPr="00162B74">
        <w:rPr>
          <w:rFonts w:eastAsia="Calibri"/>
          <w:b/>
          <w:color w:val="008000"/>
          <w:kern w:val="2"/>
          <w:szCs w:val="24"/>
        </w:rPr>
        <w:t xml:space="preserve"> </w:t>
      </w:r>
      <w:r w:rsidRPr="00162B74">
        <w:rPr>
          <w:rFonts w:eastAsia="Calibri"/>
          <w:kern w:val="2"/>
          <w:position w:val="-6"/>
          <w:szCs w:val="24"/>
        </w:rPr>
        <w:object w:dxaOrig="200" w:dyaOrig="279">
          <v:shape id="_x0000_i1026" type="#_x0000_t75" style="width:9.7pt;height:13.4pt" o:ole="">
            <v:imagedata r:id="rId10" o:title=""/>
          </v:shape>
          <o:OLEObject Type="Embed" ProgID="Equation.DSMT4" ShapeID="_x0000_i1026" DrawAspect="Content" ObjectID="_1808505058" r:id="rId11"/>
        </w:object>
      </w:r>
      <w:r w:rsidRPr="00162B74">
        <w:rPr>
          <w:rFonts w:eastAsia="Calibri"/>
          <w:kern w:val="2"/>
          <w:szCs w:val="24"/>
        </w:rPr>
        <w:t>.</w:t>
      </w:r>
      <w:r w:rsidRPr="00162B74">
        <w:rPr>
          <w:rFonts w:eastAsia="Calibri"/>
          <w:b/>
          <w:color w:val="0000FF"/>
          <w:kern w:val="2"/>
          <w:szCs w:val="24"/>
        </w:rPr>
        <w:tab/>
      </w:r>
      <w:r w:rsidRPr="00162B74">
        <w:rPr>
          <w:rFonts w:eastAsia="Calibri"/>
          <w:b/>
          <w:color w:val="0000FF"/>
          <w:kern w:val="2"/>
          <w:szCs w:val="24"/>
          <w:highlight w:val="yellow"/>
          <w:u w:val="single"/>
        </w:rPr>
        <w:t>B</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6"/>
          <w:szCs w:val="24"/>
          <w:highlight w:val="yellow"/>
        </w:rPr>
        <w:object w:dxaOrig="320" w:dyaOrig="279">
          <v:shape id="_x0000_i1027" type="#_x0000_t75" style="width:15.25pt;height:13.4pt" o:ole="">
            <v:imagedata r:id="rId12" o:title=""/>
          </v:shape>
          <o:OLEObject Type="Embed" ProgID="Equation.DSMT4" ShapeID="_x0000_i1027" DrawAspect="Content" ObjectID="_1808505059" r:id="rId13"/>
        </w:object>
      </w:r>
      <w:r w:rsidRPr="00162B74">
        <w:rPr>
          <w:rFonts w:eastAsia="Calibri"/>
          <w:kern w:val="2"/>
          <w:szCs w:val="24"/>
          <w:highlight w:val="yellow"/>
        </w:rPr>
        <w:t>.</w:t>
      </w:r>
      <w:r w:rsidRPr="00162B74">
        <w:rPr>
          <w:rFonts w:eastAsia="Calibri"/>
          <w:b/>
          <w:color w:val="0000FF"/>
          <w:kern w:val="2"/>
          <w:szCs w:val="24"/>
        </w:rPr>
        <w:tab/>
        <w:t>C.</w:t>
      </w:r>
      <w:r w:rsidRPr="00162B74">
        <w:rPr>
          <w:rFonts w:eastAsia="Calibri"/>
          <w:b/>
          <w:color w:val="008000"/>
          <w:kern w:val="2"/>
          <w:szCs w:val="24"/>
        </w:rPr>
        <w:t xml:space="preserve"> </w:t>
      </w:r>
      <w:r w:rsidRPr="00162B74">
        <w:rPr>
          <w:rFonts w:eastAsia="Calibri"/>
          <w:kern w:val="2"/>
          <w:position w:val="-6"/>
          <w:szCs w:val="24"/>
        </w:rPr>
        <w:object w:dxaOrig="320" w:dyaOrig="279">
          <v:shape id="_x0000_i1028" type="#_x0000_t75" style="width:16.15pt;height:12.9pt" o:ole="">
            <v:imagedata r:id="rId14" o:title=""/>
          </v:shape>
          <o:OLEObject Type="Embed" ProgID="Equation.DSMT4" ShapeID="_x0000_i1028" DrawAspect="Content" ObjectID="_1808505060" r:id="rId15"/>
        </w:object>
      </w:r>
      <w:r w:rsidRPr="00162B74">
        <w:rPr>
          <w:rFonts w:eastAsia="Calibri"/>
          <w:kern w:val="2"/>
          <w:szCs w:val="24"/>
        </w:rPr>
        <w:t>.</w:t>
      </w:r>
      <w:r w:rsidRPr="00162B74">
        <w:rPr>
          <w:rFonts w:eastAsia="Calibri"/>
          <w:b/>
          <w:color w:val="0000FF"/>
          <w:kern w:val="2"/>
          <w:szCs w:val="24"/>
        </w:rPr>
        <w:tab/>
        <w:t>D.</w:t>
      </w:r>
      <w:r w:rsidRPr="00162B74">
        <w:rPr>
          <w:rFonts w:eastAsia="Calibri"/>
          <w:b/>
          <w:color w:val="008000"/>
          <w:kern w:val="2"/>
          <w:szCs w:val="24"/>
        </w:rPr>
        <w:t xml:space="preserve"> </w:t>
      </w:r>
      <w:r w:rsidRPr="00162B74">
        <w:rPr>
          <w:rFonts w:eastAsia="Calibri"/>
          <w:kern w:val="2"/>
          <w:position w:val="-6"/>
          <w:szCs w:val="24"/>
        </w:rPr>
        <w:object w:dxaOrig="320" w:dyaOrig="279">
          <v:shape id="_x0000_i1029" type="#_x0000_t75" style="width:17.55pt;height:13.4pt" o:ole="">
            <v:imagedata r:id="rId16" o:title=""/>
          </v:shape>
          <o:OLEObject Type="Embed" ProgID="Equation.DSMT4" ShapeID="_x0000_i1029" DrawAspect="Content" ObjectID="_1808505061" r:id="rId17"/>
        </w:object>
      </w:r>
      <w:r w:rsidRPr="00162B74">
        <w:rPr>
          <w:rFonts w:eastAsia="Calibri"/>
          <w:kern w:val="2"/>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highlight w:val="green"/>
        </w:rPr>
      </w:pPr>
      <w:r w:rsidRPr="00162B74">
        <w:rPr>
          <w:rFonts w:eastAsia="Calibri"/>
          <w:b/>
          <w:color w:val="0000FF"/>
          <w:kern w:val="2"/>
          <w:szCs w:val="24"/>
          <w:highlight w:val="green"/>
        </w:rPr>
        <w:t>Chọn B</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kern w:val="2"/>
          <w:szCs w:val="24"/>
        </w:rPr>
        <w:t xml:space="preserve">Ta có </w:t>
      </w:r>
      <w:r w:rsidRPr="00162B74">
        <w:rPr>
          <w:rFonts w:eastAsia="Calibri"/>
          <w:kern w:val="2"/>
          <w:position w:val="-14"/>
          <w:szCs w:val="24"/>
        </w:rPr>
        <w:object w:dxaOrig="3560" w:dyaOrig="400">
          <v:shape id="_x0000_i1030" type="#_x0000_t75" style="width:178.15pt;height:19.85pt" o:ole="">
            <v:imagedata r:id="rId18" o:title=""/>
          </v:shape>
          <o:OLEObject Type="Embed" ProgID="Equation.DSMT4" ShapeID="_x0000_i1030" DrawAspect="Content" ObjectID="_1808505062" r:id="rId19"/>
        </w:object>
      </w:r>
      <w:r w:rsidRPr="00162B74">
        <w:rPr>
          <w:rFonts w:eastAsia="Calibri"/>
          <w:kern w:val="2"/>
          <w:szCs w:val="24"/>
        </w:rPr>
        <w:t>.</w:t>
      </w:r>
    </w:p>
    <w:p w:rsidR="001D1053" w:rsidRPr="00162B74" w:rsidRDefault="001D1053" w:rsidP="001D1053">
      <w:pPr>
        <w:pStyle w:val="ListParagraph"/>
        <w:widowControl/>
        <w:numPr>
          <w:ilvl w:val="0"/>
          <w:numId w:val="26"/>
        </w:numPr>
        <w:autoSpaceDE/>
        <w:autoSpaceDN/>
        <w:spacing w:before="0"/>
        <w:contextualSpacing/>
        <w:jc w:val="both"/>
        <w:rPr>
          <w:kern w:val="2"/>
        </w:rPr>
      </w:pPr>
      <w:r w:rsidRPr="00162B74">
        <w:rPr>
          <w:kern w:val="2"/>
        </w:rPr>
        <w:t xml:space="preserve">Cho hàm số </w:t>
      </w:r>
      <w:r w:rsidRPr="00162B74">
        <w:rPr>
          <w:position w:val="-14"/>
        </w:rPr>
        <w:object w:dxaOrig="4420" w:dyaOrig="400">
          <v:shape id="_x0000_i1031" type="#_x0000_t75" style="width:221.1pt;height:19.85pt" o:ole="">
            <v:imagedata r:id="rId20" o:title=""/>
          </v:shape>
          <o:OLEObject Type="Embed" ProgID="Equation.DSMT4" ShapeID="_x0000_i1031" DrawAspect="Content" ObjectID="_1808505063" r:id="rId21"/>
        </w:object>
      </w:r>
      <w:r w:rsidRPr="00162B74">
        <w:rPr>
          <w:kern w:val="2"/>
        </w:rPr>
        <w:t xml:space="preserve"> có bảng biến thiên như sau:</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noProof/>
          <w:kern w:val="2"/>
          <w:szCs w:val="24"/>
        </w:rPr>
        <w:drawing>
          <wp:inline distT="0" distB="0" distL="0" distR="0" wp14:anchorId="65FC2C72" wp14:editId="16420209">
            <wp:extent cx="4528582" cy="1106019"/>
            <wp:effectExtent l="0" t="0" r="5715" b="0"/>
            <wp:docPr id="110771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32132" name=""/>
                    <pic:cNvPicPr/>
                  </pic:nvPicPr>
                  <pic:blipFill>
                    <a:blip r:embed="rId22"/>
                    <a:stretch>
                      <a:fillRect/>
                    </a:stretch>
                  </pic:blipFill>
                  <pic:spPr>
                    <a:xfrm>
                      <a:off x="0" y="0"/>
                      <a:ext cx="4542296" cy="1109368"/>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kern w:val="2"/>
          <w:szCs w:val="24"/>
        </w:rPr>
      </w:pPr>
      <w:r w:rsidRPr="00162B74">
        <w:rPr>
          <w:rFonts w:eastAsia="Calibri"/>
          <w:kern w:val="2"/>
          <w:szCs w:val="24"/>
        </w:rPr>
        <w:t>Hàm số đã cho đồng biến trong khoảng nào dưới đây?</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lang w:val="vi-VN"/>
        </w:rPr>
      </w:pPr>
      <w:r w:rsidRPr="00162B74">
        <w:rPr>
          <w:rFonts w:eastAsia="Calibri"/>
          <w:b/>
          <w:color w:val="0000FF"/>
          <w:kern w:val="2"/>
          <w:szCs w:val="24"/>
        </w:rPr>
        <w:t>A.</w:t>
      </w:r>
      <w:r w:rsidRPr="00162B74">
        <w:rPr>
          <w:rFonts w:eastAsia="Calibri"/>
          <w:b/>
          <w:color w:val="008000"/>
          <w:kern w:val="2"/>
          <w:szCs w:val="24"/>
        </w:rPr>
        <w:t xml:space="preserve"> </w:t>
      </w:r>
      <w:r w:rsidRPr="00162B74">
        <w:rPr>
          <w:rFonts w:eastAsia="Calibri"/>
          <w:kern w:val="2"/>
          <w:position w:val="-14"/>
          <w:szCs w:val="24"/>
        </w:rPr>
        <w:object w:dxaOrig="760" w:dyaOrig="400">
          <v:shape id="_x0000_i1032" type="#_x0000_t75" style="width:36.9pt;height:19.4pt" o:ole="">
            <v:imagedata r:id="rId23" o:title=""/>
          </v:shape>
          <o:OLEObject Type="Embed" ProgID="Equation.DSMT4" ShapeID="_x0000_i1032" DrawAspect="Content" ObjectID="_1808505064" r:id="rId24"/>
        </w:object>
      </w:r>
      <w:r w:rsidRPr="00162B74">
        <w:rPr>
          <w:rFonts w:eastAsia="Calibri"/>
          <w:kern w:val="2"/>
          <w:szCs w:val="24"/>
        </w:rPr>
        <w:t>.</w:t>
      </w:r>
      <w:r w:rsidRPr="00162B74">
        <w:rPr>
          <w:rFonts w:eastAsia="Calibri"/>
          <w:b/>
          <w:color w:val="0000FF"/>
          <w:kern w:val="2"/>
          <w:szCs w:val="24"/>
        </w:rPr>
        <w:tab/>
      </w:r>
      <w:r w:rsidRPr="00162B74">
        <w:rPr>
          <w:rFonts w:eastAsia="Calibri"/>
          <w:b/>
          <w:color w:val="0000FF"/>
          <w:kern w:val="2"/>
          <w:szCs w:val="24"/>
          <w:highlight w:val="yellow"/>
          <w:u w:val="single"/>
        </w:rPr>
        <w:t>B</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14"/>
          <w:szCs w:val="24"/>
          <w:highlight w:val="yellow"/>
        </w:rPr>
        <w:object w:dxaOrig="780" w:dyaOrig="400">
          <v:shape id="_x0000_i1033" type="#_x0000_t75" style="width:37.85pt;height:19.4pt" o:ole="">
            <v:imagedata r:id="rId25" o:title=""/>
          </v:shape>
          <o:OLEObject Type="Embed" ProgID="Equation.DSMT4" ShapeID="_x0000_i1033" DrawAspect="Content" ObjectID="_1808505065" r:id="rId26"/>
        </w:object>
      </w:r>
      <w:r w:rsidRPr="00162B74">
        <w:rPr>
          <w:rFonts w:eastAsia="Calibri"/>
          <w:kern w:val="2"/>
          <w:szCs w:val="24"/>
          <w:highlight w:val="yellow"/>
        </w:rPr>
        <w:t>.</w:t>
      </w:r>
      <w:r w:rsidRPr="00162B74">
        <w:rPr>
          <w:rFonts w:eastAsia="Calibri"/>
          <w:b/>
          <w:color w:val="0000FF"/>
          <w:kern w:val="2"/>
          <w:szCs w:val="24"/>
        </w:rPr>
        <w:tab/>
        <w:t>C.</w:t>
      </w:r>
      <w:r w:rsidRPr="00162B74">
        <w:rPr>
          <w:rFonts w:eastAsia="Calibri"/>
          <w:b/>
          <w:color w:val="008000"/>
          <w:kern w:val="2"/>
          <w:szCs w:val="24"/>
        </w:rPr>
        <w:t xml:space="preserve"> </w:t>
      </w:r>
      <w:r w:rsidRPr="00162B74">
        <w:rPr>
          <w:rFonts w:eastAsia="Calibri"/>
          <w:kern w:val="2"/>
          <w:position w:val="-14"/>
          <w:szCs w:val="24"/>
        </w:rPr>
        <w:object w:dxaOrig="900" w:dyaOrig="400">
          <v:shape id="_x0000_i1034" type="#_x0000_t75" style="width:43.85pt;height:19.4pt" o:ole="">
            <v:imagedata r:id="rId27" o:title=""/>
          </v:shape>
          <o:OLEObject Type="Embed" ProgID="Equation.DSMT4" ShapeID="_x0000_i1034" DrawAspect="Content" ObjectID="_1808505066" r:id="rId28"/>
        </w:object>
      </w:r>
      <w:r w:rsidRPr="00162B74">
        <w:rPr>
          <w:rFonts w:eastAsia="Calibri"/>
          <w:kern w:val="2"/>
          <w:szCs w:val="24"/>
        </w:rPr>
        <w:t>.</w:t>
      </w:r>
      <w:r w:rsidRPr="00162B74">
        <w:rPr>
          <w:rFonts w:eastAsia="Calibri"/>
          <w:b/>
          <w:color w:val="0000FF"/>
          <w:kern w:val="2"/>
          <w:szCs w:val="24"/>
        </w:rPr>
        <w:tab/>
        <w:t>D.</w:t>
      </w:r>
      <w:r w:rsidRPr="00162B74">
        <w:rPr>
          <w:rFonts w:eastAsia="Calibri"/>
          <w:b/>
          <w:color w:val="008000"/>
          <w:kern w:val="2"/>
          <w:szCs w:val="24"/>
        </w:rPr>
        <w:t xml:space="preserve"> </w:t>
      </w:r>
      <w:r w:rsidRPr="00162B74">
        <w:rPr>
          <w:rFonts w:eastAsia="Calibri"/>
          <w:kern w:val="2"/>
          <w:position w:val="-14"/>
          <w:szCs w:val="24"/>
        </w:rPr>
        <w:object w:dxaOrig="580" w:dyaOrig="400">
          <v:shape id="_x0000_i1035" type="#_x0000_t75" style="width:30.9pt;height:21.25pt" o:ole="">
            <v:imagedata r:id="rId29" o:title=""/>
          </v:shape>
          <o:OLEObject Type="Embed" ProgID="Equation.DSMT4" ShapeID="_x0000_i1035" DrawAspect="Content" ObjectID="_1808505067" r:id="rId30"/>
        </w:object>
      </w:r>
      <w:r w:rsidRPr="00162B74">
        <w:rPr>
          <w:rFonts w:eastAsia="Calibri"/>
          <w:kern w:val="2"/>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kern w:val="2"/>
          <w:szCs w:val="24"/>
          <w:highlight w:val="green"/>
        </w:rPr>
      </w:pPr>
      <w:r w:rsidRPr="00162B74">
        <w:rPr>
          <w:rFonts w:eastAsia="Calibri"/>
          <w:b/>
          <w:color w:val="0000FF"/>
          <w:kern w:val="2"/>
          <w:szCs w:val="24"/>
          <w:highlight w:val="green"/>
        </w:rPr>
        <w:t>Chọn B</w:t>
      </w:r>
    </w:p>
    <w:p w:rsidR="001D1053" w:rsidRPr="00162B74" w:rsidRDefault="001D1053" w:rsidP="001D1053">
      <w:pPr>
        <w:pStyle w:val="ListParagraph"/>
        <w:widowControl/>
        <w:numPr>
          <w:ilvl w:val="0"/>
          <w:numId w:val="26"/>
        </w:numPr>
        <w:autoSpaceDE/>
        <w:autoSpaceDN/>
        <w:spacing w:before="0"/>
        <w:contextualSpacing/>
        <w:jc w:val="both"/>
        <w:rPr>
          <w:b/>
          <w:color w:val="0000FF"/>
          <w:kern w:val="2"/>
        </w:rPr>
      </w:pPr>
      <w:r w:rsidRPr="00162B74">
        <w:rPr>
          <w:kern w:val="2"/>
        </w:rPr>
        <w:t xml:space="preserve">Trong hệ tọa độ </w:t>
      </w:r>
      <w:r w:rsidRPr="00162B74">
        <w:rPr>
          <w:position w:val="-10"/>
        </w:rPr>
        <w:object w:dxaOrig="460" w:dyaOrig="320">
          <v:shape id="_x0000_i1036" type="#_x0000_t75" style="width:23.1pt;height:16.15pt" o:ole="">
            <v:imagedata r:id="rId31" o:title=""/>
          </v:shape>
          <o:OLEObject Type="Embed" ProgID="Equation.DSMT4" ShapeID="_x0000_i1036" DrawAspect="Content" ObjectID="_1808505068" r:id="rId32"/>
        </w:object>
      </w:r>
      <w:r w:rsidRPr="00162B74">
        <w:rPr>
          <w:kern w:val="2"/>
        </w:rPr>
        <w:t xml:space="preserve">, cho hình phẳng </w:t>
      </w:r>
      <w:r w:rsidRPr="00162B74">
        <w:rPr>
          <w:position w:val="-14"/>
        </w:rPr>
        <w:object w:dxaOrig="480" w:dyaOrig="400">
          <v:shape id="_x0000_i1037" type="#_x0000_t75" style="width:24pt;height:19.85pt" o:ole="">
            <v:imagedata r:id="rId33" o:title=""/>
          </v:shape>
          <o:OLEObject Type="Embed" ProgID="Equation.DSMT4" ShapeID="_x0000_i1037" DrawAspect="Content" ObjectID="_1808505069" r:id="rId34"/>
        </w:object>
      </w:r>
      <w:r w:rsidRPr="00162B74">
        <w:rPr>
          <w:kern w:val="2"/>
        </w:rPr>
        <w:t xml:space="preserve">giới hạn bởi đồ thị hàm số </w:t>
      </w:r>
      <w:r w:rsidRPr="00162B74">
        <w:rPr>
          <w:position w:val="-10"/>
        </w:rPr>
        <w:object w:dxaOrig="760" w:dyaOrig="380">
          <v:shape id="_x0000_i1038" type="#_x0000_t75" style="width:37.85pt;height:18.9pt" o:ole="">
            <v:imagedata r:id="rId35" o:title=""/>
          </v:shape>
          <o:OLEObject Type="Embed" ProgID="Equation.DSMT4" ShapeID="_x0000_i1038" DrawAspect="Content" ObjectID="_1808505070" r:id="rId36"/>
        </w:object>
      </w:r>
      <w:r w:rsidRPr="00162B74">
        <w:rPr>
          <w:kern w:val="2"/>
        </w:rPr>
        <w:t xml:space="preserve">, trục </w:t>
      </w:r>
      <w:r w:rsidRPr="00162B74">
        <w:rPr>
          <w:position w:val="-6"/>
        </w:rPr>
        <w:object w:dxaOrig="360" w:dyaOrig="279">
          <v:shape id="_x0000_i1039" type="#_x0000_t75" style="width:18pt;height:13.85pt" o:ole="">
            <v:imagedata r:id="rId37" o:title=""/>
          </v:shape>
          <o:OLEObject Type="Embed" ProgID="Equation.DSMT4" ShapeID="_x0000_i1039" DrawAspect="Content" ObjectID="_1808505071" r:id="rId38"/>
        </w:object>
      </w:r>
      <w:r w:rsidRPr="00162B74">
        <w:rPr>
          <w:kern w:val="2"/>
        </w:rPr>
        <w:t xml:space="preserve">và hai đường thẳng </w:t>
      </w:r>
      <w:r w:rsidRPr="00162B74">
        <w:rPr>
          <w:position w:val="-10"/>
        </w:rPr>
        <w:object w:dxaOrig="1080" w:dyaOrig="320">
          <v:shape id="_x0000_i1040" type="#_x0000_t75" style="width:54pt;height:16.15pt" o:ole="">
            <v:imagedata r:id="rId39" o:title=""/>
          </v:shape>
          <o:OLEObject Type="Embed" ProgID="Equation.DSMT4" ShapeID="_x0000_i1040" DrawAspect="Content" ObjectID="_1808505072" r:id="rId40"/>
        </w:object>
      </w:r>
      <w:r w:rsidRPr="00162B74">
        <w:rPr>
          <w:kern w:val="2"/>
        </w:rPr>
        <w:t xml:space="preserve">. Diện tích của hình phẳng </w:t>
      </w:r>
      <w:r w:rsidRPr="00162B74">
        <w:rPr>
          <w:position w:val="-14"/>
        </w:rPr>
        <w:object w:dxaOrig="480" w:dyaOrig="400">
          <v:shape id="_x0000_i1041" type="#_x0000_t75" style="width:24pt;height:19.85pt" o:ole="">
            <v:imagedata r:id="rId41" o:title=""/>
          </v:shape>
          <o:OLEObject Type="Embed" ProgID="Equation.DSMT4" ShapeID="_x0000_i1041" DrawAspect="Content" ObjectID="_1808505073" r:id="rId42"/>
        </w:object>
      </w:r>
      <w:r w:rsidRPr="00162B74">
        <w:rPr>
          <w:kern w:val="2"/>
        </w:rPr>
        <w:t>là:</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A.</w:t>
      </w:r>
      <w:r w:rsidRPr="00162B74">
        <w:rPr>
          <w:rFonts w:eastAsia="Calibri"/>
          <w:b/>
          <w:color w:val="008000"/>
          <w:kern w:val="2"/>
          <w:szCs w:val="24"/>
        </w:rPr>
        <w:t xml:space="preserve"> </w:t>
      </w:r>
      <w:r w:rsidRPr="00162B74">
        <w:rPr>
          <w:rFonts w:eastAsia="Calibri"/>
          <w:kern w:val="2"/>
          <w:position w:val="-24"/>
          <w:szCs w:val="24"/>
        </w:rPr>
        <w:object w:dxaOrig="480" w:dyaOrig="620">
          <v:shape id="_x0000_i1042" type="#_x0000_t75" style="width:24.45pt;height:30.45pt" o:ole="">
            <v:imagedata r:id="rId43" o:title=""/>
          </v:shape>
          <o:OLEObject Type="Embed" ProgID="Equation.DSMT4" ShapeID="_x0000_i1042" DrawAspect="Content" ObjectID="_1808505074" r:id="rId44"/>
        </w:object>
      </w:r>
      <w:r w:rsidRPr="00162B74">
        <w:rPr>
          <w:rFonts w:eastAsia="Calibri"/>
          <w:kern w:val="2"/>
          <w:szCs w:val="24"/>
        </w:rPr>
        <w:t>.</w:t>
      </w:r>
      <w:r w:rsidRPr="00162B74">
        <w:rPr>
          <w:rFonts w:eastAsia="Calibri"/>
          <w:b/>
          <w:color w:val="0000FF"/>
          <w:kern w:val="2"/>
          <w:szCs w:val="24"/>
        </w:rPr>
        <w:tab/>
        <w:t>B.</w:t>
      </w:r>
      <w:r w:rsidRPr="00162B74">
        <w:rPr>
          <w:rFonts w:eastAsia="Calibri"/>
          <w:b/>
          <w:color w:val="008000"/>
          <w:kern w:val="2"/>
          <w:szCs w:val="24"/>
        </w:rPr>
        <w:t xml:space="preserve"> </w:t>
      </w:r>
      <w:r w:rsidRPr="00162B74">
        <w:rPr>
          <w:rFonts w:eastAsia="Calibri"/>
          <w:kern w:val="2"/>
          <w:position w:val="-24"/>
          <w:szCs w:val="24"/>
        </w:rPr>
        <w:object w:dxaOrig="480" w:dyaOrig="620">
          <v:shape id="_x0000_i1043" type="#_x0000_t75" style="width:23.55pt;height:30.45pt" o:ole="">
            <v:imagedata r:id="rId45" o:title=""/>
          </v:shape>
          <o:OLEObject Type="Embed" ProgID="Equation.DSMT4" ShapeID="_x0000_i1043" DrawAspect="Content" ObjectID="_1808505075" r:id="rId46"/>
        </w:object>
      </w:r>
      <w:r w:rsidRPr="00162B74">
        <w:rPr>
          <w:rFonts w:eastAsia="Calibri"/>
          <w:kern w:val="2"/>
          <w:szCs w:val="24"/>
        </w:rPr>
        <w:t>.</w:t>
      </w:r>
      <w:r w:rsidRPr="00162B74">
        <w:rPr>
          <w:rFonts w:eastAsia="Calibri"/>
          <w:b/>
          <w:color w:val="0000FF"/>
          <w:kern w:val="2"/>
          <w:szCs w:val="24"/>
        </w:rPr>
        <w:tab/>
        <w:t>C.</w:t>
      </w:r>
      <w:r w:rsidRPr="00162B74">
        <w:rPr>
          <w:rFonts w:eastAsia="Calibri"/>
          <w:b/>
          <w:color w:val="008000"/>
          <w:kern w:val="2"/>
          <w:szCs w:val="24"/>
        </w:rPr>
        <w:t xml:space="preserve"> </w:t>
      </w:r>
      <w:r w:rsidRPr="00162B74">
        <w:rPr>
          <w:rFonts w:eastAsia="Calibri"/>
          <w:kern w:val="2"/>
          <w:position w:val="-24"/>
          <w:szCs w:val="24"/>
        </w:rPr>
        <w:object w:dxaOrig="320" w:dyaOrig="620">
          <v:shape id="_x0000_i1044" type="#_x0000_t75" style="width:16.15pt;height:29.1pt" o:ole="">
            <v:imagedata r:id="rId47" o:title=""/>
          </v:shape>
          <o:OLEObject Type="Embed" ProgID="Equation.DSMT4" ShapeID="_x0000_i1044" DrawAspect="Content" ObjectID="_1808505076" r:id="rId48"/>
        </w:object>
      </w:r>
      <w:r w:rsidRPr="00162B74">
        <w:rPr>
          <w:rFonts w:eastAsia="Calibri"/>
          <w:kern w:val="2"/>
          <w:szCs w:val="24"/>
        </w:rPr>
        <w:t>.</w:t>
      </w:r>
      <w:r w:rsidRPr="00162B74">
        <w:rPr>
          <w:rFonts w:eastAsia="Calibri"/>
          <w:b/>
          <w:color w:val="0000FF"/>
          <w:kern w:val="2"/>
          <w:szCs w:val="24"/>
        </w:rPr>
        <w:tab/>
      </w:r>
      <w:r w:rsidRPr="00162B74">
        <w:rPr>
          <w:rFonts w:eastAsia="Calibri"/>
          <w:b/>
          <w:color w:val="0000FF"/>
          <w:kern w:val="2"/>
          <w:szCs w:val="24"/>
          <w:highlight w:val="yellow"/>
          <w:u w:val="single"/>
        </w:rPr>
        <w:t>D</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24"/>
          <w:szCs w:val="24"/>
          <w:highlight w:val="yellow"/>
        </w:rPr>
        <w:object w:dxaOrig="320" w:dyaOrig="620">
          <v:shape id="_x0000_i1045" type="#_x0000_t75" style="width:16.6pt;height:32.3pt" o:ole="">
            <v:imagedata r:id="rId49" o:title=""/>
          </v:shape>
          <o:OLEObject Type="Embed" ProgID="Equation.DSMT4" ShapeID="_x0000_i1045" DrawAspect="Content" ObjectID="_1808505077" r:id="rId50"/>
        </w:object>
      </w:r>
      <w:r w:rsidRPr="00162B74">
        <w:rPr>
          <w:rFonts w:eastAsia="Calibri"/>
          <w:kern w:val="2"/>
          <w:szCs w:val="24"/>
          <w:highlight w:val="yellow"/>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highlight w:val="green"/>
        </w:rPr>
      </w:pPr>
      <w:r w:rsidRPr="00162B74">
        <w:rPr>
          <w:rFonts w:eastAsia="Calibri"/>
          <w:b/>
          <w:color w:val="0000FF"/>
          <w:kern w:val="2"/>
          <w:szCs w:val="24"/>
          <w:highlight w:val="green"/>
        </w:rPr>
        <w:t>Chọn D</w:t>
      </w:r>
    </w:p>
    <w:p w:rsidR="001D1053" w:rsidRPr="00162B74" w:rsidRDefault="001D1053" w:rsidP="001D1053">
      <w:pPr>
        <w:tabs>
          <w:tab w:val="left" w:pos="283"/>
          <w:tab w:val="left" w:pos="2835"/>
          <w:tab w:val="left" w:pos="5386"/>
          <w:tab w:val="left" w:pos="7937"/>
        </w:tabs>
        <w:spacing w:before="0" w:after="0"/>
        <w:ind w:firstLine="283"/>
        <w:rPr>
          <w:rFonts w:eastAsia="Times New Roman"/>
          <w:bCs/>
          <w:noProof/>
          <w:kern w:val="2"/>
          <w:szCs w:val="24"/>
        </w:rPr>
      </w:pPr>
      <w:r w:rsidRPr="00162B74">
        <w:rPr>
          <w:rFonts w:eastAsia="Times New Roman"/>
          <w:bCs/>
          <w:noProof/>
          <w:kern w:val="2"/>
          <w:szCs w:val="24"/>
        </w:rPr>
        <w:t xml:space="preserve">Diện tích hình phẳng </w:t>
      </w:r>
      <w:r w:rsidRPr="00162B74">
        <w:rPr>
          <w:rFonts w:eastAsia="Times New Roman"/>
          <w:bCs/>
          <w:noProof/>
          <w:kern w:val="2"/>
          <w:position w:val="-14"/>
          <w:szCs w:val="24"/>
        </w:rPr>
        <w:object w:dxaOrig="480" w:dyaOrig="400">
          <v:shape id="_x0000_i1046" type="#_x0000_t75" style="width:24pt;height:19.85pt" o:ole="">
            <v:imagedata r:id="rId51" o:title=""/>
          </v:shape>
          <o:OLEObject Type="Embed" ProgID="Equation.DSMT4" ShapeID="_x0000_i1046" DrawAspect="Content" ObjectID="_1808505078" r:id="rId52"/>
        </w:object>
      </w:r>
      <w:r w:rsidRPr="00162B74">
        <w:rPr>
          <w:rFonts w:eastAsia="Times New Roman"/>
          <w:bCs/>
          <w:noProof/>
          <w:kern w:val="2"/>
          <w:szCs w:val="24"/>
        </w:rPr>
        <w:t xml:space="preserve">là </w:t>
      </w:r>
      <w:r w:rsidRPr="00162B74">
        <w:rPr>
          <w:rFonts w:eastAsia="Times New Roman"/>
          <w:bCs/>
          <w:noProof/>
          <w:kern w:val="2"/>
          <w:position w:val="-34"/>
          <w:szCs w:val="24"/>
        </w:rPr>
        <w:object w:dxaOrig="3260" w:dyaOrig="820">
          <v:shape id="_x0000_i1047" type="#_x0000_t75" style="width:162.9pt;height:41.1pt" o:ole="">
            <v:imagedata r:id="rId53" o:title=""/>
          </v:shape>
          <o:OLEObject Type="Embed" ProgID="Equation.DSMT4" ShapeID="_x0000_i1047" DrawAspect="Content" ObjectID="_1808505079" r:id="rId54"/>
        </w:object>
      </w:r>
      <w:r w:rsidRPr="00162B74">
        <w:rPr>
          <w:rFonts w:eastAsia="Times New Roman"/>
          <w:bCs/>
          <w:noProof/>
          <w:kern w:val="2"/>
          <w:szCs w:val="24"/>
        </w:rPr>
        <w:t>.</w:t>
      </w:r>
    </w:p>
    <w:p w:rsidR="001D1053" w:rsidRPr="00162B74" w:rsidRDefault="001D1053" w:rsidP="001D1053">
      <w:pPr>
        <w:pStyle w:val="ListParagraph"/>
        <w:widowControl/>
        <w:numPr>
          <w:ilvl w:val="0"/>
          <w:numId w:val="26"/>
        </w:numPr>
        <w:autoSpaceDE/>
        <w:autoSpaceDN/>
        <w:spacing w:before="0"/>
        <w:contextualSpacing/>
        <w:jc w:val="both"/>
        <w:rPr>
          <w:b/>
          <w:color w:val="0000FF"/>
          <w:kern w:val="2"/>
        </w:rPr>
      </w:pPr>
      <w:r w:rsidRPr="00162B74">
        <w:rPr>
          <w:kern w:val="2"/>
        </w:rPr>
        <w:t xml:space="preserve">Cho hình chóp </w:t>
      </w:r>
      <w:r w:rsidRPr="00162B74">
        <w:rPr>
          <w:position w:val="-6"/>
        </w:rPr>
        <w:object w:dxaOrig="920" w:dyaOrig="279">
          <v:shape id="_x0000_i1048" type="#_x0000_t75" style="width:46.15pt;height:13.85pt" o:ole="">
            <v:imagedata r:id="rId55" o:title=""/>
          </v:shape>
          <o:OLEObject Type="Embed" ProgID="Equation.DSMT4" ShapeID="_x0000_i1048" DrawAspect="Content" ObjectID="_1808505080" r:id="rId56"/>
        </w:object>
      </w:r>
      <w:r w:rsidRPr="00162B74">
        <w:rPr>
          <w:kern w:val="2"/>
        </w:rPr>
        <w:t xml:space="preserve">có đáy </w:t>
      </w:r>
      <w:r w:rsidRPr="00162B74">
        <w:rPr>
          <w:position w:val="-6"/>
        </w:rPr>
        <w:object w:dxaOrig="720" w:dyaOrig="279">
          <v:shape id="_x0000_i1049" type="#_x0000_t75" style="width:36pt;height:13.85pt" o:ole="">
            <v:imagedata r:id="rId57" o:title=""/>
          </v:shape>
          <o:OLEObject Type="Embed" ProgID="Equation.DSMT4" ShapeID="_x0000_i1049" DrawAspect="Content" ObjectID="_1808505081" r:id="rId58"/>
        </w:object>
      </w:r>
      <w:r w:rsidRPr="00162B74">
        <w:rPr>
          <w:kern w:val="2"/>
        </w:rPr>
        <w:t xml:space="preserve">là hình vuông và </w:t>
      </w:r>
      <w:r w:rsidRPr="00162B74">
        <w:rPr>
          <w:position w:val="-14"/>
        </w:rPr>
        <w:object w:dxaOrig="1440" w:dyaOrig="400">
          <v:shape id="_x0000_i1050" type="#_x0000_t75" style="width:1in;height:19.85pt" o:ole="">
            <v:imagedata r:id="rId59" o:title=""/>
          </v:shape>
          <o:OLEObject Type="Embed" ProgID="Equation.DSMT4" ShapeID="_x0000_i1050" DrawAspect="Content" ObjectID="_1808505082" r:id="rId60"/>
        </w:object>
      </w:r>
      <w:r w:rsidRPr="00162B74">
        <w:rPr>
          <w:kern w:val="2"/>
        </w:rPr>
        <w:t xml:space="preserve">. Khẳng định nào đưới đây </w:t>
      </w:r>
      <w:r w:rsidRPr="00162B74">
        <w:rPr>
          <w:b/>
          <w:bCs/>
          <w:kern w:val="2"/>
        </w:rPr>
        <w:t>sai</w:t>
      </w:r>
      <w:r w:rsidRPr="00162B74">
        <w:rPr>
          <w:kern w:val="2"/>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highlight w:val="yellow"/>
          <w:u w:val="single"/>
        </w:rPr>
        <w:t>A</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14"/>
          <w:szCs w:val="24"/>
          <w:highlight w:val="yellow"/>
        </w:rPr>
        <w:object w:dxaOrig="1280" w:dyaOrig="400">
          <v:shape id="_x0000_i1051" type="#_x0000_t75" style="width:61.85pt;height:19.4pt" o:ole="">
            <v:imagedata r:id="rId61" o:title=""/>
          </v:shape>
          <o:OLEObject Type="Embed" ProgID="Equation.DSMT4" ShapeID="_x0000_i1051" DrawAspect="Content" ObjectID="_1808505083" r:id="rId62"/>
        </w:object>
      </w:r>
      <w:r w:rsidRPr="00162B74">
        <w:rPr>
          <w:rFonts w:eastAsia="Calibri"/>
          <w:kern w:val="2"/>
          <w:szCs w:val="24"/>
          <w:highlight w:val="yellow"/>
        </w:rPr>
        <w:t>.</w:t>
      </w:r>
      <w:r w:rsidRPr="00162B74">
        <w:rPr>
          <w:rFonts w:eastAsia="Calibri"/>
          <w:b/>
          <w:color w:val="0000FF"/>
          <w:kern w:val="2"/>
          <w:szCs w:val="24"/>
        </w:rPr>
        <w:tab/>
        <w:t>B.</w:t>
      </w:r>
      <w:r w:rsidRPr="00162B74">
        <w:rPr>
          <w:rFonts w:eastAsia="Calibri"/>
          <w:b/>
          <w:color w:val="008000"/>
          <w:kern w:val="2"/>
          <w:szCs w:val="24"/>
        </w:rPr>
        <w:t xml:space="preserve"> </w:t>
      </w:r>
      <w:r w:rsidRPr="00162B74">
        <w:rPr>
          <w:rFonts w:eastAsia="Calibri"/>
          <w:kern w:val="2"/>
          <w:position w:val="-14"/>
          <w:szCs w:val="24"/>
        </w:rPr>
        <w:object w:dxaOrig="1600" w:dyaOrig="400">
          <v:shape id="_x0000_i1052" type="#_x0000_t75" style="width:78.45pt;height:19.4pt" o:ole="">
            <v:imagedata r:id="rId63" o:title=""/>
          </v:shape>
          <o:OLEObject Type="Embed" ProgID="Equation.DSMT4" ShapeID="_x0000_i1052" DrawAspect="Content" ObjectID="_1808505084" r:id="rId64"/>
        </w:object>
      </w:r>
      <w:r w:rsidRPr="00162B74">
        <w:rPr>
          <w:rFonts w:eastAsia="Calibri"/>
          <w:b/>
          <w:color w:val="0000FF"/>
          <w:kern w:val="2"/>
          <w:szCs w:val="24"/>
        </w:rPr>
        <w:tab/>
        <w:t>C.</w:t>
      </w:r>
      <w:r w:rsidRPr="00162B74">
        <w:rPr>
          <w:rFonts w:eastAsia="Calibri"/>
          <w:b/>
          <w:color w:val="008000"/>
          <w:kern w:val="2"/>
          <w:szCs w:val="24"/>
        </w:rPr>
        <w:t xml:space="preserve"> </w:t>
      </w:r>
      <w:r w:rsidRPr="00162B74">
        <w:rPr>
          <w:rFonts w:eastAsia="Calibri"/>
          <w:kern w:val="2"/>
          <w:position w:val="-14"/>
          <w:szCs w:val="24"/>
        </w:rPr>
        <w:object w:dxaOrig="1800" w:dyaOrig="400">
          <v:shape id="_x0000_i1053" type="#_x0000_t75" style="width:90pt;height:18.9pt" o:ole="">
            <v:imagedata r:id="rId65" o:title=""/>
          </v:shape>
          <o:OLEObject Type="Embed" ProgID="Equation.DSMT4" ShapeID="_x0000_i1053" DrawAspect="Content" ObjectID="_1808505085" r:id="rId66"/>
        </w:object>
      </w:r>
      <w:r w:rsidRPr="00162B74">
        <w:rPr>
          <w:rFonts w:eastAsia="Calibri"/>
          <w:kern w:val="2"/>
          <w:szCs w:val="24"/>
        </w:rPr>
        <w:t>.</w:t>
      </w:r>
      <w:r w:rsidRPr="00162B74">
        <w:rPr>
          <w:rFonts w:eastAsia="Calibri"/>
          <w:b/>
          <w:color w:val="0000FF"/>
          <w:kern w:val="2"/>
          <w:szCs w:val="24"/>
        </w:rPr>
        <w:tab/>
        <w:t>D.</w:t>
      </w:r>
      <w:r w:rsidRPr="00162B74">
        <w:rPr>
          <w:rFonts w:eastAsia="Calibri"/>
          <w:b/>
          <w:color w:val="008000"/>
          <w:kern w:val="2"/>
          <w:szCs w:val="24"/>
        </w:rPr>
        <w:t xml:space="preserve"> </w:t>
      </w:r>
      <w:r w:rsidRPr="00162B74">
        <w:rPr>
          <w:rFonts w:eastAsia="Calibri"/>
          <w:kern w:val="2"/>
          <w:position w:val="-14"/>
          <w:szCs w:val="24"/>
        </w:rPr>
        <w:object w:dxaOrig="1300" w:dyaOrig="400">
          <v:shape id="_x0000_i1054" type="#_x0000_t75" style="width:69.25pt;height:21.7pt" o:ole="">
            <v:imagedata r:id="rId67" o:title=""/>
          </v:shape>
          <o:OLEObject Type="Embed" ProgID="Equation.DSMT4" ShapeID="_x0000_i1054" DrawAspect="Content" ObjectID="_1808505086" r:id="rId68"/>
        </w:object>
      </w:r>
      <w:r w:rsidRPr="00162B74">
        <w:rPr>
          <w:rFonts w:eastAsia="Calibri"/>
          <w:kern w:val="2"/>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noProof/>
          <w:kern w:val="2"/>
          <w:szCs w:val="24"/>
        </w:rPr>
        <w:drawing>
          <wp:inline distT="0" distB="0" distL="0" distR="0" wp14:anchorId="7D54C6F7" wp14:editId="3861FEAC">
            <wp:extent cx="2303304" cy="2057400"/>
            <wp:effectExtent l="0" t="0" r="1905" b="0"/>
            <wp:docPr id="150414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49276" name=""/>
                    <pic:cNvPicPr/>
                  </pic:nvPicPr>
                  <pic:blipFill>
                    <a:blip r:embed="rId69"/>
                    <a:stretch>
                      <a:fillRect/>
                    </a:stretch>
                  </pic:blipFill>
                  <pic:spPr>
                    <a:xfrm>
                      <a:off x="0" y="0"/>
                      <a:ext cx="2312929" cy="2065997"/>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highlight w:val="green"/>
        </w:rPr>
      </w:pPr>
      <w:r w:rsidRPr="00162B74">
        <w:rPr>
          <w:rFonts w:eastAsia="Calibri"/>
          <w:b/>
          <w:color w:val="0000FF"/>
          <w:kern w:val="2"/>
          <w:szCs w:val="24"/>
          <w:highlight w:val="green"/>
        </w:rPr>
        <w:t>Chọn A</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kern w:val="2"/>
          <w:szCs w:val="24"/>
        </w:rPr>
        <w:t xml:space="preserve">Vì </w:t>
      </w:r>
      <w:r w:rsidRPr="00162B74">
        <w:rPr>
          <w:rFonts w:eastAsia="Calibri"/>
          <w:kern w:val="2"/>
          <w:position w:val="-4"/>
          <w:szCs w:val="24"/>
        </w:rPr>
        <w:object w:dxaOrig="400" w:dyaOrig="260">
          <v:shape id="_x0000_i1055" type="#_x0000_t75" style="width:19.85pt;height:12.9pt" o:ole="">
            <v:imagedata r:id="rId70" o:title=""/>
          </v:shape>
          <o:OLEObject Type="Embed" ProgID="Equation.DSMT4" ShapeID="_x0000_i1055" DrawAspect="Content" ObjectID="_1808505087" r:id="rId71"/>
        </w:object>
      </w:r>
      <w:r w:rsidRPr="00162B74">
        <w:rPr>
          <w:rFonts w:eastAsia="Calibri"/>
          <w:kern w:val="2"/>
          <w:szCs w:val="24"/>
        </w:rPr>
        <w:t xml:space="preserve">không vuông góc với </w:t>
      </w:r>
      <w:r w:rsidRPr="00162B74">
        <w:rPr>
          <w:rFonts w:eastAsia="Calibri"/>
          <w:kern w:val="2"/>
          <w:position w:val="-6"/>
          <w:szCs w:val="24"/>
        </w:rPr>
        <w:object w:dxaOrig="420" w:dyaOrig="279">
          <v:shape id="_x0000_i1056" type="#_x0000_t75" style="width:21.7pt;height:13.85pt" o:ole="">
            <v:imagedata r:id="rId72" o:title=""/>
          </v:shape>
          <o:OLEObject Type="Embed" ProgID="Equation.DSMT4" ShapeID="_x0000_i1056" DrawAspect="Content" ObjectID="_1808505088" r:id="rId73"/>
        </w:object>
      </w:r>
      <w:r w:rsidRPr="00162B74">
        <w:rPr>
          <w:rFonts w:eastAsia="Calibri"/>
          <w:kern w:val="2"/>
          <w:szCs w:val="24"/>
        </w:rPr>
        <w:t xml:space="preserve"> nên </w:t>
      </w:r>
      <w:r w:rsidRPr="00162B74">
        <w:rPr>
          <w:rFonts w:eastAsia="Calibri"/>
          <w:kern w:val="2"/>
          <w:position w:val="-4"/>
          <w:szCs w:val="24"/>
        </w:rPr>
        <w:object w:dxaOrig="400" w:dyaOrig="260">
          <v:shape id="_x0000_i1057" type="#_x0000_t75" style="width:19.85pt;height:12.9pt" o:ole="">
            <v:imagedata r:id="rId74" o:title=""/>
          </v:shape>
          <o:OLEObject Type="Embed" ProgID="Equation.DSMT4" ShapeID="_x0000_i1057" DrawAspect="Content" ObjectID="_1808505089" r:id="rId75"/>
        </w:object>
      </w:r>
      <w:r w:rsidRPr="00162B74">
        <w:rPr>
          <w:rFonts w:eastAsia="Calibri"/>
          <w:kern w:val="2"/>
          <w:szCs w:val="24"/>
        </w:rPr>
        <w:t xml:space="preserve"> không vuông góc với </w:t>
      </w:r>
      <w:r w:rsidRPr="00162B74">
        <w:rPr>
          <w:rFonts w:eastAsia="Calibri"/>
          <w:kern w:val="2"/>
          <w:position w:val="-14"/>
          <w:szCs w:val="24"/>
        </w:rPr>
        <w:object w:dxaOrig="700" w:dyaOrig="400">
          <v:shape id="_x0000_i1058" type="#_x0000_t75" style="width:35.1pt;height:19.85pt" o:ole="">
            <v:imagedata r:id="rId76" o:title=""/>
          </v:shape>
          <o:OLEObject Type="Embed" ProgID="Equation.DSMT4" ShapeID="_x0000_i1058" DrawAspect="Content" ObjectID="_1808505090" r:id="rId77"/>
        </w:object>
      </w:r>
      <w:r w:rsidRPr="00162B74">
        <w:rPr>
          <w:rFonts w:eastAsia="Calibri"/>
          <w:kern w:val="2"/>
          <w:szCs w:val="24"/>
        </w:rPr>
        <w:t>, do đó đáp án A sai.</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kern w:val="2"/>
          <w:szCs w:val="24"/>
        </w:rPr>
        <w:t xml:space="preserve">Ta có </w:t>
      </w:r>
      <w:r w:rsidRPr="00162B74">
        <w:rPr>
          <w:rFonts w:eastAsia="Calibri"/>
          <w:kern w:val="2"/>
          <w:position w:val="-30"/>
          <w:szCs w:val="24"/>
        </w:rPr>
        <w:object w:dxaOrig="2700" w:dyaOrig="720">
          <v:shape id="_x0000_i1059" type="#_x0000_t75" style="width:135.7pt;height:36pt" o:ole="">
            <v:imagedata r:id="rId78" o:title=""/>
          </v:shape>
          <o:OLEObject Type="Embed" ProgID="Equation.DSMT4" ShapeID="_x0000_i1059" DrawAspect="Content" ObjectID="_1808505091" r:id="rId79"/>
        </w:objec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kern w:val="2"/>
          <w:szCs w:val="24"/>
        </w:rPr>
        <w:t xml:space="preserve">Do đó ta có </w:t>
      </w:r>
      <w:r w:rsidRPr="00162B74">
        <w:rPr>
          <w:rFonts w:eastAsia="Calibri"/>
          <w:kern w:val="2"/>
          <w:position w:val="-14"/>
          <w:szCs w:val="24"/>
        </w:rPr>
        <w:object w:dxaOrig="1600" w:dyaOrig="400">
          <v:shape id="_x0000_i1060" type="#_x0000_t75" style="width:78.45pt;height:19.4pt" o:ole="">
            <v:imagedata r:id="rId63" o:title=""/>
          </v:shape>
          <o:OLEObject Type="Embed" ProgID="Equation.DSMT4" ShapeID="_x0000_i1060" DrawAspect="Content" ObjectID="_1808505092" r:id="rId80"/>
        </w:object>
      </w:r>
      <w:r w:rsidRPr="00162B74">
        <w:rPr>
          <w:rFonts w:eastAsia="Calibri"/>
          <w:kern w:val="2"/>
          <w:szCs w:val="24"/>
        </w:rPr>
        <w:t xml:space="preserve">, </w:t>
      </w:r>
      <w:r w:rsidRPr="00162B74">
        <w:rPr>
          <w:rFonts w:eastAsia="Calibri"/>
          <w:kern w:val="2"/>
          <w:position w:val="-14"/>
          <w:szCs w:val="24"/>
        </w:rPr>
        <w:object w:dxaOrig="1800" w:dyaOrig="400">
          <v:shape id="_x0000_i1061" type="#_x0000_t75" style="width:90pt;height:18.9pt" o:ole="">
            <v:imagedata r:id="rId65" o:title=""/>
          </v:shape>
          <o:OLEObject Type="Embed" ProgID="Equation.DSMT4" ShapeID="_x0000_i1061" DrawAspect="Content" ObjectID="_1808505093" r:id="rId81"/>
        </w:object>
      </w:r>
      <w:r w:rsidRPr="00162B74">
        <w:rPr>
          <w:rFonts w:eastAsia="Calibri"/>
          <w:kern w:val="2"/>
          <w:szCs w:val="24"/>
        </w:rPr>
        <w:t xml:space="preserve">, </w:t>
      </w:r>
      <w:r w:rsidRPr="00162B74">
        <w:rPr>
          <w:rFonts w:eastAsia="Calibri"/>
          <w:kern w:val="2"/>
          <w:position w:val="-14"/>
          <w:szCs w:val="24"/>
        </w:rPr>
        <w:object w:dxaOrig="1300" w:dyaOrig="400">
          <v:shape id="_x0000_i1062" type="#_x0000_t75" style="width:69.25pt;height:21.7pt" o:ole="">
            <v:imagedata r:id="rId67" o:title=""/>
          </v:shape>
          <o:OLEObject Type="Embed" ProgID="Equation.DSMT4" ShapeID="_x0000_i1062" DrawAspect="Content" ObjectID="_1808505094" r:id="rId82"/>
        </w:object>
      </w:r>
      <w:r w:rsidRPr="00162B74">
        <w:rPr>
          <w:rFonts w:eastAsia="Calibri"/>
          <w:kern w:val="2"/>
          <w:szCs w:val="24"/>
        </w:rPr>
        <w:t>. Nên các đáp án B,C, D đúng.</w:t>
      </w:r>
    </w:p>
    <w:p w:rsidR="001D1053" w:rsidRPr="00162B74" w:rsidRDefault="001D1053" w:rsidP="001D1053">
      <w:pPr>
        <w:pStyle w:val="ListParagraph"/>
        <w:widowControl/>
        <w:numPr>
          <w:ilvl w:val="0"/>
          <w:numId w:val="26"/>
        </w:numPr>
        <w:autoSpaceDE/>
        <w:autoSpaceDN/>
        <w:spacing w:before="0"/>
        <w:contextualSpacing/>
        <w:jc w:val="both"/>
        <w:rPr>
          <w:b/>
          <w:color w:val="0000FF"/>
          <w:kern w:val="2"/>
        </w:rPr>
      </w:pPr>
      <w:r w:rsidRPr="00162B74">
        <w:rPr>
          <w:kern w:val="2"/>
        </w:rPr>
        <w:lastRenderedPageBreak/>
        <w:t xml:space="preserve">Cho cấp số nhân </w:t>
      </w:r>
      <w:r w:rsidRPr="00162B74">
        <w:rPr>
          <w:position w:val="-14"/>
        </w:rPr>
        <w:object w:dxaOrig="480" w:dyaOrig="400">
          <v:shape id="_x0000_i1063" type="#_x0000_t75" style="width:24pt;height:19.85pt" o:ole="">
            <v:imagedata r:id="rId83" o:title=""/>
          </v:shape>
          <o:OLEObject Type="Embed" ProgID="Equation.DSMT4" ShapeID="_x0000_i1063" DrawAspect="Content" ObjectID="_1808505095" r:id="rId84"/>
        </w:object>
      </w:r>
      <w:r w:rsidRPr="00162B74">
        <w:rPr>
          <w:kern w:val="2"/>
        </w:rPr>
        <w:t xml:space="preserve">có </w:t>
      </w:r>
      <w:r w:rsidRPr="00162B74">
        <w:rPr>
          <w:position w:val="-12"/>
        </w:rPr>
        <w:object w:dxaOrig="600" w:dyaOrig="360">
          <v:shape id="_x0000_i1064" type="#_x0000_t75" style="width:30pt;height:18pt" o:ole="">
            <v:imagedata r:id="rId85" o:title=""/>
          </v:shape>
          <o:OLEObject Type="Embed" ProgID="Equation.DSMT4" ShapeID="_x0000_i1064" DrawAspect="Content" ObjectID="_1808505096" r:id="rId86"/>
        </w:object>
      </w:r>
      <w:r w:rsidRPr="00162B74">
        <w:rPr>
          <w:kern w:val="2"/>
        </w:rPr>
        <w:t xml:space="preserve"> và công bội </w:t>
      </w:r>
      <w:r w:rsidRPr="00162B74">
        <w:rPr>
          <w:position w:val="-10"/>
        </w:rPr>
        <w:object w:dxaOrig="700" w:dyaOrig="320">
          <v:shape id="_x0000_i1065" type="#_x0000_t75" style="width:35.1pt;height:16.15pt" o:ole="">
            <v:imagedata r:id="rId87" o:title=""/>
          </v:shape>
          <o:OLEObject Type="Embed" ProgID="Equation.DSMT4" ShapeID="_x0000_i1065" DrawAspect="Content" ObjectID="_1808505097" r:id="rId88"/>
        </w:object>
      </w:r>
      <w:r w:rsidRPr="00162B74">
        <w:rPr>
          <w:kern w:val="2"/>
        </w:rPr>
        <w:t xml:space="preserve">. Giá trị </w:t>
      </w:r>
      <w:r w:rsidRPr="00162B74">
        <w:rPr>
          <w:position w:val="-12"/>
        </w:rPr>
        <w:object w:dxaOrig="260" w:dyaOrig="360">
          <v:shape id="_x0000_i1066" type="#_x0000_t75" style="width:12.9pt;height:18pt" o:ole="">
            <v:imagedata r:id="rId89" o:title=""/>
          </v:shape>
          <o:OLEObject Type="Embed" ProgID="Equation.DSMT4" ShapeID="_x0000_i1066" DrawAspect="Content" ObjectID="_1808505098" r:id="rId90"/>
        </w:object>
      </w:r>
      <w:r w:rsidRPr="00162B74">
        <w:rPr>
          <w:kern w:val="2"/>
        </w:rPr>
        <w:t>là:</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A.</w:t>
      </w:r>
      <w:r w:rsidRPr="00162B74">
        <w:rPr>
          <w:rFonts w:eastAsia="Calibri"/>
          <w:b/>
          <w:color w:val="008000"/>
          <w:kern w:val="2"/>
          <w:szCs w:val="24"/>
        </w:rPr>
        <w:t xml:space="preserve"> </w:t>
      </w:r>
      <w:r w:rsidRPr="00162B74">
        <w:rPr>
          <w:rFonts w:eastAsia="Calibri"/>
          <w:kern w:val="2"/>
          <w:position w:val="-6"/>
          <w:szCs w:val="24"/>
        </w:rPr>
        <w:object w:dxaOrig="320" w:dyaOrig="279">
          <v:shape id="_x0000_i1067" type="#_x0000_t75" style="width:16.15pt;height:13.4pt" o:ole="">
            <v:imagedata r:id="rId91" o:title=""/>
          </v:shape>
          <o:OLEObject Type="Embed" ProgID="Equation.DSMT4" ShapeID="_x0000_i1067" DrawAspect="Content" ObjectID="_1808505099" r:id="rId92"/>
        </w:object>
      </w:r>
      <w:r w:rsidRPr="00162B74">
        <w:rPr>
          <w:rFonts w:eastAsia="Calibri"/>
          <w:kern w:val="2"/>
          <w:szCs w:val="24"/>
        </w:rPr>
        <w:t>.</w:t>
      </w:r>
      <w:r w:rsidRPr="00162B74">
        <w:rPr>
          <w:rFonts w:eastAsia="Calibri"/>
          <w:b/>
          <w:color w:val="0000FF"/>
          <w:kern w:val="2"/>
          <w:szCs w:val="24"/>
        </w:rPr>
        <w:tab/>
        <w:t>B.</w:t>
      </w:r>
      <w:r w:rsidRPr="00162B74">
        <w:rPr>
          <w:rFonts w:eastAsia="Calibri"/>
          <w:b/>
          <w:color w:val="008000"/>
          <w:kern w:val="2"/>
          <w:szCs w:val="24"/>
        </w:rPr>
        <w:t xml:space="preserve"> </w:t>
      </w:r>
      <w:r w:rsidRPr="00162B74">
        <w:rPr>
          <w:rFonts w:eastAsia="Calibri"/>
          <w:kern w:val="2"/>
          <w:position w:val="-4"/>
          <w:szCs w:val="24"/>
        </w:rPr>
        <w:object w:dxaOrig="320" w:dyaOrig="260">
          <v:shape id="_x0000_i1068" type="#_x0000_t75" style="width:16.15pt;height:12.9pt" o:ole="">
            <v:imagedata r:id="rId93" o:title=""/>
          </v:shape>
          <o:OLEObject Type="Embed" ProgID="Equation.DSMT4" ShapeID="_x0000_i1068" DrawAspect="Content" ObjectID="_1808505100" r:id="rId94"/>
        </w:object>
      </w:r>
      <w:r w:rsidRPr="00162B74">
        <w:rPr>
          <w:rFonts w:eastAsia="Calibri"/>
          <w:kern w:val="2"/>
          <w:szCs w:val="24"/>
        </w:rPr>
        <w:t>.</w:t>
      </w:r>
      <w:r w:rsidRPr="00162B74">
        <w:rPr>
          <w:rFonts w:eastAsia="Calibri"/>
          <w:b/>
          <w:color w:val="0000FF"/>
          <w:kern w:val="2"/>
          <w:szCs w:val="24"/>
        </w:rPr>
        <w:tab/>
      </w:r>
      <w:r w:rsidRPr="00162B74">
        <w:rPr>
          <w:rFonts w:eastAsia="Calibri"/>
          <w:b/>
          <w:color w:val="0000FF"/>
          <w:kern w:val="2"/>
          <w:szCs w:val="24"/>
          <w:highlight w:val="yellow"/>
          <w:u w:val="single"/>
        </w:rPr>
        <w:t>C</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4"/>
          <w:szCs w:val="24"/>
          <w:highlight w:val="yellow"/>
        </w:rPr>
        <w:object w:dxaOrig="440" w:dyaOrig="260">
          <v:shape id="_x0000_i1069" type="#_x0000_t75" style="width:22.15pt;height:12pt" o:ole="">
            <v:imagedata r:id="rId95" o:title=""/>
          </v:shape>
          <o:OLEObject Type="Embed" ProgID="Equation.DSMT4" ShapeID="_x0000_i1069" DrawAspect="Content" ObjectID="_1808505101" r:id="rId96"/>
        </w:object>
      </w:r>
      <w:r w:rsidRPr="00162B74">
        <w:rPr>
          <w:rFonts w:eastAsia="Calibri"/>
          <w:kern w:val="2"/>
          <w:szCs w:val="24"/>
          <w:highlight w:val="yellow"/>
        </w:rPr>
        <w:t>.</w:t>
      </w:r>
      <w:r w:rsidRPr="00162B74">
        <w:rPr>
          <w:rFonts w:eastAsia="Calibri"/>
          <w:b/>
          <w:color w:val="0000FF"/>
          <w:kern w:val="2"/>
          <w:szCs w:val="24"/>
        </w:rPr>
        <w:tab/>
        <w:t>D.</w:t>
      </w:r>
      <w:r w:rsidRPr="00162B74">
        <w:rPr>
          <w:rFonts w:eastAsia="Calibri"/>
          <w:b/>
          <w:color w:val="008000"/>
          <w:kern w:val="2"/>
          <w:szCs w:val="24"/>
        </w:rPr>
        <w:t xml:space="preserve"> </w:t>
      </w:r>
      <w:r w:rsidRPr="00162B74">
        <w:rPr>
          <w:rFonts w:eastAsia="Calibri"/>
          <w:kern w:val="2"/>
          <w:position w:val="-6"/>
          <w:szCs w:val="24"/>
        </w:rPr>
        <w:object w:dxaOrig="320" w:dyaOrig="279">
          <v:shape id="_x0000_i1070" type="#_x0000_t75" style="width:16.6pt;height:14.3pt" o:ole="">
            <v:imagedata r:id="rId97" o:title=""/>
          </v:shape>
          <o:OLEObject Type="Embed" ProgID="Equation.DSMT4" ShapeID="_x0000_i1070" DrawAspect="Content" ObjectID="_1808505102" r:id="rId98"/>
        </w:object>
      </w:r>
      <w:r w:rsidRPr="00162B74">
        <w:rPr>
          <w:rFonts w:eastAsia="Calibri"/>
          <w:kern w:val="2"/>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highlight w:val="green"/>
        </w:rPr>
      </w:pPr>
      <w:r w:rsidRPr="00162B74">
        <w:rPr>
          <w:rFonts w:eastAsia="Calibri"/>
          <w:b/>
          <w:color w:val="0000FF"/>
          <w:kern w:val="2"/>
          <w:szCs w:val="24"/>
          <w:highlight w:val="green"/>
        </w:rPr>
        <w:t>Chọn C</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kern w:val="2"/>
          <w:szCs w:val="24"/>
        </w:rPr>
        <w:t xml:space="preserve">Ta có: </w:t>
      </w:r>
      <w:r w:rsidRPr="00162B74">
        <w:rPr>
          <w:rFonts w:eastAsia="Calibri"/>
          <w:kern w:val="2"/>
          <w:position w:val="-14"/>
          <w:szCs w:val="24"/>
        </w:rPr>
        <w:object w:dxaOrig="3879" w:dyaOrig="440">
          <v:shape id="_x0000_i1071" type="#_x0000_t75" style="width:193.85pt;height:22.15pt" o:ole="">
            <v:imagedata r:id="rId99" o:title=""/>
          </v:shape>
          <o:OLEObject Type="Embed" ProgID="Equation.DSMT4" ShapeID="_x0000_i1071" DrawAspect="Content" ObjectID="_1808505103" r:id="rId100"/>
        </w:object>
      </w:r>
      <w:r w:rsidRPr="00162B74">
        <w:rPr>
          <w:rFonts w:eastAsia="Calibri"/>
          <w:kern w:val="2"/>
          <w:szCs w:val="24"/>
        </w:rPr>
        <w:t>.4</w:t>
      </w:r>
    </w:p>
    <w:p w:rsidR="001D1053" w:rsidRPr="00162B74" w:rsidRDefault="001D1053" w:rsidP="001D1053">
      <w:pPr>
        <w:pStyle w:val="ListParagraph"/>
        <w:widowControl/>
        <w:numPr>
          <w:ilvl w:val="0"/>
          <w:numId w:val="26"/>
        </w:numPr>
        <w:autoSpaceDE/>
        <w:autoSpaceDN/>
        <w:spacing w:before="0"/>
        <w:contextualSpacing/>
        <w:jc w:val="both"/>
        <w:rPr>
          <w:b/>
          <w:color w:val="0000FF"/>
          <w:kern w:val="2"/>
        </w:rPr>
      </w:pPr>
      <w:r w:rsidRPr="00162B74">
        <w:rPr>
          <w:kern w:val="2"/>
        </w:rPr>
        <w:t xml:space="preserve">Tập nghiệm của bất phương trình </w:t>
      </w:r>
      <w:r w:rsidRPr="00162B74">
        <w:rPr>
          <w:position w:val="-6"/>
        </w:rPr>
        <w:object w:dxaOrig="1040" w:dyaOrig="320">
          <v:shape id="_x0000_i1072" type="#_x0000_t75" style="width:52.15pt;height:16.15pt" o:ole="">
            <v:imagedata r:id="rId101" o:title=""/>
          </v:shape>
          <o:OLEObject Type="Embed" ProgID="Equation.DSMT4" ShapeID="_x0000_i1072" DrawAspect="Content" ObjectID="_1808505104" r:id="rId102"/>
        </w:object>
      </w:r>
      <w:r w:rsidRPr="00162B74">
        <w:rPr>
          <w:kern w:val="2"/>
        </w:rPr>
        <w:t xml:space="preserve"> là:</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highlight w:val="yellow"/>
          <w:u w:val="single"/>
        </w:rPr>
        <w:t>A</w:t>
      </w:r>
      <w:r w:rsidRPr="00162B74">
        <w:rPr>
          <w:rFonts w:eastAsia="Calibri"/>
          <w:b/>
          <w:color w:val="0000FF"/>
          <w:kern w:val="2"/>
          <w:szCs w:val="24"/>
          <w:highlight w:val="yellow"/>
        </w:rPr>
        <w:t>.</w:t>
      </w:r>
      <w:r w:rsidRPr="00162B74">
        <w:rPr>
          <w:rFonts w:eastAsia="Calibri"/>
          <w:b/>
          <w:color w:val="008000"/>
          <w:kern w:val="2"/>
          <w:szCs w:val="24"/>
          <w:highlight w:val="yellow"/>
        </w:rPr>
        <w:t xml:space="preserve"> </w:t>
      </w:r>
      <w:r w:rsidRPr="00162B74">
        <w:rPr>
          <w:rFonts w:eastAsia="Calibri"/>
          <w:kern w:val="2"/>
          <w:position w:val="-32"/>
          <w:szCs w:val="24"/>
          <w:highlight w:val="yellow"/>
        </w:rPr>
        <w:object w:dxaOrig="1380" w:dyaOrig="760">
          <v:shape id="_x0000_i1073" type="#_x0000_t75" style="width:70.6pt;height:36.45pt" o:ole="">
            <v:imagedata r:id="rId103" o:title=""/>
          </v:shape>
          <o:OLEObject Type="Embed" ProgID="Equation.DSMT4" ShapeID="_x0000_i1073" DrawAspect="Content" ObjectID="_1808505105" r:id="rId104"/>
        </w:object>
      </w:r>
      <w:r w:rsidRPr="00162B74">
        <w:rPr>
          <w:rFonts w:eastAsia="Calibri"/>
          <w:kern w:val="2"/>
          <w:szCs w:val="24"/>
        </w:rPr>
        <w:t>.</w:t>
      </w:r>
      <w:r w:rsidRPr="00162B74">
        <w:rPr>
          <w:rFonts w:eastAsia="Calibri"/>
          <w:b/>
          <w:color w:val="0000FF"/>
          <w:kern w:val="2"/>
          <w:szCs w:val="24"/>
        </w:rPr>
        <w:tab/>
        <w:t>B.</w:t>
      </w:r>
      <w:r w:rsidRPr="00162B74">
        <w:rPr>
          <w:rFonts w:eastAsia="Calibri"/>
          <w:b/>
          <w:color w:val="008000"/>
          <w:kern w:val="2"/>
          <w:szCs w:val="24"/>
        </w:rPr>
        <w:t xml:space="preserve"> </w:t>
      </w:r>
      <w:r w:rsidRPr="00162B74">
        <w:rPr>
          <w:rFonts w:eastAsia="Calibri"/>
          <w:kern w:val="2"/>
          <w:position w:val="-32"/>
          <w:szCs w:val="24"/>
        </w:rPr>
        <w:object w:dxaOrig="1380" w:dyaOrig="760">
          <v:shape id="_x0000_i1074" type="#_x0000_t75" style="width:64.15pt;height:37.4pt" o:ole="">
            <v:imagedata r:id="rId105" o:title=""/>
          </v:shape>
          <o:OLEObject Type="Embed" ProgID="Equation.DSMT4" ShapeID="_x0000_i1074" DrawAspect="Content" ObjectID="_1808505106" r:id="rId106"/>
        </w:object>
      </w:r>
      <w:r w:rsidRPr="00162B74">
        <w:rPr>
          <w:rFonts w:eastAsia="Calibri"/>
          <w:kern w:val="2"/>
          <w:szCs w:val="24"/>
        </w:rPr>
        <w:t>.</w:t>
      </w:r>
      <w:r w:rsidRPr="00162B74">
        <w:rPr>
          <w:rFonts w:eastAsia="Calibri"/>
          <w:b/>
          <w:color w:val="0000FF"/>
          <w:kern w:val="2"/>
          <w:szCs w:val="24"/>
        </w:rPr>
        <w:tab/>
        <w:t>C.</w:t>
      </w:r>
      <w:r w:rsidRPr="00162B74">
        <w:rPr>
          <w:rFonts w:eastAsia="Calibri"/>
          <w:b/>
          <w:color w:val="008000"/>
          <w:kern w:val="2"/>
          <w:szCs w:val="24"/>
        </w:rPr>
        <w:t xml:space="preserve"> </w:t>
      </w:r>
      <w:r w:rsidRPr="00162B74">
        <w:rPr>
          <w:rFonts w:eastAsia="Calibri"/>
          <w:kern w:val="2"/>
          <w:position w:val="-32"/>
          <w:szCs w:val="24"/>
        </w:rPr>
        <w:object w:dxaOrig="1180" w:dyaOrig="760">
          <v:shape id="_x0000_i1075" type="#_x0000_t75" style="width:56.75pt;height:36pt" o:ole="">
            <v:imagedata r:id="rId107" o:title=""/>
          </v:shape>
          <o:OLEObject Type="Embed" ProgID="Equation.DSMT4" ShapeID="_x0000_i1075" DrawAspect="Content" ObjectID="_1808505107" r:id="rId108"/>
        </w:object>
      </w:r>
      <w:r w:rsidRPr="00162B74">
        <w:rPr>
          <w:rFonts w:eastAsia="Calibri"/>
          <w:kern w:val="2"/>
          <w:szCs w:val="24"/>
        </w:rPr>
        <w:t>.</w:t>
      </w:r>
      <w:r w:rsidRPr="00162B74">
        <w:rPr>
          <w:rFonts w:eastAsia="Calibri"/>
          <w:b/>
          <w:color w:val="0000FF"/>
          <w:kern w:val="2"/>
          <w:szCs w:val="24"/>
        </w:rPr>
        <w:tab/>
        <w:t>D.</w:t>
      </w:r>
      <w:r w:rsidRPr="00162B74">
        <w:rPr>
          <w:rFonts w:eastAsia="Calibri"/>
          <w:b/>
          <w:color w:val="008000"/>
          <w:kern w:val="2"/>
          <w:szCs w:val="24"/>
        </w:rPr>
        <w:t xml:space="preserve"> </w:t>
      </w:r>
      <w:r w:rsidRPr="00162B74">
        <w:rPr>
          <w:rFonts w:eastAsia="Calibri"/>
          <w:kern w:val="2"/>
          <w:position w:val="-4"/>
          <w:szCs w:val="24"/>
        </w:rPr>
        <w:object w:dxaOrig="260" w:dyaOrig="260">
          <v:shape id="_x0000_i1076" type="#_x0000_t75" style="width:13.4pt;height:13.4pt" o:ole="">
            <v:imagedata r:id="rId109" o:title=""/>
          </v:shape>
          <o:OLEObject Type="Embed" ProgID="Equation.DSMT4" ShapeID="_x0000_i1076" DrawAspect="Content" ObjectID="_1808505108" r:id="rId110"/>
        </w:object>
      </w:r>
      <w:r w:rsidRPr="00162B74">
        <w:rPr>
          <w:rFonts w:eastAsia="Calibri"/>
          <w:kern w:val="2"/>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kern w:val="2"/>
          <w:szCs w:val="24"/>
        </w:rPr>
      </w:pPr>
      <w:r w:rsidRPr="00162B74">
        <w:rPr>
          <w:rFonts w:eastAsia="Calibri"/>
          <w:b/>
          <w:color w:val="0000FF"/>
          <w:kern w:val="2"/>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kern w:val="2"/>
          <w:szCs w:val="24"/>
          <w:highlight w:val="green"/>
          <w:lang w:val="vi-VN"/>
        </w:rPr>
      </w:pPr>
      <w:r w:rsidRPr="00162B74">
        <w:rPr>
          <w:rFonts w:eastAsia="Calibri"/>
          <w:b/>
          <w:color w:val="0000FF"/>
          <w:kern w:val="2"/>
          <w:szCs w:val="24"/>
          <w:highlight w:val="green"/>
        </w:rPr>
        <w:t>Chọn A</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kern w:val="2"/>
          <w:szCs w:val="24"/>
          <w:highlight w:val="green"/>
        </w:rPr>
      </w:pPr>
      <w:r w:rsidRPr="00162B74">
        <w:rPr>
          <w:rFonts w:eastAsia="Calibri"/>
          <w:kern w:val="2"/>
          <w:szCs w:val="24"/>
        </w:rPr>
        <w:t xml:space="preserve">Ta có: </w:t>
      </w:r>
      <w:r w:rsidRPr="00162B74">
        <w:rPr>
          <w:rFonts w:eastAsia="Calibri"/>
          <w:kern w:val="2"/>
          <w:position w:val="-30"/>
          <w:szCs w:val="24"/>
        </w:rPr>
        <w:object w:dxaOrig="5080" w:dyaOrig="760">
          <v:shape id="_x0000_i1077" type="#_x0000_t75" style="width:254.3pt;height:37.85pt" o:ole="">
            <v:imagedata r:id="rId111" o:title=""/>
          </v:shape>
          <o:OLEObject Type="Embed" ProgID="Equation.DSMT4" ShapeID="_x0000_i1077" DrawAspect="Content" ObjectID="_1808505109" r:id="rId112"/>
        </w:object>
      </w:r>
    </w:p>
    <w:p w:rsidR="001D1053" w:rsidRPr="00162B74" w:rsidRDefault="001D1053" w:rsidP="001D1053">
      <w:pPr>
        <w:pStyle w:val="ListParagraph"/>
        <w:widowControl/>
        <w:numPr>
          <w:ilvl w:val="0"/>
          <w:numId w:val="26"/>
        </w:numPr>
        <w:autoSpaceDE/>
        <w:autoSpaceDN/>
        <w:spacing w:before="0"/>
        <w:contextualSpacing/>
        <w:jc w:val="both"/>
        <w:rPr>
          <w:b/>
          <w:color w:val="0000FF"/>
        </w:rPr>
      </w:pPr>
      <w:r w:rsidRPr="00162B74">
        <w:t xml:space="preserve">Nguyên hàm của hàm số </w:t>
      </w:r>
      <w:r w:rsidRPr="00162B74">
        <w:rPr>
          <w:position w:val="-14"/>
        </w:rPr>
        <w:object w:dxaOrig="1820" w:dyaOrig="400">
          <v:shape id="_x0000_i1078" type="#_x0000_t75" style="width:90.9pt;height:19.85pt" o:ole="">
            <v:imagedata r:id="rId113" o:title=""/>
          </v:shape>
          <o:OLEObject Type="Embed" ProgID="Equation.DSMT4" ShapeID="_x0000_i1078" DrawAspect="Content" ObjectID="_1808505110" r:id="rId114"/>
        </w:object>
      </w:r>
      <w:r w:rsidRPr="00162B74">
        <w:t xml:space="preserve"> là:</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vertAlign w:val="subscript"/>
        </w:rPr>
      </w:pPr>
      <w:r w:rsidRPr="00162B74">
        <w:rPr>
          <w:rFonts w:eastAsia="Calibri"/>
          <w:b/>
          <w:color w:val="0000FF"/>
          <w:szCs w:val="24"/>
        </w:rPr>
        <w:t>A.</w:t>
      </w:r>
      <w:r w:rsidRPr="00162B74">
        <w:rPr>
          <w:rFonts w:eastAsia="Calibri"/>
          <w:b/>
          <w:color w:val="008000"/>
          <w:szCs w:val="24"/>
        </w:rPr>
        <w:t xml:space="preserve"> </w:t>
      </w:r>
      <w:r w:rsidRPr="00162B74">
        <w:rPr>
          <w:rFonts w:eastAsia="Calibri"/>
          <w:color w:val="000000"/>
          <w:position w:val="-24"/>
          <w:szCs w:val="24"/>
          <w:vertAlign w:val="subscript"/>
        </w:rPr>
        <w:object w:dxaOrig="1520" w:dyaOrig="660">
          <v:shape id="_x0000_i1079" type="#_x0000_t75" style="width:76.15pt;height:33.7pt" o:ole="">
            <v:imagedata r:id="rId115" o:title=""/>
          </v:shape>
          <o:OLEObject Type="Embed" ProgID="Equation.DSMT4" ShapeID="_x0000_i1079" DrawAspect="Content" ObjectID="_1808505111" r:id="rId116"/>
        </w:object>
      </w:r>
      <w:r w:rsidRPr="00162B74">
        <w:rPr>
          <w:rFonts w:eastAsia="Calibri"/>
          <w:b/>
          <w:color w:val="0000FF"/>
          <w:szCs w:val="24"/>
          <w:vertAlign w:val="subscript"/>
        </w:rPr>
        <w:tab/>
      </w:r>
      <w:r w:rsidRPr="00162B74">
        <w:rPr>
          <w:rFonts w:eastAsia="Calibri"/>
          <w:b/>
          <w:color w:val="0000FF"/>
          <w:szCs w:val="24"/>
          <w:highlight w:val="yellow"/>
          <w:u w:val="single"/>
        </w:rPr>
        <w:t>B</w:t>
      </w:r>
      <w:r w:rsidRPr="00162B74">
        <w:rPr>
          <w:rFonts w:eastAsia="Calibri"/>
          <w:b/>
          <w:color w:val="0000FF"/>
          <w:szCs w:val="24"/>
          <w:highlight w:val="yellow"/>
        </w:rPr>
        <w:t>.</w:t>
      </w:r>
      <w:r w:rsidRPr="00162B74">
        <w:rPr>
          <w:rFonts w:eastAsia="Calibri"/>
          <w:b/>
          <w:color w:val="008000"/>
          <w:szCs w:val="24"/>
          <w:highlight w:val="yellow"/>
        </w:rPr>
        <w:t xml:space="preserve"> </w:t>
      </w:r>
      <w:r w:rsidRPr="00162B74">
        <w:rPr>
          <w:rFonts w:eastAsia="Calibri"/>
          <w:color w:val="000000"/>
          <w:position w:val="-24"/>
          <w:szCs w:val="24"/>
          <w:highlight w:val="yellow"/>
          <w:vertAlign w:val="subscript"/>
        </w:rPr>
        <w:object w:dxaOrig="1520" w:dyaOrig="660">
          <v:shape id="_x0000_i1080" type="#_x0000_t75" style="width:76.15pt;height:33.7pt" o:ole="">
            <v:imagedata r:id="rId117" o:title=""/>
          </v:shape>
          <o:OLEObject Type="Embed" ProgID="Equation.DSMT4" ShapeID="_x0000_i1080" DrawAspect="Content" ObjectID="_1808505112" r:id="rId118"/>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00"/>
          <w:szCs w:val="24"/>
        </w:rPr>
      </w:pPr>
      <w:r w:rsidRPr="00162B74">
        <w:rPr>
          <w:rFonts w:eastAsia="Calibri"/>
          <w:b/>
          <w:color w:val="0000FF"/>
          <w:szCs w:val="24"/>
        </w:rPr>
        <w:t>C.</w:t>
      </w:r>
      <w:r w:rsidRPr="00162B74">
        <w:rPr>
          <w:rFonts w:eastAsia="Calibri"/>
          <w:b/>
          <w:color w:val="008000"/>
          <w:szCs w:val="24"/>
        </w:rPr>
        <w:t xml:space="preserve"> </w:t>
      </w:r>
      <w:r w:rsidRPr="00162B74">
        <w:rPr>
          <w:rFonts w:eastAsia="Calibri"/>
          <w:color w:val="000000"/>
          <w:position w:val="-32"/>
          <w:szCs w:val="24"/>
          <w:vertAlign w:val="subscript"/>
        </w:rPr>
        <w:object w:dxaOrig="2000" w:dyaOrig="740">
          <v:shape id="_x0000_i1081" type="#_x0000_t75" style="width:100.15pt;height:36.9pt" o:ole="">
            <v:imagedata r:id="rId119" o:title=""/>
          </v:shape>
          <o:OLEObject Type="Embed" ProgID="Equation.DSMT4" ShapeID="_x0000_i1081" DrawAspect="Content" ObjectID="_1808505113" r:id="rId120"/>
        </w:object>
      </w:r>
      <w:r w:rsidRPr="00162B74">
        <w:rPr>
          <w:rFonts w:eastAsia="Calibri"/>
          <w:b/>
          <w:color w:val="0000FF"/>
          <w:szCs w:val="24"/>
        </w:rPr>
        <w:tab/>
        <w:t>D.</w:t>
      </w:r>
      <w:r w:rsidRPr="00162B74">
        <w:rPr>
          <w:rFonts w:eastAsia="Calibri"/>
          <w:b/>
          <w:color w:val="008000"/>
          <w:szCs w:val="24"/>
        </w:rPr>
        <w:t xml:space="preserve"> </w:t>
      </w:r>
      <w:r w:rsidRPr="00162B74">
        <w:rPr>
          <w:rFonts w:eastAsia="Calibri"/>
          <w:color w:val="000000"/>
          <w:position w:val="-6"/>
          <w:szCs w:val="24"/>
          <w:vertAlign w:val="subscript"/>
        </w:rPr>
        <w:object w:dxaOrig="1480" w:dyaOrig="320">
          <v:shape id="_x0000_i1082" type="#_x0000_t75" style="width:73.85pt;height:16.6pt" o:ole="">
            <v:imagedata r:id="rId121" o:title=""/>
          </v:shape>
          <o:OLEObject Type="Embed" ProgID="Equation.DSMT4" ShapeID="_x0000_i1082" DrawAspect="Content" ObjectID="_1808505114" r:id="rId122"/>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B</w:t>
      </w:r>
    </w:p>
    <w:p w:rsidR="001D1053" w:rsidRPr="00162B74" w:rsidRDefault="001D1053" w:rsidP="001D1053">
      <w:pPr>
        <w:pStyle w:val="ListParagraph"/>
        <w:widowControl/>
        <w:numPr>
          <w:ilvl w:val="0"/>
          <w:numId w:val="26"/>
        </w:numPr>
        <w:autoSpaceDE/>
        <w:autoSpaceDN/>
        <w:spacing w:before="0"/>
        <w:contextualSpacing/>
        <w:jc w:val="both"/>
      </w:pPr>
      <w:r w:rsidRPr="00162B74">
        <w:t xml:space="preserve">Cho hàm số </w:t>
      </w:r>
      <w:r w:rsidRPr="00162B74">
        <w:rPr>
          <w:position w:val="-24"/>
        </w:rPr>
        <w:object w:dxaOrig="2940" w:dyaOrig="620">
          <v:shape id="_x0000_i1083" type="#_x0000_t75" style="width:147.25pt;height:31.4pt" o:ole="">
            <v:imagedata r:id="rId123" o:title=""/>
          </v:shape>
          <o:OLEObject Type="Embed" ProgID="Equation.DSMT4" ShapeID="_x0000_i1083" DrawAspect="Content" ObjectID="_1808505115" r:id="rId124"/>
        </w:object>
      </w:r>
      <w:r w:rsidRPr="00162B74">
        <w:t xml:space="preserve"> có đồ thị như hình dưới:</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noProof/>
          <w:szCs w:val="24"/>
        </w:rPr>
        <w:drawing>
          <wp:inline distT="0" distB="0" distL="0" distR="0" wp14:anchorId="2273D996" wp14:editId="516F25CF">
            <wp:extent cx="2019300" cy="2000250"/>
            <wp:effectExtent l="0" t="0" r="0" b="0"/>
            <wp:docPr id="664042591" name="Picture 66404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19300" cy="2000250"/>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szCs w:val="24"/>
        </w:rPr>
        <w:t xml:space="preserve">Giá trị của </w:t>
      </w:r>
      <w:r w:rsidRPr="00162B74">
        <w:rPr>
          <w:rFonts w:eastAsia="Calibri"/>
          <w:position w:val="-24"/>
          <w:szCs w:val="24"/>
        </w:rPr>
        <w:object w:dxaOrig="639" w:dyaOrig="620">
          <v:shape id="_x0000_i1084" type="#_x0000_t75" style="width:31.85pt;height:31.4pt" o:ole="">
            <v:imagedata r:id="rId126" o:title=""/>
          </v:shape>
          <o:OLEObject Type="Embed" ProgID="Equation.DSMT4" ShapeID="_x0000_i1084" DrawAspect="Content" ObjectID="_1808505116" r:id="rId127"/>
        </w:object>
      </w:r>
      <w:r w:rsidRPr="00162B74">
        <w:rPr>
          <w:rFonts w:eastAsia="Calibri"/>
          <w:szCs w:val="24"/>
        </w:rPr>
        <w:t xml:space="preserve"> bằng</w:t>
      </w:r>
    </w:p>
    <w:p w:rsidR="001D1053" w:rsidRPr="00162B74" w:rsidRDefault="001D1053" w:rsidP="001D1053">
      <w:pPr>
        <w:tabs>
          <w:tab w:val="left" w:pos="283"/>
          <w:tab w:val="left" w:pos="2835"/>
          <w:tab w:val="left" w:pos="5386"/>
          <w:tab w:val="left" w:pos="7937"/>
        </w:tabs>
        <w:spacing w:before="0" w:after="0"/>
        <w:ind w:firstLine="283"/>
        <w:rPr>
          <w:rFonts w:eastAsia="Arial"/>
          <w:szCs w:val="24"/>
        </w:rPr>
      </w:pPr>
      <w:r w:rsidRPr="00162B74">
        <w:rPr>
          <w:rFonts w:eastAsia="Arial"/>
          <w:b/>
          <w:color w:val="0000FF"/>
          <w:szCs w:val="24"/>
        </w:rPr>
        <w:t>A.</w:t>
      </w:r>
      <w:r w:rsidRPr="00162B74">
        <w:rPr>
          <w:rFonts w:eastAsia="Arial"/>
          <w:b/>
          <w:color w:val="008000"/>
          <w:szCs w:val="24"/>
        </w:rPr>
        <w:t xml:space="preserve"> </w:t>
      </w:r>
      <w:r w:rsidRPr="00162B74">
        <w:rPr>
          <w:rFonts w:eastAsia="Arial"/>
          <w:position w:val="-4"/>
          <w:szCs w:val="24"/>
        </w:rPr>
        <w:object w:dxaOrig="300" w:dyaOrig="260">
          <v:shape id="_x0000_i1085" type="#_x0000_t75" style="width:15.7pt;height:12.9pt" o:ole="">
            <v:imagedata r:id="rId128" o:title=""/>
          </v:shape>
          <o:OLEObject Type="Embed" ProgID="Equation.DSMT4" ShapeID="_x0000_i1085" DrawAspect="Content" ObjectID="_1808505117" r:id="rId129"/>
        </w:object>
      </w:r>
      <w:r w:rsidRPr="00162B74">
        <w:rPr>
          <w:rFonts w:eastAsia="Arial"/>
          <w:b/>
          <w:color w:val="0000FF"/>
          <w:szCs w:val="24"/>
        </w:rPr>
        <w:tab/>
        <w:t>B.</w:t>
      </w:r>
      <w:r w:rsidRPr="00162B74">
        <w:rPr>
          <w:rFonts w:eastAsia="Arial"/>
          <w:b/>
          <w:color w:val="008000"/>
          <w:szCs w:val="24"/>
        </w:rPr>
        <w:t xml:space="preserve"> </w:t>
      </w:r>
      <w:r w:rsidRPr="00162B74">
        <w:rPr>
          <w:rFonts w:eastAsia="Arial"/>
          <w:position w:val="-4"/>
          <w:szCs w:val="24"/>
        </w:rPr>
        <w:object w:dxaOrig="320" w:dyaOrig="260">
          <v:shape id="_x0000_i1086" type="#_x0000_t75" style="width:16.6pt;height:12.9pt" o:ole="">
            <v:imagedata r:id="rId130" o:title=""/>
          </v:shape>
          <o:OLEObject Type="Embed" ProgID="Equation.DSMT4" ShapeID="_x0000_i1086" DrawAspect="Content" ObjectID="_1808505118" r:id="rId131"/>
        </w:object>
      </w:r>
      <w:r w:rsidRPr="00162B74">
        <w:rPr>
          <w:rFonts w:eastAsia="Arial"/>
          <w:b/>
          <w:color w:val="0000FF"/>
          <w:szCs w:val="24"/>
        </w:rPr>
        <w:tab/>
        <w:t>C.</w:t>
      </w:r>
      <w:r w:rsidRPr="00162B74">
        <w:rPr>
          <w:rFonts w:eastAsia="Arial"/>
          <w:b/>
          <w:color w:val="008000"/>
          <w:szCs w:val="24"/>
        </w:rPr>
        <w:t xml:space="preserve"> </w:t>
      </w:r>
      <w:r w:rsidRPr="00162B74">
        <w:rPr>
          <w:rFonts w:eastAsia="Arial"/>
          <w:position w:val="-4"/>
          <w:szCs w:val="24"/>
        </w:rPr>
        <w:object w:dxaOrig="139" w:dyaOrig="260">
          <v:shape id="_x0000_i1087" type="#_x0000_t75" style="width:6.9pt;height:12.9pt" o:ole="">
            <v:imagedata r:id="rId132" o:title=""/>
          </v:shape>
          <o:OLEObject Type="Embed" ProgID="Equation.DSMT4" ShapeID="_x0000_i1087" DrawAspect="Content" ObjectID="_1808505119" r:id="rId133"/>
        </w:object>
      </w:r>
      <w:r w:rsidRPr="00162B74">
        <w:rPr>
          <w:rFonts w:eastAsia="Arial"/>
          <w:b/>
          <w:color w:val="0000FF"/>
          <w:szCs w:val="24"/>
        </w:rPr>
        <w:tab/>
      </w:r>
      <w:r w:rsidRPr="00162B74">
        <w:rPr>
          <w:rFonts w:eastAsia="Arial"/>
          <w:b/>
          <w:color w:val="0000FF"/>
          <w:szCs w:val="24"/>
          <w:highlight w:val="yellow"/>
          <w:u w:val="single"/>
        </w:rPr>
        <w:t>D</w:t>
      </w:r>
      <w:r w:rsidRPr="00162B74">
        <w:rPr>
          <w:rFonts w:eastAsia="Arial"/>
          <w:b/>
          <w:color w:val="0000FF"/>
          <w:szCs w:val="24"/>
          <w:highlight w:val="yellow"/>
        </w:rPr>
        <w:t>.</w:t>
      </w:r>
      <w:r w:rsidRPr="00162B74">
        <w:rPr>
          <w:rFonts w:eastAsia="Arial"/>
          <w:b/>
          <w:color w:val="008000"/>
          <w:szCs w:val="24"/>
          <w:highlight w:val="yellow"/>
        </w:rPr>
        <w:t xml:space="preserve"> </w:t>
      </w:r>
      <w:r w:rsidRPr="00162B74">
        <w:rPr>
          <w:rFonts w:eastAsia="Arial"/>
          <w:position w:val="-6"/>
          <w:szCs w:val="24"/>
          <w:highlight w:val="yellow"/>
        </w:rPr>
        <w:object w:dxaOrig="200" w:dyaOrig="279">
          <v:shape id="_x0000_i1088" type="#_x0000_t75" style="width:10.15pt;height:13.85pt" o:ole="">
            <v:imagedata r:id="rId134" o:title=""/>
          </v:shape>
          <o:OLEObject Type="Embed" ProgID="Equation.DSMT4" ShapeID="_x0000_i1088" DrawAspect="Content" ObjectID="_1808505120" r:id="rId135"/>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D</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Tiệm cận đứng </w:t>
      </w:r>
      <w:r w:rsidRPr="00162B74">
        <w:rPr>
          <w:rFonts w:eastAsia="Calibri"/>
          <w:position w:val="-24"/>
          <w:szCs w:val="24"/>
        </w:rPr>
        <w:object w:dxaOrig="1740" w:dyaOrig="620">
          <v:shape id="_x0000_i1089" type="#_x0000_t75" style="width:87.7pt;height:30.9pt" o:ole="">
            <v:imagedata r:id="rId136" o:title=""/>
          </v:shape>
          <o:OLEObject Type="Embed" ProgID="Equation.DSMT4" ShapeID="_x0000_i1089" DrawAspect="Content" ObjectID="_1808505121" r:id="rId137"/>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Tiệm cận ngang </w:t>
      </w:r>
      <w:r w:rsidRPr="00162B74">
        <w:rPr>
          <w:rFonts w:eastAsia="Calibri"/>
          <w:position w:val="-24"/>
          <w:szCs w:val="24"/>
        </w:rPr>
        <w:object w:dxaOrig="720" w:dyaOrig="620">
          <v:shape id="_x0000_i1090" type="#_x0000_t75" style="width:36pt;height:30.9pt" o:ole="">
            <v:imagedata r:id="rId138" o:title=""/>
          </v:shape>
          <o:OLEObject Type="Embed" ProgID="Equation.DSMT4" ShapeID="_x0000_i1090" DrawAspect="Content" ObjectID="_1808505122" r:id="rId139"/>
        </w:object>
      </w:r>
      <w:r w:rsidRPr="00162B74">
        <w:rPr>
          <w:rFonts w:eastAsia="Calibri"/>
          <w:szCs w:val="24"/>
        </w:rPr>
        <w:t xml:space="preserve">. Suy ra </w:t>
      </w:r>
      <w:r w:rsidRPr="00162B74">
        <w:rPr>
          <w:rFonts w:eastAsia="Calibri"/>
          <w:position w:val="-24"/>
          <w:szCs w:val="24"/>
        </w:rPr>
        <w:object w:dxaOrig="2079" w:dyaOrig="620">
          <v:shape id="_x0000_i1091" type="#_x0000_t75" style="width:103.85pt;height:31.4pt" o:ole="">
            <v:imagedata r:id="rId140" o:title=""/>
          </v:shape>
          <o:OLEObject Type="Embed" ProgID="Equation.DSMT4" ShapeID="_x0000_i1091" DrawAspect="Content" ObjectID="_1808505123" r:id="rId141"/>
        </w:object>
      </w:r>
      <w:r w:rsidRPr="00162B74">
        <w:rPr>
          <w:rFonts w:eastAsia="Calibri"/>
          <w:szCs w:val="24"/>
        </w:rPr>
        <w:t>.</w:t>
      </w:r>
    </w:p>
    <w:p w:rsidR="001D1053" w:rsidRPr="00162B74" w:rsidRDefault="001D1053" w:rsidP="001D1053">
      <w:pPr>
        <w:pStyle w:val="ListParagraph"/>
        <w:widowControl/>
        <w:numPr>
          <w:ilvl w:val="0"/>
          <w:numId w:val="26"/>
        </w:numPr>
        <w:autoSpaceDE/>
        <w:autoSpaceDN/>
        <w:spacing w:before="0"/>
        <w:contextualSpacing/>
        <w:jc w:val="both"/>
      </w:pPr>
      <w:r w:rsidRPr="00162B74">
        <w:t xml:space="preserve">Cho tứ diện </w:t>
      </w:r>
      <w:r w:rsidRPr="00162B74">
        <w:rPr>
          <w:position w:val="-6"/>
        </w:rPr>
        <w:object w:dxaOrig="720" w:dyaOrig="279">
          <v:shape id="_x0000_i1092" type="#_x0000_t75" style="width:36pt;height:13.85pt" o:ole="">
            <v:imagedata r:id="rId142" o:title=""/>
          </v:shape>
          <o:OLEObject Type="Embed" ProgID="Equation.DSMT4" ShapeID="_x0000_i1092" DrawAspect="Content" ObjectID="_1808505124" r:id="rId143"/>
        </w:object>
      </w:r>
      <w:r w:rsidRPr="00162B74">
        <w:t xml:space="preserve">. Gọi </w:t>
      </w:r>
      <w:r w:rsidRPr="00162B74">
        <w:rPr>
          <w:position w:val="-4"/>
        </w:rPr>
        <w:object w:dxaOrig="240" w:dyaOrig="260">
          <v:shape id="_x0000_i1093" type="#_x0000_t75" style="width:12pt;height:12.9pt" o:ole="">
            <v:imagedata r:id="rId144" o:title=""/>
          </v:shape>
          <o:OLEObject Type="Embed" ProgID="Equation.DSMT4" ShapeID="_x0000_i1093" DrawAspect="Content" ObjectID="_1808505125" r:id="rId145"/>
        </w:object>
      </w:r>
      <w:r w:rsidRPr="00162B74">
        <w:t xml:space="preserve">, </w:t>
      </w:r>
      <w:r w:rsidRPr="00162B74">
        <w:rPr>
          <w:position w:val="-4"/>
        </w:rPr>
        <w:object w:dxaOrig="260" w:dyaOrig="260">
          <v:shape id="_x0000_i1094" type="#_x0000_t75" style="width:12.9pt;height:12.9pt" o:ole="">
            <v:imagedata r:id="rId146" o:title=""/>
          </v:shape>
          <o:OLEObject Type="Embed" ProgID="Equation.DSMT4" ShapeID="_x0000_i1094" DrawAspect="Content" ObjectID="_1808505126" r:id="rId147"/>
        </w:object>
      </w:r>
      <w:r w:rsidRPr="00162B74">
        <w:t xml:space="preserve"> lần lượt là trung điểm của cạnh </w:t>
      </w:r>
      <w:r w:rsidRPr="00162B74">
        <w:rPr>
          <w:position w:val="-4"/>
        </w:rPr>
        <w:object w:dxaOrig="400" w:dyaOrig="260">
          <v:shape id="_x0000_i1095" type="#_x0000_t75" style="width:19.85pt;height:12.9pt" o:ole="">
            <v:imagedata r:id="rId148" o:title=""/>
          </v:shape>
          <o:OLEObject Type="Embed" ProgID="Equation.DSMT4" ShapeID="_x0000_i1095" DrawAspect="Content" ObjectID="_1808505127" r:id="rId149"/>
        </w:object>
      </w:r>
      <w:r w:rsidRPr="00162B74">
        <w:t xml:space="preserve"> và cạnh </w:t>
      </w:r>
      <w:r w:rsidRPr="00162B74">
        <w:rPr>
          <w:position w:val="-6"/>
        </w:rPr>
        <w:object w:dxaOrig="400" w:dyaOrig="279">
          <v:shape id="_x0000_i1096" type="#_x0000_t75" style="width:19.85pt;height:13.85pt" o:ole="">
            <v:imagedata r:id="rId150" o:title=""/>
          </v:shape>
          <o:OLEObject Type="Embed" ProgID="Equation.DSMT4" ShapeID="_x0000_i1096" DrawAspect="Content" ObjectID="_1808505128" r:id="rId151"/>
        </w:object>
      </w:r>
      <w:r w:rsidRPr="00162B74">
        <w:t xml:space="preserve">. Gọi </w:t>
      </w:r>
      <w:r w:rsidRPr="00162B74">
        <w:rPr>
          <w:position w:val="-6"/>
        </w:rPr>
        <w:object w:dxaOrig="260" w:dyaOrig="279">
          <v:shape id="_x0000_i1097" type="#_x0000_t75" style="width:12.9pt;height:13.85pt" o:ole="">
            <v:imagedata r:id="rId152" o:title=""/>
          </v:shape>
          <o:OLEObject Type="Embed" ProgID="Equation.DSMT4" ShapeID="_x0000_i1097" DrawAspect="Content" ObjectID="_1808505129" r:id="rId153"/>
        </w:object>
      </w:r>
      <w:r w:rsidRPr="00162B74">
        <w:t xml:space="preserve"> là trung điểm của đoạn </w:t>
      </w:r>
      <w:r w:rsidRPr="00162B74">
        <w:rPr>
          <w:position w:val="-4"/>
        </w:rPr>
        <w:object w:dxaOrig="400" w:dyaOrig="260">
          <v:shape id="_x0000_i1098" type="#_x0000_t75" style="width:19.85pt;height:12.9pt" o:ole="">
            <v:imagedata r:id="rId154" o:title=""/>
          </v:shape>
          <o:OLEObject Type="Embed" ProgID="Equation.DSMT4" ShapeID="_x0000_i1098" DrawAspect="Content" ObjectID="_1808505130" r:id="rId155"/>
        </w:object>
      </w:r>
      <w:r w:rsidRPr="00162B74">
        <w:t>. Khẳng định nào dưới đây đúng?</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noProof/>
          <w:szCs w:val="24"/>
        </w:rPr>
        <w:lastRenderedPageBreak/>
        <w:drawing>
          <wp:inline distT="0" distB="0" distL="0" distR="0" wp14:anchorId="300A59A1" wp14:editId="181D50C1">
            <wp:extent cx="2248095" cy="2225233"/>
            <wp:effectExtent l="0" t="0" r="0" b="3810"/>
            <wp:docPr id="1246237675" name="Picture 124623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48095" cy="2225233"/>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b/>
          <w:color w:val="0000FF"/>
          <w:szCs w:val="24"/>
        </w:rPr>
        <w:t>A.</w:t>
      </w:r>
      <w:r w:rsidRPr="00162B74">
        <w:rPr>
          <w:rFonts w:eastAsia="Calibri"/>
          <w:b/>
          <w:color w:val="008000"/>
          <w:szCs w:val="24"/>
        </w:rPr>
        <w:t xml:space="preserve"> </w:t>
      </w:r>
      <w:r w:rsidRPr="00162B74">
        <w:rPr>
          <w:rFonts w:eastAsia="Calibri"/>
          <w:color w:val="000000"/>
          <w:position w:val="-6"/>
          <w:szCs w:val="24"/>
          <w:vertAlign w:val="subscript"/>
        </w:rPr>
        <w:object w:dxaOrig="2060" w:dyaOrig="340">
          <v:shape id="_x0000_i1099" type="#_x0000_t75" style="width:102.45pt;height:17.1pt" o:ole="">
            <v:imagedata r:id="rId157" o:title=""/>
          </v:shape>
          <o:OLEObject Type="Embed" ProgID="Equation.DSMT4" ShapeID="_x0000_i1099" DrawAspect="Content" ObjectID="_1808505131" r:id="rId158"/>
        </w:object>
      </w:r>
      <w:r w:rsidRPr="00162B74">
        <w:rPr>
          <w:rFonts w:eastAsia="Calibri"/>
          <w:b/>
          <w:color w:val="0000FF"/>
          <w:szCs w:val="24"/>
          <w:vertAlign w:val="subscript"/>
        </w:rPr>
        <w:tab/>
      </w:r>
      <w:r w:rsidRPr="00162B74">
        <w:rPr>
          <w:rFonts w:eastAsia="Calibri"/>
          <w:b/>
          <w:color w:val="0000FF"/>
          <w:szCs w:val="24"/>
        </w:rPr>
        <w:t>B.</w:t>
      </w:r>
      <w:r w:rsidRPr="00162B74">
        <w:rPr>
          <w:rFonts w:eastAsia="Calibri"/>
          <w:b/>
          <w:color w:val="008000"/>
          <w:szCs w:val="24"/>
        </w:rPr>
        <w:t xml:space="preserve"> </w:t>
      </w:r>
      <w:r w:rsidRPr="00162B74">
        <w:rPr>
          <w:rFonts w:eastAsia="Calibri"/>
          <w:color w:val="000000"/>
          <w:position w:val="-6"/>
          <w:szCs w:val="24"/>
          <w:vertAlign w:val="subscript"/>
        </w:rPr>
        <w:object w:dxaOrig="1520" w:dyaOrig="340">
          <v:shape id="_x0000_i1100" type="#_x0000_t75" style="width:76.15pt;height:17.1pt" o:ole="">
            <v:imagedata r:id="rId159" o:title=""/>
          </v:shape>
          <o:OLEObject Type="Embed" ProgID="Equation.DSMT4" ShapeID="_x0000_i1100" DrawAspect="Content" ObjectID="_1808505132" r:id="rId160"/>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00"/>
          <w:szCs w:val="24"/>
        </w:rPr>
      </w:pPr>
      <w:r w:rsidRPr="00162B74">
        <w:rPr>
          <w:rFonts w:eastAsia="Calibri"/>
          <w:b/>
          <w:color w:val="0000FF"/>
          <w:szCs w:val="24"/>
        </w:rPr>
        <w:t>C.</w:t>
      </w:r>
      <w:r w:rsidRPr="00162B74">
        <w:rPr>
          <w:rFonts w:eastAsia="Calibri"/>
          <w:b/>
          <w:color w:val="008000"/>
          <w:szCs w:val="24"/>
        </w:rPr>
        <w:t xml:space="preserve"> </w:t>
      </w:r>
      <w:r w:rsidRPr="00162B74">
        <w:rPr>
          <w:rFonts w:eastAsia="Calibri"/>
          <w:color w:val="000000"/>
          <w:position w:val="-6"/>
          <w:szCs w:val="24"/>
          <w:vertAlign w:val="subscript"/>
        </w:rPr>
        <w:object w:dxaOrig="2200" w:dyaOrig="340">
          <v:shape id="_x0000_i1101" type="#_x0000_t75" style="width:109.85pt;height:17.1pt" o:ole="">
            <v:imagedata r:id="rId161" o:title=""/>
          </v:shape>
          <o:OLEObject Type="Embed" ProgID="Equation.DSMT4" ShapeID="_x0000_i1101" DrawAspect="Content" ObjectID="_1808505133" r:id="rId162"/>
        </w:object>
      </w:r>
      <w:r w:rsidRPr="00162B74">
        <w:rPr>
          <w:rFonts w:eastAsia="Calibri"/>
          <w:b/>
          <w:color w:val="0000FF"/>
          <w:szCs w:val="24"/>
        </w:rPr>
        <w:tab/>
      </w:r>
      <w:r w:rsidRPr="00162B74">
        <w:rPr>
          <w:rFonts w:eastAsia="Calibri"/>
          <w:b/>
          <w:color w:val="0000FF"/>
          <w:szCs w:val="24"/>
          <w:highlight w:val="yellow"/>
          <w:u w:val="single"/>
        </w:rPr>
        <w:t>D</w:t>
      </w:r>
      <w:r w:rsidRPr="00162B74">
        <w:rPr>
          <w:rFonts w:eastAsia="Calibri"/>
          <w:b/>
          <w:color w:val="0000FF"/>
          <w:szCs w:val="24"/>
          <w:highlight w:val="yellow"/>
        </w:rPr>
        <w:t>.</w:t>
      </w:r>
      <w:r w:rsidRPr="00162B74">
        <w:rPr>
          <w:rFonts w:eastAsia="Calibri"/>
          <w:b/>
          <w:color w:val="008000"/>
          <w:szCs w:val="24"/>
          <w:highlight w:val="yellow"/>
        </w:rPr>
        <w:t xml:space="preserve"> </w:t>
      </w:r>
      <w:r w:rsidRPr="00162B74">
        <w:rPr>
          <w:rFonts w:eastAsia="Calibri"/>
          <w:color w:val="000000"/>
          <w:position w:val="-6"/>
          <w:szCs w:val="24"/>
          <w:highlight w:val="yellow"/>
          <w:vertAlign w:val="subscript"/>
        </w:rPr>
        <w:object w:dxaOrig="1660" w:dyaOrig="340">
          <v:shape id="_x0000_i1102" type="#_x0000_t75" style="width:83.1pt;height:17.55pt" o:ole="">
            <v:imagedata r:id="rId163" o:title=""/>
          </v:shape>
          <o:OLEObject Type="Embed" ProgID="Equation.DSMT4" ShapeID="_x0000_i1102" DrawAspect="Content" ObjectID="_1808505134" r:id="rId164"/>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D</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Ta có </w:t>
      </w:r>
      <w:r w:rsidRPr="00162B74">
        <w:rPr>
          <w:rFonts w:eastAsia="Calibri"/>
          <w:position w:val="-6"/>
          <w:szCs w:val="24"/>
        </w:rPr>
        <w:object w:dxaOrig="6560" w:dyaOrig="340">
          <v:shape id="_x0000_i1103" type="#_x0000_t75" style="width:327.25pt;height:17.1pt" o:ole="">
            <v:imagedata r:id="rId165" o:title=""/>
          </v:shape>
          <o:OLEObject Type="Embed" ProgID="Equation.DSMT4" ShapeID="_x0000_i1103" DrawAspect="Content" ObjectID="_1808505135" r:id="rId166"/>
        </w:object>
      </w:r>
      <w:r w:rsidRPr="00162B74">
        <w:rPr>
          <w:rFonts w:eastAsia="Calibri"/>
          <w:szCs w:val="24"/>
        </w:rPr>
        <w:t>.</w:t>
      </w:r>
    </w:p>
    <w:p w:rsidR="001D1053" w:rsidRPr="00162B74" w:rsidRDefault="001D1053" w:rsidP="001D1053">
      <w:pPr>
        <w:pStyle w:val="ListParagraph"/>
        <w:widowControl/>
        <w:numPr>
          <w:ilvl w:val="0"/>
          <w:numId w:val="26"/>
        </w:numPr>
        <w:autoSpaceDE/>
        <w:autoSpaceDN/>
        <w:spacing w:before="0"/>
        <w:contextualSpacing/>
        <w:jc w:val="both"/>
        <w:rPr>
          <w:b/>
          <w:color w:val="0000FF"/>
        </w:rPr>
      </w:pPr>
      <w:r w:rsidRPr="00162B74">
        <w:t xml:space="preserve">Trong không gian </w:t>
      </w:r>
      <w:r w:rsidRPr="00162B74">
        <w:rPr>
          <w:position w:val="-10"/>
        </w:rPr>
        <w:object w:dxaOrig="560" w:dyaOrig="320">
          <v:shape id="_x0000_i1104" type="#_x0000_t75" style="width:28.15pt;height:16.15pt" o:ole="">
            <v:imagedata r:id="rId167" o:title=""/>
          </v:shape>
          <o:OLEObject Type="Embed" ProgID="Equation.DSMT4" ShapeID="_x0000_i1104" DrawAspect="Content" ObjectID="_1808505136" r:id="rId168"/>
        </w:object>
      </w:r>
      <w:r w:rsidRPr="00162B74">
        <w:t xml:space="preserve">, cho điểm </w:t>
      </w:r>
      <w:r w:rsidRPr="00162B74">
        <w:rPr>
          <w:position w:val="-14"/>
        </w:rPr>
        <w:object w:dxaOrig="1100" w:dyaOrig="400">
          <v:shape id="_x0000_i1105" type="#_x0000_t75" style="width:54.9pt;height:19.85pt" o:ole="">
            <v:imagedata r:id="rId169" o:title=""/>
          </v:shape>
          <o:OLEObject Type="Embed" ProgID="Equation.DSMT4" ShapeID="_x0000_i1105" DrawAspect="Content" ObjectID="_1808505137" r:id="rId170"/>
        </w:object>
      </w:r>
      <w:r w:rsidRPr="00162B74">
        <w:t xml:space="preserve"> và </w:t>
      </w:r>
      <w:r w:rsidRPr="00162B74">
        <w:rPr>
          <w:position w:val="-14"/>
        </w:rPr>
        <w:object w:dxaOrig="1240" w:dyaOrig="420">
          <v:shape id="_x0000_i1106" type="#_x0000_t75" style="width:61.85pt;height:21.7pt" o:ole="">
            <v:imagedata r:id="rId171" o:title=""/>
          </v:shape>
          <o:OLEObject Type="Embed" ProgID="Equation.DSMT4" ShapeID="_x0000_i1106" DrawAspect="Content" ObjectID="_1808505138" r:id="rId172"/>
        </w:object>
      </w:r>
      <w:r w:rsidRPr="00162B74">
        <w:t xml:space="preserve">. Mặt phẳng qua </w:t>
      </w:r>
      <w:r w:rsidRPr="00162B74">
        <w:rPr>
          <w:position w:val="-4"/>
        </w:rPr>
        <w:object w:dxaOrig="240" w:dyaOrig="260">
          <v:shape id="_x0000_i1107" type="#_x0000_t75" style="width:12pt;height:12.9pt" o:ole="">
            <v:imagedata r:id="rId173" o:title=""/>
          </v:shape>
          <o:OLEObject Type="Embed" ProgID="Equation.DSMT4" ShapeID="_x0000_i1107" DrawAspect="Content" ObjectID="_1808505139" r:id="rId174"/>
        </w:object>
      </w:r>
      <w:r w:rsidRPr="00162B74">
        <w:t xml:space="preserve"> và nhận </w:t>
      </w:r>
      <w:r w:rsidRPr="00162B74">
        <w:rPr>
          <w:position w:val="-6"/>
        </w:rPr>
        <w:object w:dxaOrig="200" w:dyaOrig="340">
          <v:shape id="_x0000_i1108" type="#_x0000_t75" style="width:10.15pt;height:17.1pt" o:ole="">
            <v:imagedata r:id="rId175" o:title=""/>
          </v:shape>
          <o:OLEObject Type="Embed" ProgID="Equation.DSMT4" ShapeID="_x0000_i1108" DrawAspect="Content" ObjectID="_1808505140" r:id="rId176"/>
        </w:object>
      </w:r>
      <w:r w:rsidRPr="00162B74">
        <w:t xml:space="preserve"> là véc tơ pháp tuyến có phương trình là:</w:t>
      </w:r>
    </w:p>
    <w:p w:rsidR="001D1053" w:rsidRPr="00162B74" w:rsidRDefault="001D1053" w:rsidP="001D1053">
      <w:pPr>
        <w:tabs>
          <w:tab w:val="left" w:pos="283"/>
          <w:tab w:val="left" w:pos="2835"/>
          <w:tab w:val="left" w:pos="5386"/>
          <w:tab w:val="left" w:pos="7937"/>
        </w:tabs>
        <w:spacing w:before="0" w:after="0"/>
        <w:ind w:firstLine="283"/>
        <w:rPr>
          <w:rFonts w:eastAsia="Arial"/>
          <w:szCs w:val="24"/>
        </w:rPr>
      </w:pPr>
      <w:r w:rsidRPr="00162B74">
        <w:rPr>
          <w:rFonts w:eastAsia="Arial"/>
          <w:b/>
          <w:color w:val="0000FF"/>
          <w:szCs w:val="24"/>
        </w:rPr>
        <w:t>A.</w:t>
      </w:r>
      <w:r w:rsidRPr="00162B74">
        <w:rPr>
          <w:rFonts w:eastAsia="Arial"/>
          <w:b/>
          <w:color w:val="008000"/>
          <w:szCs w:val="24"/>
        </w:rPr>
        <w:t xml:space="preserve"> </w:t>
      </w:r>
      <w:r w:rsidRPr="00162B74">
        <w:rPr>
          <w:rFonts w:eastAsia="Arial"/>
          <w:position w:val="-10"/>
          <w:szCs w:val="24"/>
        </w:rPr>
        <w:object w:dxaOrig="1579" w:dyaOrig="320">
          <v:shape id="_x0000_i1109" type="#_x0000_t75" style="width:78.9pt;height:16.15pt" o:ole="">
            <v:imagedata r:id="rId177" o:title=""/>
          </v:shape>
          <o:OLEObject Type="Embed" ProgID="Equation.DSMT4" ShapeID="_x0000_i1109" DrawAspect="Content" ObjectID="_1808505141" r:id="rId178"/>
        </w:object>
      </w:r>
      <w:r w:rsidRPr="00162B74">
        <w:rPr>
          <w:rFonts w:eastAsia="Arial"/>
          <w:b/>
          <w:color w:val="0000FF"/>
          <w:szCs w:val="24"/>
        </w:rPr>
        <w:tab/>
      </w:r>
      <w:r w:rsidRPr="00162B74">
        <w:rPr>
          <w:rFonts w:eastAsia="Arial"/>
          <w:b/>
          <w:color w:val="0000FF"/>
          <w:szCs w:val="24"/>
          <w:highlight w:val="yellow"/>
          <w:u w:val="single"/>
        </w:rPr>
        <w:t>B</w:t>
      </w:r>
      <w:r w:rsidRPr="00162B74">
        <w:rPr>
          <w:rFonts w:eastAsia="Arial"/>
          <w:b/>
          <w:color w:val="0000FF"/>
          <w:szCs w:val="24"/>
          <w:highlight w:val="yellow"/>
        </w:rPr>
        <w:t>.</w:t>
      </w:r>
      <w:r w:rsidRPr="00162B74">
        <w:rPr>
          <w:rFonts w:eastAsia="Arial"/>
          <w:b/>
          <w:color w:val="008000"/>
          <w:szCs w:val="24"/>
          <w:highlight w:val="yellow"/>
        </w:rPr>
        <w:t xml:space="preserve"> </w:t>
      </w:r>
      <w:r w:rsidRPr="00162B74">
        <w:rPr>
          <w:rFonts w:eastAsia="Arial"/>
          <w:position w:val="-10"/>
          <w:szCs w:val="24"/>
          <w:highlight w:val="yellow"/>
        </w:rPr>
        <w:object w:dxaOrig="1340" w:dyaOrig="320">
          <v:shape id="_x0000_i1110" type="#_x0000_t75" style="width:68.3pt;height:16.15pt" o:ole="">
            <v:imagedata r:id="rId179" o:title=""/>
          </v:shape>
          <o:OLEObject Type="Embed" ProgID="Equation.DSMT4" ShapeID="_x0000_i1110" DrawAspect="Content" ObjectID="_1808505142" r:id="rId180"/>
        </w:object>
      </w:r>
      <w:r w:rsidRPr="00162B74">
        <w:rPr>
          <w:rFonts w:eastAsia="Arial"/>
          <w:b/>
          <w:color w:val="0000FF"/>
          <w:szCs w:val="24"/>
        </w:rPr>
        <w:tab/>
        <w:t>C.</w:t>
      </w:r>
      <w:r w:rsidRPr="00162B74">
        <w:rPr>
          <w:rFonts w:eastAsia="Arial"/>
          <w:b/>
          <w:color w:val="008000"/>
          <w:szCs w:val="24"/>
        </w:rPr>
        <w:t xml:space="preserve"> </w:t>
      </w:r>
      <w:r w:rsidRPr="00162B74">
        <w:rPr>
          <w:rFonts w:eastAsia="Arial"/>
          <w:position w:val="-10"/>
          <w:szCs w:val="24"/>
        </w:rPr>
        <w:object w:dxaOrig="1579" w:dyaOrig="320">
          <v:shape id="_x0000_i1111" type="#_x0000_t75" style="width:78.45pt;height:16.15pt" o:ole="">
            <v:imagedata r:id="rId181" o:title=""/>
          </v:shape>
          <o:OLEObject Type="Embed" ProgID="Equation.DSMT4" ShapeID="_x0000_i1111" DrawAspect="Content" ObjectID="_1808505143" r:id="rId182"/>
        </w:object>
      </w:r>
      <w:r w:rsidRPr="00162B74">
        <w:rPr>
          <w:rFonts w:eastAsia="Arial"/>
          <w:b/>
          <w:color w:val="0000FF"/>
          <w:szCs w:val="24"/>
        </w:rPr>
        <w:tab/>
        <w:t>D.</w:t>
      </w:r>
      <w:r w:rsidRPr="00162B74">
        <w:rPr>
          <w:rFonts w:eastAsia="Arial"/>
          <w:b/>
          <w:color w:val="008000"/>
          <w:szCs w:val="24"/>
        </w:rPr>
        <w:t xml:space="preserve"> </w:t>
      </w:r>
      <w:r w:rsidRPr="00162B74">
        <w:rPr>
          <w:rFonts w:eastAsia="Arial"/>
          <w:position w:val="-10"/>
          <w:szCs w:val="24"/>
        </w:rPr>
        <w:object w:dxaOrig="1340" w:dyaOrig="320">
          <v:shape id="_x0000_i1112" type="#_x0000_t75" style="width:66.9pt;height:16.15pt" o:ole="">
            <v:imagedata r:id="rId183" o:title=""/>
          </v:shape>
          <o:OLEObject Type="Embed" ProgID="Equation.DSMT4" ShapeID="_x0000_i1112" DrawAspect="Content" ObjectID="_1808505144" r:id="rId184"/>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B</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Phương trình mặt phẳng là: </w:t>
      </w:r>
      <w:r w:rsidRPr="00162B74">
        <w:rPr>
          <w:rFonts w:eastAsia="Calibri"/>
          <w:position w:val="-14"/>
          <w:szCs w:val="24"/>
        </w:rPr>
        <w:object w:dxaOrig="4780" w:dyaOrig="400">
          <v:shape id="_x0000_i1113" type="#_x0000_t75" style="width:239.1pt;height:19.85pt" o:ole="">
            <v:imagedata r:id="rId185" o:title=""/>
          </v:shape>
          <o:OLEObject Type="Embed" ProgID="Equation.DSMT4" ShapeID="_x0000_i1113" DrawAspect="Content" ObjectID="_1808505145" r:id="rId186"/>
        </w:object>
      </w:r>
      <w:r w:rsidRPr="00162B74">
        <w:rPr>
          <w:rFonts w:eastAsia="Calibri"/>
          <w:szCs w:val="24"/>
        </w:rPr>
        <w:t>.</w:t>
      </w:r>
    </w:p>
    <w:p w:rsidR="001D1053" w:rsidRPr="00162B74" w:rsidRDefault="001D1053" w:rsidP="001D1053">
      <w:pPr>
        <w:pStyle w:val="ListParagraph"/>
        <w:widowControl/>
        <w:numPr>
          <w:ilvl w:val="0"/>
          <w:numId w:val="26"/>
        </w:numPr>
        <w:autoSpaceDE/>
        <w:autoSpaceDN/>
        <w:spacing w:before="0"/>
        <w:contextualSpacing/>
        <w:jc w:val="both"/>
      </w:pPr>
      <w:r w:rsidRPr="00162B74">
        <w:t>Bảng dưới đây biểu diễn mẫu số liệu ghép nhóm về số tiền (đơn vị: nghìn đồng) mà 12 khách hàng mua sách ở một cửa hàng trong một ngày.</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noProof/>
          <w:szCs w:val="24"/>
        </w:rPr>
        <w:drawing>
          <wp:inline distT="0" distB="0" distL="0" distR="0" wp14:anchorId="37AFB8BB" wp14:editId="6B4EB5BF">
            <wp:extent cx="4536971" cy="462906"/>
            <wp:effectExtent l="0" t="0" r="0" b="0"/>
            <wp:docPr id="402661110" name="Picture 40266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564460" cy="465711"/>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szCs w:val="24"/>
        </w:rPr>
        <w:t>Khoảng tứ phân vị của mẫu số liệu ghép nhóm trên là:</w:t>
      </w:r>
    </w:p>
    <w:p w:rsidR="001D1053" w:rsidRPr="00162B74" w:rsidRDefault="001D1053" w:rsidP="001D1053">
      <w:pPr>
        <w:tabs>
          <w:tab w:val="left" w:pos="283"/>
          <w:tab w:val="left" w:pos="2835"/>
          <w:tab w:val="left" w:pos="5386"/>
          <w:tab w:val="left" w:pos="7937"/>
        </w:tabs>
        <w:spacing w:before="0" w:after="0"/>
        <w:ind w:firstLine="283"/>
        <w:rPr>
          <w:rFonts w:eastAsia="Arial"/>
          <w:szCs w:val="24"/>
        </w:rPr>
      </w:pPr>
      <w:r w:rsidRPr="00162B74">
        <w:rPr>
          <w:rFonts w:eastAsia="Arial"/>
          <w:b/>
          <w:color w:val="0000FF"/>
          <w:szCs w:val="24"/>
        </w:rPr>
        <w:t>A.</w:t>
      </w:r>
      <w:r w:rsidRPr="00162B74">
        <w:rPr>
          <w:rFonts w:eastAsia="Arial"/>
          <w:b/>
          <w:color w:val="008000"/>
          <w:szCs w:val="24"/>
        </w:rPr>
        <w:t xml:space="preserve"> </w:t>
      </w:r>
      <w:r w:rsidRPr="00162B74">
        <w:rPr>
          <w:rFonts w:eastAsia="Arial"/>
          <w:position w:val="-24"/>
          <w:szCs w:val="24"/>
        </w:rPr>
        <w:object w:dxaOrig="340" w:dyaOrig="620">
          <v:shape id="_x0000_i1114" type="#_x0000_t75" style="width:17.1pt;height:31.4pt" o:ole="">
            <v:imagedata r:id="rId188" o:title=""/>
          </v:shape>
          <o:OLEObject Type="Embed" ProgID="Equation.DSMT4" ShapeID="_x0000_i1114" DrawAspect="Content" ObjectID="_1808505146" r:id="rId189"/>
        </w:object>
      </w:r>
      <w:r w:rsidRPr="00162B74">
        <w:rPr>
          <w:rFonts w:eastAsia="Arial"/>
          <w:b/>
          <w:color w:val="0000FF"/>
          <w:szCs w:val="24"/>
        </w:rPr>
        <w:tab/>
      </w:r>
      <w:r w:rsidRPr="00162B74">
        <w:rPr>
          <w:rFonts w:eastAsia="Arial"/>
          <w:b/>
          <w:color w:val="0000FF"/>
          <w:szCs w:val="24"/>
          <w:highlight w:val="yellow"/>
          <w:u w:val="single"/>
        </w:rPr>
        <w:t>B</w:t>
      </w:r>
      <w:r w:rsidRPr="00162B74">
        <w:rPr>
          <w:rFonts w:eastAsia="Arial"/>
          <w:b/>
          <w:color w:val="0000FF"/>
          <w:szCs w:val="24"/>
          <w:highlight w:val="yellow"/>
        </w:rPr>
        <w:t>.</w:t>
      </w:r>
      <w:r w:rsidRPr="00162B74">
        <w:rPr>
          <w:rFonts w:eastAsia="Arial"/>
          <w:b/>
          <w:color w:val="008000"/>
          <w:szCs w:val="24"/>
          <w:highlight w:val="yellow"/>
        </w:rPr>
        <w:t xml:space="preserve"> </w:t>
      </w:r>
      <w:r w:rsidRPr="00162B74">
        <w:rPr>
          <w:rFonts w:eastAsia="Arial"/>
          <w:position w:val="-24"/>
          <w:szCs w:val="24"/>
          <w:highlight w:val="yellow"/>
        </w:rPr>
        <w:object w:dxaOrig="340" w:dyaOrig="620">
          <v:shape id="_x0000_i1115" type="#_x0000_t75" style="width:17.55pt;height:31.4pt" o:ole="">
            <v:imagedata r:id="rId190" o:title=""/>
          </v:shape>
          <o:OLEObject Type="Embed" ProgID="Equation.DSMT4" ShapeID="_x0000_i1115" DrawAspect="Content" ObjectID="_1808505147" r:id="rId191"/>
        </w:object>
      </w:r>
      <w:r w:rsidRPr="00162B74">
        <w:rPr>
          <w:rFonts w:eastAsia="Arial"/>
          <w:b/>
          <w:color w:val="0000FF"/>
          <w:szCs w:val="24"/>
        </w:rPr>
        <w:tab/>
        <w:t>C.</w:t>
      </w:r>
      <w:r w:rsidRPr="00162B74">
        <w:rPr>
          <w:rFonts w:eastAsia="Arial"/>
          <w:b/>
          <w:color w:val="008000"/>
          <w:szCs w:val="24"/>
        </w:rPr>
        <w:t xml:space="preserve"> </w:t>
      </w:r>
      <w:r w:rsidRPr="00162B74">
        <w:rPr>
          <w:rFonts w:eastAsia="Arial"/>
          <w:position w:val="-24"/>
          <w:szCs w:val="24"/>
        </w:rPr>
        <w:object w:dxaOrig="460" w:dyaOrig="620">
          <v:shape id="_x0000_i1116" type="#_x0000_t75" style="width:23.1pt;height:31.4pt" o:ole="">
            <v:imagedata r:id="rId192" o:title=""/>
          </v:shape>
          <o:OLEObject Type="Embed" ProgID="Equation.DSMT4" ShapeID="_x0000_i1116" DrawAspect="Content" ObjectID="_1808505148" r:id="rId193"/>
        </w:object>
      </w:r>
      <w:r w:rsidRPr="00162B74">
        <w:rPr>
          <w:rFonts w:eastAsia="Arial"/>
          <w:b/>
          <w:color w:val="0000FF"/>
          <w:szCs w:val="24"/>
        </w:rPr>
        <w:tab/>
        <w:t>D.</w:t>
      </w:r>
      <w:r w:rsidRPr="00162B74">
        <w:rPr>
          <w:rFonts w:eastAsia="Arial"/>
          <w:b/>
          <w:color w:val="008000"/>
          <w:szCs w:val="24"/>
        </w:rPr>
        <w:t xml:space="preserve"> </w:t>
      </w:r>
      <w:r w:rsidRPr="00162B74">
        <w:rPr>
          <w:rFonts w:eastAsia="Arial"/>
          <w:position w:val="-24"/>
          <w:szCs w:val="24"/>
        </w:rPr>
        <w:object w:dxaOrig="320" w:dyaOrig="620">
          <v:shape id="_x0000_i1117" type="#_x0000_t75" style="width:16.15pt;height:30.45pt" o:ole="">
            <v:imagedata r:id="rId194" o:title=""/>
          </v:shape>
          <o:OLEObject Type="Embed" ProgID="Equation.DSMT4" ShapeID="_x0000_i1117" DrawAspect="Content" ObjectID="_1808505149" r:id="rId195"/>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B</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position w:val="-24"/>
          <w:szCs w:val="24"/>
        </w:rPr>
        <w:object w:dxaOrig="2400" w:dyaOrig="620">
          <v:shape id="_x0000_i1118" type="#_x0000_t75" style="width:120pt;height:30.9pt" o:ole="">
            <v:imagedata r:id="rId196" o:title=""/>
          </v:shape>
          <o:OLEObject Type="Embed" ProgID="Equation.DSMT4" ShapeID="_x0000_i1118" DrawAspect="Content" ObjectID="_1808505150" r:id="rId197"/>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position w:val="-24"/>
          <w:szCs w:val="24"/>
        </w:rPr>
        <w:object w:dxaOrig="3100" w:dyaOrig="660">
          <v:shape id="_x0000_i1119" type="#_x0000_t75" style="width:155.1pt;height:33.7pt" o:ole="">
            <v:imagedata r:id="rId198" o:title=""/>
          </v:shape>
          <o:OLEObject Type="Embed" ProgID="Equation.DSMT4" ShapeID="_x0000_i1119" DrawAspect="Content" ObjectID="_1808505151" r:id="rId199"/>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Khoảng tứ phân vị </w:t>
      </w:r>
      <w:r w:rsidRPr="00162B74">
        <w:rPr>
          <w:rFonts w:eastAsia="Calibri"/>
          <w:position w:val="-24"/>
          <w:szCs w:val="24"/>
        </w:rPr>
        <w:object w:dxaOrig="1860" w:dyaOrig="620">
          <v:shape id="_x0000_i1120" type="#_x0000_t75" style="width:93.7pt;height:30.9pt" o:ole="">
            <v:imagedata r:id="rId200" o:title=""/>
          </v:shape>
          <o:OLEObject Type="Embed" ProgID="Equation.DSMT4" ShapeID="_x0000_i1120" DrawAspect="Content" ObjectID="_1808505152" r:id="rId201"/>
        </w:object>
      </w:r>
      <w:r w:rsidRPr="00162B74">
        <w:rPr>
          <w:rFonts w:eastAsia="Calibri"/>
          <w:szCs w:val="24"/>
        </w:rPr>
        <w:t>.</w:t>
      </w:r>
    </w:p>
    <w:p w:rsidR="001D1053" w:rsidRPr="00162B74" w:rsidRDefault="001D1053" w:rsidP="001D1053">
      <w:pPr>
        <w:pStyle w:val="ListParagraph"/>
        <w:widowControl/>
        <w:numPr>
          <w:ilvl w:val="0"/>
          <w:numId w:val="26"/>
        </w:numPr>
        <w:autoSpaceDE/>
        <w:autoSpaceDN/>
        <w:spacing w:before="0"/>
        <w:contextualSpacing/>
        <w:jc w:val="both"/>
        <w:rPr>
          <w:b/>
          <w:color w:val="0000FF"/>
        </w:rPr>
      </w:pPr>
      <w:r w:rsidRPr="00162B74">
        <w:t xml:space="preserve">Trong không gian </w:t>
      </w:r>
      <w:r w:rsidRPr="00162B74">
        <w:rPr>
          <w:position w:val="-10"/>
        </w:rPr>
        <w:object w:dxaOrig="560" w:dyaOrig="320">
          <v:shape id="_x0000_i1121" type="#_x0000_t75" style="width:28.15pt;height:16.15pt" o:ole="">
            <v:imagedata r:id="rId202" o:title=""/>
          </v:shape>
          <o:OLEObject Type="Embed" ProgID="Equation.DSMT4" ShapeID="_x0000_i1121" DrawAspect="Content" ObjectID="_1808505153" r:id="rId203"/>
        </w:object>
      </w:r>
      <w:r w:rsidRPr="00162B74">
        <w:t xml:space="preserve">, cho đường thẳng </w:t>
      </w:r>
      <w:r w:rsidRPr="00162B74">
        <w:rPr>
          <w:position w:val="-6"/>
        </w:rPr>
        <w:object w:dxaOrig="220" w:dyaOrig="279">
          <v:shape id="_x0000_i1122" type="#_x0000_t75" style="width:11.1pt;height:13.85pt" o:ole="">
            <v:imagedata r:id="rId204" o:title=""/>
          </v:shape>
          <o:OLEObject Type="Embed" ProgID="Equation.DSMT4" ShapeID="_x0000_i1122" DrawAspect="Content" ObjectID="_1808505154" r:id="rId205"/>
        </w:object>
      </w:r>
      <w:r w:rsidRPr="00162B74">
        <w:t xml:space="preserve"> có phương trình tham số </w:t>
      </w:r>
      <w:r w:rsidRPr="00162B74">
        <w:rPr>
          <w:position w:val="-50"/>
        </w:rPr>
        <w:object w:dxaOrig="1200" w:dyaOrig="1120">
          <v:shape id="_x0000_i1123" type="#_x0000_t75" style="width:60pt;height:55.85pt" o:ole="">
            <v:imagedata r:id="rId206" o:title=""/>
          </v:shape>
          <o:OLEObject Type="Embed" ProgID="Equation.DSMT4" ShapeID="_x0000_i1123" DrawAspect="Content" ObjectID="_1808505155" r:id="rId207"/>
        </w:object>
      </w:r>
      <w:r w:rsidRPr="00162B74">
        <w:t xml:space="preserve">. Một vectơ chỉ phương của đường thẳng </w:t>
      </w:r>
      <w:r w:rsidRPr="00162B74">
        <w:rPr>
          <w:position w:val="-6"/>
        </w:rPr>
        <w:object w:dxaOrig="220" w:dyaOrig="279">
          <v:shape id="_x0000_i1124" type="#_x0000_t75" style="width:11.1pt;height:13.85pt" o:ole="">
            <v:imagedata r:id="rId204" o:title=""/>
          </v:shape>
          <o:OLEObject Type="Embed" ProgID="Equation.DSMT4" ShapeID="_x0000_i1124" DrawAspect="Content" ObjectID="_1808505156" r:id="rId208"/>
        </w:object>
      </w:r>
      <w:r w:rsidRPr="00162B74">
        <w:t xml:space="preserve"> là:</w:t>
      </w:r>
    </w:p>
    <w:p w:rsidR="001D1053" w:rsidRPr="00162B74" w:rsidRDefault="001D1053" w:rsidP="001D1053">
      <w:pPr>
        <w:tabs>
          <w:tab w:val="left" w:pos="283"/>
          <w:tab w:val="left" w:pos="2835"/>
          <w:tab w:val="left" w:pos="5386"/>
          <w:tab w:val="left" w:pos="7937"/>
        </w:tabs>
        <w:spacing w:before="0" w:after="0"/>
        <w:ind w:firstLine="283"/>
        <w:rPr>
          <w:rFonts w:eastAsia="Arial"/>
          <w:b/>
          <w:color w:val="0000FF"/>
          <w:szCs w:val="24"/>
        </w:rPr>
      </w:pPr>
      <w:r w:rsidRPr="00162B74">
        <w:rPr>
          <w:rFonts w:eastAsia="Arial"/>
          <w:b/>
          <w:color w:val="0000FF"/>
          <w:szCs w:val="24"/>
          <w:highlight w:val="yellow"/>
          <w:u w:val="single"/>
        </w:rPr>
        <w:t>A</w:t>
      </w:r>
      <w:r w:rsidRPr="00162B74">
        <w:rPr>
          <w:rFonts w:eastAsia="Arial"/>
          <w:b/>
          <w:color w:val="0000FF"/>
          <w:szCs w:val="24"/>
          <w:highlight w:val="yellow"/>
        </w:rPr>
        <w:t>.</w:t>
      </w:r>
      <w:r w:rsidRPr="00162B74">
        <w:rPr>
          <w:rFonts w:eastAsia="Arial"/>
          <w:b/>
          <w:color w:val="008000"/>
          <w:szCs w:val="24"/>
          <w:highlight w:val="yellow"/>
        </w:rPr>
        <w:t xml:space="preserve"> </w:t>
      </w:r>
      <w:r w:rsidRPr="00162B74">
        <w:rPr>
          <w:rFonts w:eastAsia="Arial"/>
          <w:position w:val="-14"/>
          <w:szCs w:val="24"/>
          <w:highlight w:val="yellow"/>
        </w:rPr>
        <w:object w:dxaOrig="1420" w:dyaOrig="420">
          <v:shape id="_x0000_i1125" type="#_x0000_t75" style="width:71.1pt;height:21.7pt" o:ole="">
            <v:imagedata r:id="rId209" o:title=""/>
          </v:shape>
          <o:OLEObject Type="Embed" ProgID="Equation.DSMT4" ShapeID="_x0000_i1125" DrawAspect="Content" ObjectID="_1808505157" r:id="rId210"/>
        </w:object>
      </w:r>
      <w:r w:rsidRPr="00162B74">
        <w:rPr>
          <w:rFonts w:eastAsia="Arial"/>
          <w:b/>
          <w:color w:val="0000FF"/>
          <w:szCs w:val="24"/>
        </w:rPr>
        <w:tab/>
        <w:t>B.</w:t>
      </w:r>
      <w:r w:rsidRPr="00162B74">
        <w:rPr>
          <w:rFonts w:eastAsia="Arial"/>
          <w:b/>
          <w:color w:val="008000"/>
          <w:szCs w:val="24"/>
        </w:rPr>
        <w:t xml:space="preserve"> </w:t>
      </w:r>
      <w:r w:rsidRPr="00162B74">
        <w:rPr>
          <w:rFonts w:eastAsia="Arial"/>
          <w:position w:val="-14"/>
          <w:szCs w:val="24"/>
        </w:rPr>
        <w:object w:dxaOrig="1280" w:dyaOrig="420">
          <v:shape id="_x0000_i1126" type="#_x0000_t75" style="width:65.1pt;height:21.7pt" o:ole="">
            <v:imagedata r:id="rId211" o:title=""/>
          </v:shape>
          <o:OLEObject Type="Embed" ProgID="Equation.DSMT4" ShapeID="_x0000_i1126" DrawAspect="Content" ObjectID="_1808505158" r:id="rId212"/>
        </w:object>
      </w:r>
    </w:p>
    <w:p w:rsidR="001D1053" w:rsidRPr="00162B74" w:rsidRDefault="001D1053" w:rsidP="001D1053">
      <w:pPr>
        <w:tabs>
          <w:tab w:val="left" w:pos="283"/>
          <w:tab w:val="left" w:pos="2835"/>
          <w:tab w:val="left" w:pos="5386"/>
          <w:tab w:val="left" w:pos="7937"/>
        </w:tabs>
        <w:spacing w:before="0" w:after="0"/>
        <w:ind w:firstLine="283"/>
        <w:rPr>
          <w:rFonts w:eastAsia="Arial"/>
          <w:szCs w:val="24"/>
        </w:rPr>
      </w:pPr>
      <w:r w:rsidRPr="00162B74">
        <w:rPr>
          <w:rFonts w:eastAsia="Arial"/>
          <w:b/>
          <w:color w:val="0000FF"/>
          <w:szCs w:val="24"/>
        </w:rPr>
        <w:t>C.</w:t>
      </w:r>
      <w:r w:rsidRPr="00162B74">
        <w:rPr>
          <w:rFonts w:eastAsia="Arial"/>
          <w:b/>
          <w:color w:val="008000"/>
          <w:szCs w:val="24"/>
        </w:rPr>
        <w:t xml:space="preserve"> </w:t>
      </w:r>
      <w:r w:rsidRPr="00162B74">
        <w:rPr>
          <w:rFonts w:eastAsia="Arial"/>
          <w:position w:val="-14"/>
          <w:szCs w:val="24"/>
        </w:rPr>
        <w:object w:dxaOrig="1240" w:dyaOrig="420">
          <v:shape id="_x0000_i1127" type="#_x0000_t75" style="width:61.4pt;height:21.7pt" o:ole="">
            <v:imagedata r:id="rId213" o:title=""/>
          </v:shape>
          <o:OLEObject Type="Embed" ProgID="Equation.DSMT4" ShapeID="_x0000_i1127" DrawAspect="Content" ObjectID="_1808505159" r:id="rId214"/>
        </w:object>
      </w:r>
      <w:r w:rsidRPr="00162B74">
        <w:rPr>
          <w:rFonts w:eastAsia="Arial"/>
          <w:b/>
          <w:color w:val="0000FF"/>
          <w:szCs w:val="24"/>
        </w:rPr>
        <w:tab/>
        <w:t>D.</w:t>
      </w:r>
      <w:r w:rsidRPr="00162B74">
        <w:rPr>
          <w:rFonts w:eastAsia="Arial"/>
          <w:b/>
          <w:color w:val="008000"/>
          <w:szCs w:val="24"/>
        </w:rPr>
        <w:t xml:space="preserve"> </w:t>
      </w:r>
      <w:r w:rsidRPr="00162B74">
        <w:rPr>
          <w:rFonts w:eastAsia="Arial"/>
          <w:position w:val="-14"/>
          <w:szCs w:val="24"/>
        </w:rPr>
        <w:object w:dxaOrig="1100" w:dyaOrig="420">
          <v:shape id="_x0000_i1128" type="#_x0000_t75" style="width:54.9pt;height:20.3pt" o:ole="">
            <v:imagedata r:id="rId215" o:title=""/>
          </v:shape>
          <o:OLEObject Type="Embed" ProgID="Equation.DSMT4" ShapeID="_x0000_i1128" DrawAspect="Content" ObjectID="_1808505160" r:id="rId216"/>
        </w:objec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green"/>
        </w:rPr>
      </w:pPr>
      <w:r w:rsidRPr="00162B74">
        <w:rPr>
          <w:rFonts w:eastAsia="Calibri"/>
          <w:b/>
          <w:color w:val="0000FF"/>
          <w:szCs w:val="24"/>
          <w:highlight w:val="green"/>
        </w:rPr>
        <w:t>Chọn A</w:t>
      </w:r>
    </w:p>
    <w:p w:rsidR="001D1053" w:rsidRPr="005D554B" w:rsidRDefault="001D1053" w:rsidP="001D1053">
      <w:pPr>
        <w:spacing w:before="0" w:after="0"/>
        <w:rPr>
          <w:color w:val="FF0000"/>
          <w:szCs w:val="24"/>
        </w:rPr>
      </w:pPr>
      <w:r w:rsidRPr="005D554B">
        <w:rPr>
          <w:b/>
          <w:bCs/>
          <w:color w:val="FF0000"/>
          <w:szCs w:val="24"/>
        </w:rPr>
        <w:t xml:space="preserve">PHẦN II. Câu trắc nghiệm đúng sai (4,0 điểm). </w:t>
      </w:r>
      <w:r w:rsidRPr="005D554B">
        <w:rPr>
          <w:bCs/>
          <w:color w:val="FF0000"/>
          <w:szCs w:val="24"/>
        </w:rPr>
        <w:t>Thí sinh trả lời từ câu 1 đến câu 4. Trong mỗi ý a), b), c), d) ở mỗi câu, thí sinh chọn đúng hoặc sai.</w:t>
      </w:r>
    </w:p>
    <w:p w:rsidR="001D1053" w:rsidRPr="00C41C4C" w:rsidRDefault="001D1053" w:rsidP="001D1053">
      <w:pPr>
        <w:pStyle w:val="ListParagraph"/>
        <w:widowControl/>
        <w:numPr>
          <w:ilvl w:val="0"/>
          <w:numId w:val="27"/>
        </w:numPr>
        <w:autoSpaceDE/>
        <w:autoSpaceDN/>
        <w:spacing w:before="0"/>
        <w:contextualSpacing/>
        <w:jc w:val="both"/>
        <w:rPr>
          <w:kern w:val="2"/>
        </w:rPr>
      </w:pPr>
      <w:r w:rsidRPr="00C41C4C">
        <w:rPr>
          <w:rFonts w:eastAsia="Georgia"/>
        </w:rPr>
        <w:lastRenderedPageBreak/>
        <w:t xml:space="preserve">Trong không gian </w:t>
      </w:r>
      <w:r w:rsidRPr="000C7FCA">
        <w:rPr>
          <w:position w:val="-10"/>
        </w:rPr>
        <w:object w:dxaOrig="560" w:dyaOrig="320">
          <v:shape id="_x0000_i1129" type="#_x0000_t75" style="width:28.15pt;height:16.15pt" o:ole="">
            <v:imagedata r:id="rId217" o:title=""/>
          </v:shape>
          <o:OLEObject Type="Embed" ProgID="Equation.DSMT4" ShapeID="_x0000_i1129" DrawAspect="Content" ObjectID="_1808505161" r:id="rId218"/>
        </w:object>
      </w:r>
      <w:r w:rsidRPr="00C41C4C">
        <w:rPr>
          <w:rFonts w:eastAsia="Georgia"/>
        </w:rPr>
        <w:t xml:space="preserve"> (đơn vị trên mỗi trục là kilômét), đài kiểm soát không lưu của một sân bay ở vị trí </w:t>
      </w:r>
      <w:r w:rsidRPr="000C7FCA">
        <w:rPr>
          <w:position w:val="-14"/>
        </w:rPr>
        <w:object w:dxaOrig="980" w:dyaOrig="400">
          <v:shape id="_x0000_i1130" type="#_x0000_t75" style="width:48.9pt;height:19.85pt" o:ole="">
            <v:imagedata r:id="rId219" o:title=""/>
          </v:shape>
          <o:OLEObject Type="Embed" ProgID="Equation.DSMT4" ShapeID="_x0000_i1130" DrawAspect="Content" ObjectID="_1808505162" r:id="rId220"/>
        </w:object>
      </w:r>
      <w:r w:rsidRPr="00C41C4C">
        <w:rPr>
          <w:rFonts w:eastAsia="Georgia"/>
        </w:rPr>
        <w:t xml:space="preserve"> và được thiết kế phát hiện máy bay ở khoảng cách tối đa </w:t>
      </w:r>
      <w:r w:rsidRPr="000C7FCA">
        <w:rPr>
          <w:position w:val="-14"/>
        </w:rPr>
        <w:object w:dxaOrig="960" w:dyaOrig="400">
          <v:shape id="_x0000_i1131" type="#_x0000_t75" style="width:48pt;height:19.85pt" o:ole="">
            <v:imagedata r:id="rId221" o:title=""/>
          </v:shape>
          <o:OLEObject Type="Embed" ProgID="Equation.DSMT4" ShapeID="_x0000_i1131" DrawAspect="Content" ObjectID="_1808505163" r:id="rId222"/>
        </w:object>
      </w:r>
      <w:r w:rsidRPr="00C41C4C">
        <w:rPr>
          <w:rFonts w:eastAsia="Georgia"/>
        </w:rPr>
        <w:t xml:space="preserve">. Một máy bay </w:t>
      </w:r>
      <w:r w:rsidRPr="00AD4EB0">
        <w:rPr>
          <w:position w:val="-4"/>
        </w:rPr>
        <w:object w:dxaOrig="240" w:dyaOrig="260">
          <v:shape id="_x0000_i1132" type="#_x0000_t75" style="width:12pt;height:12.9pt" o:ole="">
            <v:imagedata r:id="rId223" o:title=""/>
          </v:shape>
          <o:OLEObject Type="Embed" ProgID="Equation.DSMT4" ShapeID="_x0000_i1132" DrawAspect="Content" ObjectID="_1808505164" r:id="rId224"/>
        </w:object>
      </w:r>
      <w:r w:rsidRPr="00C41C4C">
        <w:rPr>
          <w:rFonts w:eastAsia="Georgia"/>
        </w:rPr>
        <w:t xml:space="preserve"> đang chuyển động với vận tốc </w:t>
      </w:r>
      <w:r w:rsidRPr="000C7FCA">
        <w:rPr>
          <w:position w:val="-14"/>
        </w:rPr>
        <w:object w:dxaOrig="1140" w:dyaOrig="400">
          <v:shape id="_x0000_i1133" type="#_x0000_t75" style="width:57.25pt;height:19.85pt" o:ole="">
            <v:imagedata r:id="rId225" o:title=""/>
          </v:shape>
          <o:OLEObject Type="Embed" ProgID="Equation.DSMT4" ShapeID="_x0000_i1133" DrawAspect="Content" ObjectID="_1808505165" r:id="rId226"/>
        </w:object>
      </w:r>
      <w:r w:rsidRPr="00C41C4C">
        <w:rPr>
          <w:rFonts w:eastAsia="Georgia"/>
        </w:rPr>
        <w:t xml:space="preserve"> trên đường thẳng </w:t>
      </w:r>
      <w:r w:rsidRPr="000C7FCA">
        <w:rPr>
          <w:position w:val="-6"/>
        </w:rPr>
        <w:object w:dxaOrig="220" w:dyaOrig="279">
          <v:shape id="_x0000_i1134" type="#_x0000_t75" style="width:11.1pt;height:13.85pt" o:ole="">
            <v:imagedata r:id="rId227" o:title=""/>
          </v:shape>
          <o:OLEObject Type="Embed" ProgID="Equation.DSMT4" ShapeID="_x0000_i1134" DrawAspect="Content" ObjectID="_1808505166" r:id="rId228"/>
        </w:object>
      </w:r>
      <w:r w:rsidRPr="00C41C4C">
        <w:rPr>
          <w:rFonts w:eastAsia="Georgia"/>
        </w:rPr>
        <w:t xml:space="preserve"> có phương trình </w:t>
      </w:r>
      <w:r w:rsidRPr="000C7FCA">
        <w:rPr>
          <w:position w:val="-54"/>
        </w:rPr>
        <w:object w:dxaOrig="2540" w:dyaOrig="1200">
          <v:shape id="_x0000_i1135" type="#_x0000_t75" style="width:126.45pt;height:60pt" o:ole="">
            <v:imagedata r:id="rId229" o:title=""/>
          </v:shape>
          <o:OLEObject Type="Embed" ProgID="Equation.DSMT4" ShapeID="_x0000_i1135" DrawAspect="Content" ObjectID="_1808505167" r:id="rId230"/>
        </w:object>
      </w:r>
      <w:r w:rsidRPr="00C41C4C">
        <w:rPr>
          <w:rFonts w:eastAsia="Georgia"/>
        </w:rPr>
        <w:t xml:space="preserve"> qua vùng kiểm soát của đài kiểm soát không lưu (như hình vẽ).</w:t>
      </w:r>
    </w:p>
    <w:p w:rsidR="001D1053" w:rsidRPr="000C7FCA" w:rsidRDefault="001D1053" w:rsidP="001D1053">
      <w:pPr>
        <w:pStyle w:val="Normal0"/>
        <w:ind w:left="992"/>
        <w:jc w:val="center"/>
      </w:pPr>
      <w:r w:rsidRPr="000C7FCA">
        <w:rPr>
          <w:noProof/>
        </w:rPr>
        <w:drawing>
          <wp:inline distT="0" distB="0" distL="0" distR="0" wp14:anchorId="459F5C18" wp14:editId="0D9CDA5D">
            <wp:extent cx="2695575" cy="2114550"/>
            <wp:effectExtent l="0" t="0" r="9525" b="0"/>
            <wp:docPr id="1048269967" name="Picture 1048269967" descr="A diagram of a circle with line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9967" name="Picture 1048269967" descr="A diagram of a circle with lines and circles&#10;&#10;AI-generated content may be incorrect."/>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695575" cy="2114550"/>
                    </a:xfrm>
                    <a:prstGeom prst="rect">
                      <a:avLst/>
                    </a:prstGeom>
                    <a:noFill/>
                    <a:ln>
                      <a:noFill/>
                    </a:ln>
                  </pic:spPr>
                </pic:pic>
              </a:graphicData>
            </a:graphic>
          </wp:inline>
        </w:drawing>
      </w:r>
    </w:p>
    <w:p w:rsidR="001D1053" w:rsidRDefault="001D1053" w:rsidP="001D1053">
      <w:pPr>
        <w:tabs>
          <w:tab w:val="left" w:pos="283"/>
          <w:tab w:val="left" w:pos="2835"/>
          <w:tab w:val="left" w:pos="5386"/>
          <w:tab w:val="left" w:pos="7937"/>
        </w:tabs>
        <w:spacing w:before="0" w:after="0"/>
        <w:ind w:firstLine="283"/>
        <w:rPr>
          <w:rFonts w:eastAsia="Times New Roman"/>
          <w:b/>
          <w:szCs w:val="24"/>
        </w:rPr>
      </w:pPr>
      <w:r w:rsidRPr="00C41C4C">
        <w:rPr>
          <w:rFonts w:eastAsia="Times New Roman"/>
          <w:b/>
          <w:szCs w:val="24"/>
        </w:rPr>
        <w:t>a)</w:t>
      </w:r>
      <w:r w:rsidRPr="00162B74">
        <w:rPr>
          <w:rFonts w:eastAsia="Times New Roman"/>
          <w:b/>
          <w:szCs w:val="24"/>
        </w:rPr>
        <w:t xml:space="preserve"> </w:t>
      </w:r>
      <w:r>
        <w:rPr>
          <w:rFonts w:eastAsia="Times New Roman"/>
          <w:b/>
          <w:szCs w:val="24"/>
        </w:rPr>
        <w:t xml:space="preserve">[1] </w:t>
      </w:r>
      <w:r w:rsidRPr="000C7FCA">
        <w:rPr>
          <w:rFonts w:eastAsia="Georgia"/>
          <w:lang w:val="vi-VN"/>
        </w:rPr>
        <w:t xml:space="preserve">Ranh giới giữa bên ngoài và vùng kiểm soát của đài kiểm soát không lưu trong không gian là mặt cầu có bán kính bằng </w:t>
      </w:r>
      <w:r w:rsidRPr="000C7FCA">
        <w:rPr>
          <w:position w:val="-10"/>
        </w:rPr>
        <w:object w:dxaOrig="800" w:dyaOrig="320">
          <v:shape id="_x0000_i1136" type="#_x0000_t75" style="width:40.15pt;height:16.15pt" o:ole="">
            <v:imagedata r:id="rId232" o:title=""/>
          </v:shape>
          <o:OLEObject Type="Embed" ProgID="Equation.DSMT4" ShapeID="_x0000_i1136" DrawAspect="Content" ObjectID="_1808505168" r:id="rId233"/>
        </w:object>
      </w:r>
    </w:p>
    <w:p w:rsidR="001D1053" w:rsidRDefault="001D1053" w:rsidP="001D1053">
      <w:pPr>
        <w:tabs>
          <w:tab w:val="left" w:pos="283"/>
          <w:tab w:val="left" w:pos="2835"/>
          <w:tab w:val="left" w:pos="5386"/>
          <w:tab w:val="left" w:pos="7937"/>
        </w:tabs>
        <w:spacing w:before="0" w:after="0"/>
        <w:ind w:firstLine="283"/>
        <w:rPr>
          <w:rFonts w:eastAsia="Times New Roman"/>
          <w:b/>
          <w:szCs w:val="24"/>
        </w:rPr>
      </w:pPr>
      <w:r w:rsidRPr="00C41C4C">
        <w:rPr>
          <w:b/>
          <w:u w:val="single"/>
          <w:lang w:val="vi-VN"/>
        </w:rPr>
        <w:t>b)</w:t>
      </w:r>
      <w:r w:rsidRPr="000C7FCA">
        <w:rPr>
          <w:b/>
          <w:lang w:val="vi-VN"/>
        </w:rPr>
        <w:t xml:space="preserve"> </w:t>
      </w:r>
      <w:r>
        <w:rPr>
          <w:b/>
        </w:rPr>
        <w:t xml:space="preserve">[2] </w:t>
      </w:r>
      <w:r w:rsidRPr="000C7FCA">
        <w:rPr>
          <w:rFonts w:eastAsia="Georgia"/>
          <w:lang w:val="vi-VN"/>
        </w:rPr>
        <w:t xml:space="preserve">Máy bay </w:t>
      </w:r>
      <w:r w:rsidRPr="00AD4EB0">
        <w:rPr>
          <w:position w:val="-4"/>
        </w:rPr>
        <w:object w:dxaOrig="240" w:dyaOrig="260">
          <v:shape id="_x0000_i1137" type="#_x0000_t75" style="width:12pt;height:12.9pt" o:ole="">
            <v:imagedata r:id="rId223" o:title=""/>
          </v:shape>
          <o:OLEObject Type="Embed" ProgID="Equation.DSMT4" ShapeID="_x0000_i1137" DrawAspect="Content" ObjectID="_1808505169" r:id="rId234"/>
        </w:object>
      </w:r>
      <w:r w:rsidRPr="000C7FCA">
        <w:rPr>
          <w:rFonts w:eastAsia="Georgia"/>
          <w:lang w:val="vi-VN"/>
        </w:rPr>
        <w:t xml:space="preserve"> chuyển động trên đường thẳng </w:t>
      </w:r>
      <w:r w:rsidRPr="000C7FCA">
        <w:rPr>
          <w:position w:val="-6"/>
        </w:rPr>
        <w:object w:dxaOrig="220" w:dyaOrig="279">
          <v:shape id="_x0000_i1138" type="#_x0000_t75" style="width:11.1pt;height:13.85pt" o:ole="">
            <v:imagedata r:id="rId235" o:title=""/>
          </v:shape>
          <o:OLEObject Type="Embed" ProgID="Equation.DSMT4" ShapeID="_x0000_i1138" DrawAspect="Content" ObjectID="_1808505170" r:id="rId236"/>
        </w:object>
      </w:r>
      <w:r w:rsidRPr="000C7FCA">
        <w:rPr>
          <w:rFonts w:eastAsia="Georgia"/>
          <w:lang w:val="vi-VN"/>
        </w:rPr>
        <w:t xml:space="preserve"> đến vị trí điểm </w:t>
      </w:r>
      <w:r w:rsidRPr="000C7FCA">
        <w:rPr>
          <w:position w:val="-18"/>
        </w:rPr>
        <w:object w:dxaOrig="2240" w:dyaOrig="480">
          <v:shape id="_x0000_i1139" type="#_x0000_t75" style="width:112.15pt;height:24pt" o:ole="">
            <v:imagedata r:id="rId237" o:title=""/>
          </v:shape>
          <o:OLEObject Type="Embed" ProgID="Equation.DSMT4" ShapeID="_x0000_i1139" DrawAspect="Content" ObjectID="_1808505171" r:id="rId238"/>
        </w:object>
      </w:r>
      <w:r w:rsidRPr="000C7FCA">
        <w:rPr>
          <w:rFonts w:eastAsia="Georgia"/>
          <w:lang w:val="vi-VN"/>
        </w:rPr>
        <w:t>. Vị trí này nằm ngoài vùng kiểm soát của đài kiểm soát không lưu sân bay.</w:t>
      </w:r>
    </w:p>
    <w:p w:rsidR="001D1053" w:rsidRDefault="001D1053" w:rsidP="001D1053">
      <w:pPr>
        <w:tabs>
          <w:tab w:val="left" w:pos="283"/>
          <w:tab w:val="left" w:pos="2835"/>
          <w:tab w:val="left" w:pos="5386"/>
          <w:tab w:val="left" w:pos="7937"/>
        </w:tabs>
        <w:spacing w:before="0" w:after="0"/>
        <w:ind w:firstLine="283"/>
        <w:rPr>
          <w:rFonts w:eastAsia="Times New Roman"/>
          <w:b/>
          <w:szCs w:val="24"/>
        </w:rPr>
      </w:pPr>
      <w:r w:rsidRPr="00C41C4C">
        <w:rPr>
          <w:b/>
          <w:u w:val="single"/>
          <w:lang w:val="vi-VN"/>
        </w:rPr>
        <w:t>c)</w:t>
      </w:r>
      <w:r w:rsidRPr="000C7FCA">
        <w:rPr>
          <w:b/>
          <w:lang w:val="vi-VN"/>
        </w:rPr>
        <w:t xml:space="preserve"> </w:t>
      </w:r>
      <w:r>
        <w:rPr>
          <w:b/>
        </w:rPr>
        <w:t xml:space="preserve">[3] </w:t>
      </w:r>
      <w:r w:rsidRPr="000C7FCA">
        <w:rPr>
          <w:rFonts w:eastAsia="Georgia"/>
          <w:lang w:val="vi-VN"/>
        </w:rPr>
        <w:t xml:space="preserve">Phương trình mặt cầu để mô tả ranh giới giữa bên ngoài và vùng kiểm soát của đài kiểm soát không lưu trong không gian là </w:t>
      </w:r>
      <w:r w:rsidRPr="000C7FCA">
        <w:rPr>
          <w:position w:val="-10"/>
        </w:rPr>
        <w:object w:dxaOrig="2220" w:dyaOrig="360">
          <v:shape id="_x0000_i1140" type="#_x0000_t75" style="width:111.25pt;height:18pt" o:ole="">
            <v:imagedata r:id="rId239" o:title=""/>
          </v:shape>
          <o:OLEObject Type="Embed" ProgID="Equation.DSMT4" ShapeID="_x0000_i1140" DrawAspect="Content" ObjectID="_1808505172" r:id="rId240"/>
        </w:object>
      </w:r>
    </w:p>
    <w:p w:rsidR="001D1053" w:rsidRPr="00C41C4C" w:rsidRDefault="001D1053" w:rsidP="001D1053">
      <w:pPr>
        <w:tabs>
          <w:tab w:val="left" w:pos="283"/>
          <w:tab w:val="left" w:pos="2835"/>
          <w:tab w:val="left" w:pos="5386"/>
          <w:tab w:val="left" w:pos="7937"/>
        </w:tabs>
        <w:spacing w:before="0" w:after="0"/>
        <w:ind w:firstLine="283"/>
        <w:rPr>
          <w:rFonts w:eastAsia="Times New Roman"/>
          <w:b/>
          <w:szCs w:val="24"/>
        </w:rPr>
      </w:pPr>
      <w:r w:rsidRPr="00C41C4C">
        <w:rPr>
          <w:b/>
          <w:u w:val="single"/>
          <w:lang w:val="vi-VN"/>
        </w:rPr>
        <w:t>d)</w:t>
      </w:r>
      <w:r w:rsidRPr="000C7FCA">
        <w:rPr>
          <w:b/>
          <w:lang w:val="vi-VN"/>
        </w:rPr>
        <w:t xml:space="preserve"> </w:t>
      </w:r>
      <w:r>
        <w:rPr>
          <w:b/>
        </w:rPr>
        <w:t xml:space="preserve">[4] </w:t>
      </w:r>
      <w:r w:rsidRPr="000C7FCA">
        <w:rPr>
          <w:rFonts w:eastAsia="Georgia"/>
          <w:lang w:val="vi-VN"/>
        </w:rPr>
        <w:t xml:space="preserve">Thời gian đài kiểm soát không lưu kiểm soát được máy bay </w:t>
      </w:r>
      <w:r w:rsidRPr="00AD4EB0">
        <w:rPr>
          <w:position w:val="-4"/>
        </w:rPr>
        <w:object w:dxaOrig="240" w:dyaOrig="260">
          <v:shape id="_x0000_i1141" type="#_x0000_t75" style="width:12pt;height:12.9pt" o:ole="">
            <v:imagedata r:id="rId223" o:title=""/>
          </v:shape>
          <o:OLEObject Type="Embed" ProgID="Equation.DSMT4" ShapeID="_x0000_i1141" DrawAspect="Content" ObjectID="_1808505173" r:id="rId241"/>
        </w:object>
      </w:r>
      <w:r w:rsidRPr="000C7FCA">
        <w:rPr>
          <w:rFonts w:eastAsia="Georgia"/>
          <w:lang w:val="vi-VN"/>
        </w:rPr>
        <w:t xml:space="preserve"> là không quá </w:t>
      </w:r>
      <w:r w:rsidRPr="000C7FCA">
        <w:rPr>
          <w:position w:val="-4"/>
        </w:rPr>
        <w:object w:dxaOrig="320" w:dyaOrig="260">
          <v:shape id="_x0000_i1142" type="#_x0000_t75" style="width:16.15pt;height:12.9pt" o:ole="">
            <v:imagedata r:id="rId242" o:title=""/>
          </v:shape>
          <o:OLEObject Type="Embed" ProgID="Equation.DSMT4" ShapeID="_x0000_i1142" DrawAspect="Content" ObjectID="_1808505174" r:id="rId243"/>
        </w:object>
      </w:r>
      <w:r w:rsidRPr="000C7FCA">
        <w:rPr>
          <w:rFonts w:eastAsia="Georgia"/>
          <w:lang w:val="vi-VN"/>
        </w:rPr>
        <w:t xml:space="preserve"> phút.</w:t>
      </w:r>
    </w:p>
    <w:p w:rsidR="001D1053" w:rsidRPr="00162B74" w:rsidRDefault="001D1053" w:rsidP="001D1053">
      <w:pPr>
        <w:tabs>
          <w:tab w:val="left" w:pos="283"/>
          <w:tab w:val="left" w:pos="2835"/>
          <w:tab w:val="left" w:pos="5386"/>
          <w:tab w:val="left" w:pos="7937"/>
        </w:tabs>
        <w:spacing w:before="0" w:after="0"/>
        <w:ind w:firstLine="283"/>
        <w:rPr>
          <w:rFonts w:eastAsia="Times New Roman"/>
          <w:b/>
          <w:color w:val="0000CC"/>
          <w:szCs w:val="24"/>
        </w:rPr>
      </w:pPr>
      <w:r w:rsidRPr="00162B74">
        <w:rPr>
          <w:rFonts w:eastAsia="Times New Roman"/>
          <w:b/>
          <w:color w:val="0000FF"/>
          <w:szCs w:val="24"/>
        </w:rPr>
        <w:t>Lời giải</w:t>
      </w:r>
    </w:p>
    <w:p w:rsidR="001D1053" w:rsidRPr="000C7FCA" w:rsidRDefault="001D1053" w:rsidP="001D1053">
      <w:pPr>
        <w:spacing w:before="0" w:after="0"/>
        <w:ind w:firstLine="284"/>
        <w:rPr>
          <w:rFonts w:eastAsia="Georgia"/>
          <w:b/>
          <w:bCs/>
        </w:rPr>
      </w:pPr>
      <w:r w:rsidRPr="000C7FCA">
        <w:rPr>
          <w:rFonts w:eastAsia="Georgia"/>
          <w:b/>
          <w:bCs/>
        </w:rPr>
        <w:t>a) Sai</w:t>
      </w:r>
    </w:p>
    <w:p w:rsidR="001D1053" w:rsidRPr="000C7FCA" w:rsidRDefault="001D1053" w:rsidP="001D1053">
      <w:pPr>
        <w:spacing w:before="0" w:after="0"/>
        <w:ind w:firstLine="284"/>
        <w:rPr>
          <w:rFonts w:eastAsia="Georgia"/>
        </w:rPr>
      </w:pPr>
      <w:r w:rsidRPr="000C7FCA">
        <w:rPr>
          <w:rFonts w:eastAsia="Georgia"/>
        </w:rPr>
        <w:t xml:space="preserve">Sai vì mặt cầu có bán kính bằng </w:t>
      </w:r>
      <w:r w:rsidRPr="000C7FCA">
        <w:rPr>
          <w:rFonts w:eastAsia="Georgia"/>
          <w:position w:val="-16"/>
        </w:rPr>
        <w:object w:dxaOrig="960" w:dyaOrig="435">
          <v:shape id="_x0000_i1143" type="#_x0000_t75" style="width:46.6pt;height:23.1pt" o:ole="">
            <v:imagedata r:id="rId244" o:title=""/>
          </v:shape>
          <o:OLEObject Type="Embed" ProgID="Equation.DSMT4" ShapeID="_x0000_i1143" DrawAspect="Content" ObjectID="_1808505175" r:id="rId245"/>
        </w:object>
      </w:r>
      <w:r w:rsidRPr="000C7FCA">
        <w:rPr>
          <w:rFonts w:eastAsia="Georgia"/>
        </w:rPr>
        <w:t>.</w:t>
      </w:r>
    </w:p>
    <w:p w:rsidR="001D1053" w:rsidRPr="00C41C4C" w:rsidRDefault="001D1053" w:rsidP="001D1053">
      <w:pPr>
        <w:spacing w:before="0" w:after="0"/>
        <w:ind w:firstLine="284"/>
        <w:rPr>
          <w:rFonts w:eastAsia="Georgia"/>
          <w:b/>
          <w:bCs/>
          <w:color w:val="FF0000"/>
        </w:rPr>
      </w:pPr>
      <w:r w:rsidRPr="000C7FCA">
        <w:rPr>
          <w:rFonts w:eastAsia="Georgia"/>
          <w:b/>
          <w:bCs/>
        </w:rPr>
        <w:t xml:space="preserve">b) </w:t>
      </w:r>
      <w:r w:rsidRPr="00C41C4C">
        <w:rPr>
          <w:rFonts w:eastAsia="Georgia"/>
          <w:b/>
          <w:bCs/>
          <w:color w:val="FF0000"/>
        </w:rPr>
        <w:t>Đúng</w:t>
      </w:r>
    </w:p>
    <w:p w:rsidR="001D1053" w:rsidRPr="000C7FCA" w:rsidRDefault="001D1053" w:rsidP="001D1053">
      <w:pPr>
        <w:spacing w:before="0" w:after="0"/>
        <w:ind w:firstLine="284"/>
      </w:pPr>
      <w:r w:rsidRPr="000C7FCA">
        <w:rPr>
          <w:rFonts w:eastAsia="Georgia"/>
        </w:rPr>
        <w:t xml:space="preserve">Độ dài </w:t>
      </w:r>
      <w:r w:rsidRPr="000C7FCA">
        <w:rPr>
          <w:position w:val="-22"/>
        </w:rPr>
        <w:object w:dxaOrig="5720" w:dyaOrig="660">
          <v:shape id="_x0000_i1144" type="#_x0000_t75" style="width:285.25pt;height:33.7pt" o:ole="">
            <v:imagedata r:id="rId246" o:title=""/>
          </v:shape>
          <o:OLEObject Type="Embed" ProgID="Equation.DSMT4" ShapeID="_x0000_i1144" DrawAspect="Content" ObjectID="_1808505176" r:id="rId247"/>
        </w:object>
      </w:r>
      <w:r w:rsidRPr="000C7FCA">
        <w:t xml:space="preserve"> nên nằm ngoài vùng kiểm soát.</w:t>
      </w:r>
    </w:p>
    <w:p w:rsidR="001D1053" w:rsidRPr="00C41C4C" w:rsidRDefault="001D1053" w:rsidP="001D1053">
      <w:pPr>
        <w:spacing w:before="0" w:after="0"/>
        <w:ind w:firstLine="284"/>
        <w:rPr>
          <w:b/>
          <w:bCs/>
          <w:color w:val="FF0000"/>
        </w:rPr>
      </w:pPr>
      <w:r w:rsidRPr="000C7FCA">
        <w:rPr>
          <w:b/>
          <w:bCs/>
        </w:rPr>
        <w:t xml:space="preserve">c) </w:t>
      </w:r>
      <w:r w:rsidRPr="00C41C4C">
        <w:rPr>
          <w:b/>
          <w:bCs/>
          <w:color w:val="FF0000"/>
        </w:rPr>
        <w:t>Đúng</w:t>
      </w:r>
    </w:p>
    <w:p w:rsidR="001D1053" w:rsidRPr="000C7FCA" w:rsidRDefault="001D1053" w:rsidP="001D1053">
      <w:pPr>
        <w:spacing w:before="0" w:after="0"/>
        <w:ind w:firstLine="284"/>
      </w:pPr>
      <w:r w:rsidRPr="000C7FCA">
        <w:t xml:space="preserve">Mặt cầu có tâm </w:t>
      </w:r>
      <w:r w:rsidRPr="000C7FCA">
        <w:rPr>
          <w:position w:val="-6"/>
        </w:rPr>
        <w:object w:dxaOrig="260" w:dyaOrig="279">
          <v:shape id="_x0000_i1145" type="#_x0000_t75" style="width:13.85pt;height:13.85pt" o:ole="">
            <v:imagedata r:id="rId248" o:title=""/>
          </v:shape>
          <o:OLEObject Type="Embed" ProgID="Equation.DSMT4" ShapeID="_x0000_i1145" DrawAspect="Content" ObjectID="_1808505177" r:id="rId249"/>
        </w:object>
      </w:r>
      <w:r w:rsidRPr="000C7FCA">
        <w:t xml:space="preserve"> và bán kính bằng </w:t>
      </w:r>
      <w:r w:rsidRPr="000C7FCA">
        <w:rPr>
          <w:position w:val="-6"/>
        </w:rPr>
        <w:object w:dxaOrig="460" w:dyaOrig="279">
          <v:shape id="_x0000_i1146" type="#_x0000_t75" style="width:23.1pt;height:13.85pt" o:ole="">
            <v:imagedata r:id="rId250" o:title=""/>
          </v:shape>
          <o:OLEObject Type="Embed" ProgID="Equation.DSMT4" ShapeID="_x0000_i1146" DrawAspect="Content" ObjectID="_1808505178" r:id="rId251"/>
        </w:object>
      </w:r>
      <w:r w:rsidRPr="000C7FCA">
        <w:t xml:space="preserve"> có dạng </w:t>
      </w:r>
      <w:r w:rsidRPr="000C7FCA">
        <w:rPr>
          <w:position w:val="-10"/>
        </w:rPr>
        <w:object w:dxaOrig="2320" w:dyaOrig="380">
          <v:shape id="_x0000_i1147" type="#_x0000_t75" style="width:114.9pt;height:18.45pt" o:ole="">
            <v:imagedata r:id="rId252" o:title=""/>
          </v:shape>
          <o:OLEObject Type="Embed" ProgID="Equation.DSMT4" ShapeID="_x0000_i1147" DrawAspect="Content" ObjectID="_1808505179" r:id="rId253"/>
        </w:object>
      </w:r>
    </w:p>
    <w:p w:rsidR="001D1053" w:rsidRPr="00C41C4C" w:rsidRDefault="001D1053" w:rsidP="001D1053">
      <w:pPr>
        <w:spacing w:before="0" w:after="0"/>
        <w:ind w:firstLine="284"/>
        <w:rPr>
          <w:b/>
          <w:bCs/>
          <w:color w:val="FF0000"/>
        </w:rPr>
      </w:pPr>
      <w:r w:rsidRPr="000C7FCA">
        <w:rPr>
          <w:b/>
          <w:bCs/>
        </w:rPr>
        <w:t xml:space="preserve">d) </w:t>
      </w:r>
      <w:r w:rsidRPr="00C41C4C">
        <w:rPr>
          <w:b/>
          <w:bCs/>
          <w:color w:val="FF0000"/>
        </w:rPr>
        <w:t>Đúng</w:t>
      </w:r>
    </w:p>
    <w:p w:rsidR="001D1053" w:rsidRDefault="001D1053" w:rsidP="001D1053">
      <w:pPr>
        <w:spacing w:before="0" w:after="0"/>
        <w:ind w:firstLine="284"/>
      </w:pPr>
      <w:r w:rsidRPr="000C7FCA">
        <w:t xml:space="preserve">Giao điểm của đường thẳng </w:t>
      </w:r>
      <w:r w:rsidRPr="000C7FCA">
        <w:rPr>
          <w:position w:val="-6"/>
        </w:rPr>
        <w:object w:dxaOrig="240" w:dyaOrig="300">
          <v:shape id="_x0000_i1148" type="#_x0000_t75" style="width:12.45pt;height:15.25pt" o:ole="">
            <v:imagedata r:id="rId254" o:title=""/>
          </v:shape>
          <o:OLEObject Type="Embed" ProgID="Equation.DSMT4" ShapeID="_x0000_i1148" DrawAspect="Content" ObjectID="_1808505180" r:id="rId255"/>
        </w:object>
      </w:r>
      <w:r w:rsidRPr="000C7FCA">
        <w:t xml:space="preserve"> và mặt cầu là: </w:t>
      </w:r>
    </w:p>
    <w:p w:rsidR="001D1053" w:rsidRPr="000C7FCA" w:rsidRDefault="001D1053" w:rsidP="001D1053">
      <w:pPr>
        <w:spacing w:before="0" w:after="0"/>
        <w:ind w:firstLine="284"/>
      </w:pPr>
      <w:r w:rsidRPr="000C7FCA">
        <w:rPr>
          <w:position w:val="-20"/>
        </w:rPr>
        <w:object w:dxaOrig="5740" w:dyaOrig="580">
          <v:shape id="_x0000_i1149" type="#_x0000_t75" style="width:285.7pt;height:29.1pt" o:ole="">
            <v:imagedata r:id="rId256" o:title=""/>
          </v:shape>
          <o:OLEObject Type="Embed" ProgID="Equation.DSMT4" ShapeID="_x0000_i1149" DrawAspect="Content" ObjectID="_1808505181" r:id="rId257"/>
        </w:object>
      </w:r>
    </w:p>
    <w:p w:rsidR="001D1053" w:rsidRDefault="001D1053" w:rsidP="001D1053">
      <w:pPr>
        <w:spacing w:before="0" w:after="0"/>
        <w:ind w:firstLine="284"/>
      </w:pPr>
      <w:r w:rsidRPr="000C7FCA">
        <w:rPr>
          <w:position w:val="-60"/>
        </w:rPr>
        <w:object w:dxaOrig="4540" w:dyaOrig="1340">
          <v:shape id="_x0000_i1150" type="#_x0000_t75" style="width:226.6pt;height:67.4pt" o:ole="">
            <v:imagedata r:id="rId258" o:title=""/>
          </v:shape>
          <o:OLEObject Type="Embed" ProgID="Equation.DSMT4" ShapeID="_x0000_i1150" DrawAspect="Content" ObjectID="_1808505182" r:id="rId259"/>
        </w:object>
      </w:r>
    </w:p>
    <w:p w:rsidR="001D1053" w:rsidRPr="00C41C4C" w:rsidRDefault="001D1053" w:rsidP="001D1053">
      <w:pPr>
        <w:spacing w:before="0" w:after="0"/>
        <w:ind w:firstLine="284"/>
        <w:rPr>
          <w:rFonts w:eastAsia="Georgia"/>
        </w:rPr>
      </w:pPr>
      <w:r w:rsidRPr="000C7FCA">
        <w:rPr>
          <w:position w:val="-32"/>
        </w:rPr>
        <w:object w:dxaOrig="6900" w:dyaOrig="859">
          <v:shape id="_x0000_i1151" type="#_x0000_t75" style="width:343.85pt;height:42.9pt" o:ole="">
            <v:imagedata r:id="rId260" o:title=""/>
          </v:shape>
          <o:OLEObject Type="Embed" ProgID="Equation.DSMT4" ShapeID="_x0000_i1151" DrawAspect="Content" ObjectID="_1808505183" r:id="rId261"/>
        </w:object>
      </w:r>
      <w:r w:rsidRPr="000C7FCA">
        <w:t>(phút)</w:t>
      </w:r>
      <w:r>
        <w:rPr>
          <w:rFonts w:eastAsia="Georgia"/>
        </w:rPr>
        <w:t>.</w:t>
      </w:r>
    </w:p>
    <w:p w:rsidR="001D1053" w:rsidRPr="00162B74" w:rsidRDefault="001D1053" w:rsidP="001D1053">
      <w:pPr>
        <w:pStyle w:val="ListParagraph"/>
        <w:widowControl/>
        <w:numPr>
          <w:ilvl w:val="0"/>
          <w:numId w:val="27"/>
        </w:numPr>
        <w:autoSpaceDE/>
        <w:autoSpaceDN/>
        <w:spacing w:before="0"/>
        <w:contextualSpacing/>
        <w:jc w:val="both"/>
        <w:rPr>
          <w:kern w:val="2"/>
        </w:rPr>
      </w:pPr>
      <w:r w:rsidRPr="00162B74">
        <w:rPr>
          <w:kern w:val="2"/>
        </w:rPr>
        <w:t xml:space="preserve">Trong một đợt kiểm tra sức khỏe, có một loại bệnh </w:t>
      </w:r>
      <w:r w:rsidRPr="00162B74">
        <w:rPr>
          <w:position w:val="-4"/>
        </w:rPr>
        <w:object w:dxaOrig="279" w:dyaOrig="260">
          <v:shape id="_x0000_i1152" type="#_x0000_t75" style="width:13.85pt;height:12pt" o:ole="">
            <v:imagedata r:id="rId262" o:title=""/>
          </v:shape>
          <o:OLEObject Type="Embed" ProgID="Equation.DSMT4" ShapeID="_x0000_i1152" DrawAspect="Content" ObjectID="_1808505184" r:id="rId263"/>
        </w:object>
      </w:r>
      <w:r w:rsidRPr="00162B74">
        <w:rPr>
          <w:kern w:val="2"/>
        </w:rPr>
        <w:t xml:space="preserve">mà tỉ lệ người mắc bệnh </w:t>
      </w:r>
      <w:r w:rsidRPr="00162B74">
        <w:rPr>
          <w:position w:val="-10"/>
        </w:rPr>
        <w:object w:dxaOrig="600" w:dyaOrig="320">
          <v:shape id="_x0000_i1153" type="#_x0000_t75" style="width:30pt;height:16.6pt" o:ole="">
            <v:imagedata r:id="rId264" o:title=""/>
          </v:shape>
          <o:OLEObject Type="Embed" ProgID="Equation.DSMT4" ShapeID="_x0000_i1153" DrawAspect="Content" ObjectID="_1808505185" r:id="rId265"/>
        </w:object>
      </w:r>
      <w:r w:rsidRPr="00162B74">
        <w:rPr>
          <w:kern w:val="2"/>
        </w:rPr>
        <w:t xml:space="preserve"> và một loại xét nghiệm </w:t>
      </w:r>
      <w:r w:rsidRPr="00162B74">
        <w:rPr>
          <w:i/>
          <w:kern w:val="2"/>
        </w:rPr>
        <w:t>Y</w:t>
      </w:r>
      <w:r w:rsidRPr="00162B74">
        <w:rPr>
          <w:kern w:val="2"/>
        </w:rPr>
        <w:t xml:space="preserve"> mà tỉ lệ người mắc bệnh </w:t>
      </w:r>
      <w:r w:rsidRPr="00162B74">
        <w:rPr>
          <w:i/>
          <w:kern w:val="2"/>
        </w:rPr>
        <w:t>X</w:t>
      </w:r>
      <w:r w:rsidRPr="00162B74">
        <w:rPr>
          <w:kern w:val="2"/>
        </w:rPr>
        <w:t xml:space="preserve"> khi xét nghiệm </w:t>
      </w:r>
      <w:r w:rsidRPr="00162B74">
        <w:rPr>
          <w:i/>
          <w:kern w:val="2"/>
        </w:rPr>
        <w:t>Y</w:t>
      </w:r>
      <w:r w:rsidRPr="00162B74">
        <w:rPr>
          <w:kern w:val="2"/>
        </w:rPr>
        <w:t xml:space="preserve"> có phản ứng dương tính là </w:t>
      </w:r>
      <w:r w:rsidRPr="00162B74">
        <w:rPr>
          <w:position w:val="-6"/>
        </w:rPr>
        <w:object w:dxaOrig="499" w:dyaOrig="279">
          <v:shape id="_x0000_i1154" type="#_x0000_t75" style="width:24.9pt;height:13.85pt" o:ole="">
            <v:imagedata r:id="rId266" o:title=""/>
          </v:shape>
          <o:OLEObject Type="Embed" ProgID="Equation.DSMT4" ShapeID="_x0000_i1154" DrawAspect="Content" ObjectID="_1808505186" r:id="rId267"/>
        </w:object>
      </w:r>
      <w:r w:rsidRPr="00162B74">
        <w:rPr>
          <w:kern w:val="2"/>
        </w:rPr>
        <w:t xml:space="preserve">. Tuy nhiên có </w:t>
      </w:r>
      <w:r w:rsidRPr="00162B74">
        <w:rPr>
          <w:position w:val="-6"/>
        </w:rPr>
        <w:object w:dxaOrig="380" w:dyaOrig="279">
          <v:shape id="_x0000_i1155" type="#_x0000_t75" style="width:18.9pt;height:13.85pt" o:ole="">
            <v:imagedata r:id="rId268" o:title=""/>
          </v:shape>
          <o:OLEObject Type="Embed" ProgID="Equation.DSMT4" ShapeID="_x0000_i1155" DrawAspect="Content" ObjectID="_1808505187" r:id="rId269"/>
        </w:object>
      </w:r>
      <w:r w:rsidRPr="00162B74">
        <w:rPr>
          <w:kern w:val="2"/>
        </w:rPr>
        <w:t xml:space="preserve"> những người không bị bệnh </w:t>
      </w:r>
      <w:r w:rsidRPr="00162B74">
        <w:rPr>
          <w:i/>
          <w:kern w:val="2"/>
        </w:rPr>
        <w:t>X</w:t>
      </w:r>
      <w:r w:rsidRPr="00162B74">
        <w:rPr>
          <w:kern w:val="2"/>
        </w:rPr>
        <w:t xml:space="preserve"> lại có phản ứng dương tính với xét nghiệm </w:t>
      </w:r>
      <w:r w:rsidRPr="00162B74">
        <w:rPr>
          <w:i/>
          <w:kern w:val="2"/>
        </w:rPr>
        <w:t>Y</w:t>
      </w:r>
      <w:r w:rsidRPr="00162B74">
        <w:rPr>
          <w:kern w:val="2"/>
        </w:rPr>
        <w:t xml:space="preserve">. Chọn ngẫu nhiên 1 người trong đợt kiểm tra sức khỏe đó. Gọi biến cố </w:t>
      </w:r>
      <w:r w:rsidRPr="00162B74">
        <w:rPr>
          <w:position w:val="-6"/>
        </w:rPr>
        <w:object w:dxaOrig="320" w:dyaOrig="279">
          <v:shape id="_x0000_i1156" type="#_x0000_t75" style="width:16.6pt;height:13.85pt" o:ole="">
            <v:imagedata r:id="rId270" o:title=""/>
          </v:shape>
          <o:OLEObject Type="Embed" ProgID="Equation.DSMT4" ShapeID="_x0000_i1156" DrawAspect="Content" ObjectID="_1808505188" r:id="rId271"/>
        </w:object>
      </w:r>
      <w:r w:rsidRPr="00162B74">
        <w:rPr>
          <w:kern w:val="2"/>
        </w:rPr>
        <w:t xml:space="preserve"> “ Người được chọn không mắc bệnh </w:t>
      </w:r>
      <w:r w:rsidRPr="00162B74">
        <w:rPr>
          <w:i/>
          <w:kern w:val="2"/>
        </w:rPr>
        <w:t xml:space="preserve">X </w:t>
      </w:r>
      <w:r w:rsidRPr="00162B74">
        <w:rPr>
          <w:kern w:val="2"/>
        </w:rPr>
        <w:t xml:space="preserve">” và biến cố </w:t>
      </w:r>
      <w:r w:rsidRPr="00162B74">
        <w:rPr>
          <w:position w:val="-6"/>
        </w:rPr>
        <w:object w:dxaOrig="320" w:dyaOrig="279">
          <v:shape id="_x0000_i1157" type="#_x0000_t75" style="width:16.6pt;height:13.85pt" o:ole="">
            <v:imagedata r:id="rId272" o:title=""/>
          </v:shape>
          <o:OLEObject Type="Embed" ProgID="Equation.DSMT4" ShapeID="_x0000_i1157" DrawAspect="Content" ObjectID="_1808505189" r:id="rId273"/>
        </w:object>
      </w:r>
      <w:r w:rsidRPr="00162B74">
        <w:rPr>
          <w:kern w:val="2"/>
        </w:rPr>
        <w:t xml:space="preserve"> “ Người được chọn có phản ứng dương tính với xét nghiệm </w:t>
      </w:r>
      <w:r w:rsidRPr="00162B74">
        <w:rPr>
          <w:i/>
          <w:kern w:val="2"/>
        </w:rPr>
        <w:t xml:space="preserve">Y </w:t>
      </w:r>
      <w:r w:rsidRPr="00162B74">
        <w:rPr>
          <w:kern w:val="2"/>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FE6D64">
        <w:rPr>
          <w:rFonts w:eastAsia="Times New Roman"/>
          <w:b/>
          <w:bCs/>
          <w:szCs w:val="24"/>
          <w:u w:val="single"/>
          <w:lang w:val="vi-VN"/>
        </w:rPr>
        <w:lastRenderedPageBreak/>
        <w:t>a)</w:t>
      </w:r>
      <w:r w:rsidRPr="00162B74">
        <w:rPr>
          <w:rFonts w:eastAsia="Times New Roman"/>
          <w:bCs/>
          <w:szCs w:val="24"/>
          <w:lang w:val="vi-VN"/>
        </w:rPr>
        <w:t xml:space="preserve"> </w:t>
      </w:r>
      <w:r>
        <w:rPr>
          <w:rFonts w:eastAsia="Times New Roman"/>
          <w:b/>
          <w:szCs w:val="24"/>
        </w:rPr>
        <w:t xml:space="preserve">[1] </w:t>
      </w:r>
      <w:r w:rsidRPr="00162B74">
        <w:rPr>
          <w:rFonts w:eastAsia="Times New Roman"/>
          <w:bCs/>
          <w:position w:val="-24"/>
          <w:szCs w:val="24"/>
        </w:rPr>
        <w:object w:dxaOrig="2560" w:dyaOrig="620">
          <v:shape id="_x0000_i1158" type="#_x0000_t75" style="width:130.6pt;height:30.9pt" o:ole="">
            <v:imagedata r:id="rId274" o:title=""/>
          </v:shape>
          <o:OLEObject Type="Embed" ProgID="Equation.DSMT4" ShapeID="_x0000_i1158" DrawAspect="Content" ObjectID="_1808505190" r:id="rId275"/>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lang w:val="vi-VN"/>
        </w:rPr>
      </w:pPr>
      <w:r w:rsidRPr="00FE6D64">
        <w:rPr>
          <w:rFonts w:eastAsia="Times New Roman"/>
          <w:b/>
          <w:bCs/>
          <w:szCs w:val="24"/>
          <w:u w:val="single"/>
          <w:lang w:val="vi-VN"/>
        </w:rPr>
        <w:t>b)</w:t>
      </w:r>
      <w:r w:rsidRPr="00162B74">
        <w:rPr>
          <w:rFonts w:eastAsia="Times New Roman"/>
          <w:szCs w:val="24"/>
          <w:lang w:val="vi-VN"/>
        </w:rPr>
        <w:t xml:space="preserve"> </w:t>
      </w:r>
      <w:r>
        <w:rPr>
          <w:rFonts w:eastAsia="Times New Roman"/>
          <w:b/>
          <w:szCs w:val="24"/>
        </w:rPr>
        <w:t xml:space="preserve">[2] </w:t>
      </w:r>
      <w:r w:rsidRPr="00162B74">
        <w:rPr>
          <w:rFonts w:eastAsia="Times New Roman"/>
          <w:bCs/>
          <w:position w:val="-24"/>
          <w:szCs w:val="24"/>
        </w:rPr>
        <w:object w:dxaOrig="2920" w:dyaOrig="620">
          <v:shape id="_x0000_i1159" type="#_x0000_t75" style="width:149.1pt;height:30.9pt" o:ole="">
            <v:imagedata r:id="rId276" o:title=""/>
          </v:shape>
          <o:OLEObject Type="Embed" ProgID="Equation.DSMT4" ShapeID="_x0000_i1159" DrawAspect="Content" ObjectID="_1808505191" r:id="rId277"/>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
          <w:bCs/>
          <w:szCs w:val="24"/>
          <w:lang w:val="vi-VN"/>
        </w:rPr>
        <w:t>c)</w:t>
      </w:r>
      <w:r w:rsidRPr="00162B74">
        <w:rPr>
          <w:rFonts w:eastAsia="Times New Roman"/>
          <w:szCs w:val="24"/>
          <w:lang w:val="vi-VN"/>
        </w:rPr>
        <w:t xml:space="preserve"> </w:t>
      </w:r>
      <w:r>
        <w:rPr>
          <w:rFonts w:eastAsia="Times New Roman"/>
          <w:b/>
          <w:szCs w:val="24"/>
        </w:rPr>
        <w:t xml:space="preserve">[3] </w:t>
      </w:r>
      <w:r w:rsidRPr="00162B74">
        <w:rPr>
          <w:rFonts w:eastAsia="Times New Roman"/>
          <w:szCs w:val="24"/>
          <w:lang w:val="vi-VN"/>
        </w:rPr>
        <w:t xml:space="preserve">Xác suất </w:t>
      </w:r>
      <w:r w:rsidRPr="00162B74">
        <w:rPr>
          <w:rFonts w:eastAsia="Times New Roman"/>
          <w:szCs w:val="24"/>
        </w:rPr>
        <w:t xml:space="preserve">của biến cố </w:t>
      </w:r>
      <w:r w:rsidRPr="00162B74">
        <w:rPr>
          <w:rFonts w:eastAsia="Times New Roman"/>
          <w:position w:val="-4"/>
          <w:szCs w:val="24"/>
        </w:rPr>
        <w:object w:dxaOrig="240" w:dyaOrig="260">
          <v:shape id="_x0000_i1160" type="#_x0000_t75" style="width:12pt;height:13.4pt" o:ole="">
            <v:imagedata r:id="rId278" o:title=""/>
          </v:shape>
          <o:OLEObject Type="Embed" ProgID="Equation.DSMT4" ShapeID="_x0000_i1160" DrawAspect="Content" ObjectID="_1808505192" r:id="rId279"/>
        </w:object>
      </w:r>
      <w:r w:rsidRPr="00162B74">
        <w:rPr>
          <w:rFonts w:eastAsia="Times New Roman"/>
          <w:szCs w:val="24"/>
        </w:rPr>
        <w:t xml:space="preserve"> bằng </w:t>
      </w:r>
      <w:r w:rsidRPr="00162B74">
        <w:rPr>
          <w:rFonts w:eastAsia="Times New Roman"/>
          <w:bCs/>
          <w:position w:val="-24"/>
          <w:szCs w:val="24"/>
        </w:rPr>
        <w:object w:dxaOrig="720" w:dyaOrig="620">
          <v:shape id="_x0000_i1161" type="#_x0000_t75" style="width:36.45pt;height:30.9pt" o:ole="">
            <v:imagedata r:id="rId280" o:title=""/>
          </v:shape>
          <o:OLEObject Type="Embed" ProgID="Equation.DSMT4" ShapeID="_x0000_i1161" DrawAspect="Content" ObjectID="_1808505193" r:id="rId281"/>
        </w:object>
      </w:r>
      <w:r w:rsidRPr="00162B74">
        <w:rPr>
          <w:rFonts w:eastAsia="Times New Roman"/>
          <w:szCs w:val="24"/>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
          <w:szCs w:val="24"/>
        </w:rPr>
      </w:pPr>
      <w:r w:rsidRPr="00FE6D64">
        <w:rPr>
          <w:rFonts w:eastAsia="Times New Roman"/>
          <w:b/>
          <w:bCs/>
          <w:szCs w:val="24"/>
          <w:u w:val="single"/>
          <w:lang w:val="vi-VN"/>
        </w:rPr>
        <w:t>d)</w:t>
      </w:r>
      <w:r w:rsidRPr="00162B74">
        <w:rPr>
          <w:rFonts w:eastAsia="Times New Roman"/>
          <w:szCs w:val="24"/>
          <w:lang w:val="vi-VN"/>
        </w:rPr>
        <w:t xml:space="preserve"> </w:t>
      </w:r>
      <w:r>
        <w:rPr>
          <w:rFonts w:eastAsia="Times New Roman"/>
          <w:b/>
          <w:szCs w:val="24"/>
        </w:rPr>
        <w:t xml:space="preserve">[4] </w:t>
      </w:r>
      <w:r>
        <w:rPr>
          <w:rFonts w:eastAsia="Times New Roman"/>
          <w:szCs w:val="24"/>
        </w:rPr>
        <w:t>Giả</w:t>
      </w:r>
      <w:r w:rsidRPr="00162B74">
        <w:rPr>
          <w:rFonts w:eastAsia="Times New Roman"/>
          <w:szCs w:val="24"/>
        </w:rPr>
        <w:t xml:space="preserve"> sử người được chọn đã có phản ứng dương tính với xét nghiệm </w:t>
      </w:r>
      <w:r w:rsidRPr="00162B74">
        <w:rPr>
          <w:rFonts w:eastAsia="Times New Roman"/>
          <w:i/>
          <w:szCs w:val="24"/>
        </w:rPr>
        <w:t xml:space="preserve">Y. </w:t>
      </w:r>
      <w:r w:rsidRPr="00162B74">
        <w:rPr>
          <w:rFonts w:eastAsia="Times New Roman"/>
          <w:szCs w:val="24"/>
          <w:lang w:val="vi-VN"/>
        </w:rPr>
        <w:t xml:space="preserve">Xác suất </w:t>
      </w:r>
      <w:r w:rsidRPr="00162B74">
        <w:rPr>
          <w:rFonts w:eastAsia="Times New Roman"/>
          <w:szCs w:val="24"/>
        </w:rPr>
        <w:t xml:space="preserve">để </w:t>
      </w:r>
      <w:r w:rsidRPr="00162B74">
        <w:rPr>
          <w:rFonts w:eastAsia="Times New Roman"/>
          <w:szCs w:val="24"/>
          <w:lang w:val="vi-VN"/>
        </w:rPr>
        <w:t>người đó</w:t>
      </w:r>
      <w:r w:rsidRPr="00162B74">
        <w:rPr>
          <w:rFonts w:eastAsia="Times New Roman"/>
          <w:szCs w:val="24"/>
        </w:rPr>
        <w:t xml:space="preserve"> mắc bệnh </w:t>
      </w:r>
      <w:r w:rsidRPr="00162B74">
        <w:rPr>
          <w:rFonts w:eastAsia="Times New Roman"/>
          <w:i/>
          <w:szCs w:val="24"/>
        </w:rPr>
        <w:t>X</w:t>
      </w:r>
      <w:r w:rsidRPr="00162B74">
        <w:rPr>
          <w:rFonts w:eastAsia="Times New Roman"/>
          <w:szCs w:val="24"/>
        </w:rPr>
        <w:t xml:space="preserve"> là </w:t>
      </w:r>
      <w:r w:rsidRPr="00162B74">
        <w:rPr>
          <w:rFonts w:eastAsia="Times New Roman"/>
          <w:bCs/>
          <w:position w:val="-24"/>
          <w:szCs w:val="24"/>
        </w:rPr>
        <w:object w:dxaOrig="620" w:dyaOrig="620">
          <v:shape id="_x0000_i1162" type="#_x0000_t75" style="width:30.9pt;height:30.9pt" o:ole="">
            <v:imagedata r:id="rId282" o:title=""/>
          </v:shape>
          <o:OLEObject Type="Embed" ProgID="Equation.DSMT4" ShapeID="_x0000_i1162" DrawAspect="Content" ObjectID="_1808505194" r:id="rId283"/>
        </w:object>
      </w:r>
    </w:p>
    <w:p w:rsidR="001D1053" w:rsidRPr="00162B74" w:rsidRDefault="001D1053" w:rsidP="001D1053">
      <w:pPr>
        <w:tabs>
          <w:tab w:val="left" w:pos="283"/>
          <w:tab w:val="left" w:pos="2835"/>
          <w:tab w:val="left" w:pos="5386"/>
          <w:tab w:val="left" w:pos="7937"/>
        </w:tabs>
        <w:spacing w:before="0" w:after="0"/>
        <w:ind w:firstLine="283"/>
        <w:rPr>
          <w:rFonts w:eastAsia="Times New Roman"/>
          <w:b/>
          <w:color w:val="0000CC"/>
          <w:szCs w:val="24"/>
        </w:rPr>
      </w:pPr>
      <w:r w:rsidRPr="00162B74">
        <w:rPr>
          <w:rFonts w:eastAsia="Times New Roman"/>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b/>
          <w:bCs/>
          <w:szCs w:val="24"/>
          <w:lang w:val="vi-VN"/>
        </w:rPr>
        <w:t>a)</w:t>
      </w:r>
      <w:r w:rsidRPr="00162B74">
        <w:rPr>
          <w:rFonts w:eastAsia="Times New Roman"/>
          <w:bCs/>
          <w:szCs w:val="24"/>
          <w:lang w:val="vi-VN"/>
        </w:rPr>
        <w:t xml:space="preserve"> </w:t>
      </w:r>
      <w:r w:rsidRPr="00162B74">
        <w:rPr>
          <w:rFonts w:eastAsia="Calibri"/>
          <w:b/>
          <w:color w:val="FF0000"/>
          <w:szCs w:val="24"/>
        </w:rPr>
        <w:t>Đúng</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Cs/>
          <w:szCs w:val="24"/>
        </w:rPr>
        <w:t xml:space="preserve">Vì </w:t>
      </w:r>
      <w:r w:rsidRPr="00162B74">
        <w:rPr>
          <w:rFonts w:eastAsia="Times New Roman"/>
          <w:szCs w:val="24"/>
        </w:rPr>
        <w:t xml:space="preserve">tỉ lệ người mắc bệnh </w:t>
      </w:r>
      <w:r w:rsidRPr="00162B74">
        <w:rPr>
          <w:rFonts w:eastAsia="Times New Roman"/>
          <w:i/>
          <w:szCs w:val="24"/>
        </w:rPr>
        <w:t>X</w:t>
      </w:r>
      <w:r w:rsidRPr="00162B74">
        <w:rPr>
          <w:rFonts w:eastAsia="Times New Roman"/>
          <w:szCs w:val="24"/>
        </w:rPr>
        <w:t xml:space="preserve"> là </w:t>
      </w:r>
      <w:r w:rsidRPr="00162B74">
        <w:rPr>
          <w:rFonts w:eastAsia="Times New Roman"/>
          <w:position w:val="-10"/>
          <w:szCs w:val="24"/>
        </w:rPr>
        <w:object w:dxaOrig="600" w:dyaOrig="320">
          <v:shape id="_x0000_i1163" type="#_x0000_t75" style="width:30pt;height:16.6pt" o:ole="">
            <v:imagedata r:id="rId264" o:title=""/>
          </v:shape>
          <o:OLEObject Type="Embed" ProgID="Equation.DSMT4" ShapeID="_x0000_i1163" DrawAspect="Content" ObjectID="_1808505195" r:id="rId284"/>
        </w:object>
      </w:r>
      <w:r w:rsidRPr="00162B74">
        <w:rPr>
          <w:rFonts w:eastAsia="Times New Roman"/>
          <w:szCs w:val="24"/>
        </w:rPr>
        <w:t xml:space="preserve"> nên tỉ lệ người không mắc bệnh </w:t>
      </w:r>
      <w:r w:rsidRPr="00162B74">
        <w:rPr>
          <w:rFonts w:eastAsia="Times New Roman"/>
          <w:i/>
          <w:szCs w:val="24"/>
        </w:rPr>
        <w:t>X</w:t>
      </w:r>
      <w:r w:rsidRPr="00162B74">
        <w:rPr>
          <w:rFonts w:eastAsia="Times New Roman"/>
          <w:szCs w:val="24"/>
        </w:rPr>
        <w:t xml:space="preserve"> là </w:t>
      </w:r>
      <w:r w:rsidRPr="00162B74">
        <w:rPr>
          <w:rFonts w:eastAsia="Times New Roman"/>
          <w:position w:val="-10"/>
          <w:szCs w:val="24"/>
        </w:rPr>
        <w:object w:dxaOrig="2200" w:dyaOrig="320">
          <v:shape id="_x0000_i1164" type="#_x0000_t75" style="width:109.85pt;height:16.6pt" o:ole="">
            <v:imagedata r:id="rId285" o:title=""/>
          </v:shape>
          <o:OLEObject Type="Embed" ProgID="Equation.DSMT4" ShapeID="_x0000_i1164" DrawAspect="Content" ObjectID="_1808505196" r:id="rId286"/>
        </w:object>
      </w:r>
      <w:r w:rsidRPr="00162B74">
        <w:rPr>
          <w:rFonts w:eastAsia="Times New Roman"/>
          <w:szCs w:val="24"/>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szCs w:val="24"/>
        </w:rPr>
        <w:t xml:space="preserve">Do đó </w:t>
      </w:r>
      <w:r w:rsidRPr="00162B74">
        <w:rPr>
          <w:rFonts w:eastAsia="Times New Roman"/>
          <w:bCs/>
          <w:position w:val="-24"/>
          <w:szCs w:val="24"/>
        </w:rPr>
        <w:object w:dxaOrig="2560" w:dyaOrig="620">
          <v:shape id="_x0000_i1165" type="#_x0000_t75" style="width:130.6pt;height:30.9pt" o:ole="">
            <v:imagedata r:id="rId274" o:title=""/>
          </v:shape>
          <o:OLEObject Type="Embed" ProgID="Equation.DSMT4" ShapeID="_x0000_i1165" DrawAspect="Content" ObjectID="_1808505197" r:id="rId287"/>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
          <w:bCs/>
          <w:szCs w:val="24"/>
          <w:lang w:val="vi-VN"/>
        </w:rPr>
        <w:t>b)</w:t>
      </w:r>
      <w:r w:rsidRPr="00162B74">
        <w:rPr>
          <w:rFonts w:eastAsia="Times New Roman"/>
          <w:szCs w:val="24"/>
          <w:lang w:val="vi-VN"/>
        </w:rPr>
        <w:t xml:space="preserve"> </w:t>
      </w:r>
      <w:r w:rsidRPr="00162B74">
        <w:rPr>
          <w:rFonts w:eastAsia="Calibri"/>
          <w:b/>
          <w:color w:val="FF0000"/>
          <w:szCs w:val="24"/>
        </w:rPr>
        <w:t>Đúng</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szCs w:val="24"/>
        </w:rPr>
        <w:t xml:space="preserve">Theo bài ra: Có </w:t>
      </w:r>
      <w:r w:rsidRPr="00162B74">
        <w:rPr>
          <w:rFonts w:eastAsia="Times New Roman"/>
          <w:position w:val="-6"/>
          <w:szCs w:val="24"/>
        </w:rPr>
        <w:object w:dxaOrig="380" w:dyaOrig="279">
          <v:shape id="_x0000_i1166" type="#_x0000_t75" style="width:18.9pt;height:13.85pt" o:ole="">
            <v:imagedata r:id="rId268" o:title=""/>
          </v:shape>
          <o:OLEObject Type="Embed" ProgID="Equation.DSMT4" ShapeID="_x0000_i1166" DrawAspect="Content" ObjectID="_1808505198" r:id="rId288"/>
        </w:object>
      </w:r>
      <w:r w:rsidRPr="00162B74">
        <w:rPr>
          <w:rFonts w:eastAsia="Times New Roman"/>
          <w:szCs w:val="24"/>
        </w:rPr>
        <w:t xml:space="preserve"> những người không bị bệnh </w:t>
      </w:r>
      <w:r w:rsidRPr="00162B74">
        <w:rPr>
          <w:rFonts w:eastAsia="Times New Roman"/>
          <w:i/>
          <w:szCs w:val="24"/>
        </w:rPr>
        <w:t>X</w:t>
      </w:r>
      <w:r w:rsidRPr="00162B74">
        <w:rPr>
          <w:rFonts w:eastAsia="Times New Roman"/>
          <w:szCs w:val="24"/>
        </w:rPr>
        <w:t xml:space="preserve"> lại có phản ứng dương tính với xét nghiệm </w:t>
      </w:r>
      <w:r w:rsidRPr="00162B74">
        <w:rPr>
          <w:rFonts w:eastAsia="Times New Roman"/>
          <w:i/>
          <w:szCs w:val="24"/>
        </w:rPr>
        <w:t>Y</w:t>
      </w:r>
      <w:r w:rsidRPr="00162B74">
        <w:rPr>
          <w:rFonts w:eastAsia="Times New Roman"/>
          <w:szCs w:val="24"/>
        </w:rPr>
        <w:t xml:space="preserve"> nên xác suất để người được chọn có phản ứng dương tính với xét nghiệm </w:t>
      </w:r>
      <w:r w:rsidRPr="00162B74">
        <w:rPr>
          <w:rFonts w:eastAsia="Times New Roman"/>
          <w:i/>
          <w:szCs w:val="24"/>
        </w:rPr>
        <w:t>Y</w:t>
      </w:r>
      <w:r w:rsidRPr="00162B74">
        <w:rPr>
          <w:rFonts w:eastAsia="Times New Roman"/>
          <w:szCs w:val="24"/>
        </w:rPr>
        <w:t xml:space="preserve"> biết rằng người được chọn không mắc bệnh </w:t>
      </w:r>
      <w:r w:rsidRPr="00162B74">
        <w:rPr>
          <w:rFonts w:eastAsia="Times New Roman"/>
          <w:i/>
          <w:szCs w:val="24"/>
        </w:rPr>
        <w:t>X</w:t>
      </w:r>
      <w:r w:rsidRPr="00162B74">
        <w:rPr>
          <w:rFonts w:eastAsia="Times New Roman"/>
          <w:szCs w:val="24"/>
        </w:rPr>
        <w:t xml:space="preserve"> là </w:t>
      </w:r>
      <w:r w:rsidRPr="00162B74">
        <w:rPr>
          <w:rFonts w:eastAsia="Times New Roman"/>
          <w:bCs/>
          <w:position w:val="-24"/>
          <w:szCs w:val="24"/>
        </w:rPr>
        <w:object w:dxaOrig="1480" w:dyaOrig="620">
          <v:shape id="_x0000_i1167" type="#_x0000_t75" style="width:75.7pt;height:30.9pt" o:ole="">
            <v:imagedata r:id="rId289" o:title=""/>
          </v:shape>
          <o:OLEObject Type="Embed" ProgID="Equation.DSMT4" ShapeID="_x0000_i1167" DrawAspect="Content" ObjectID="_1808505199" r:id="rId290"/>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szCs w:val="24"/>
        </w:rPr>
        <w:t xml:space="preserve">Theo bài ra: Tỉ lệ người mắc bệnh </w:t>
      </w:r>
      <w:r w:rsidRPr="00162B74">
        <w:rPr>
          <w:rFonts w:eastAsia="Times New Roman"/>
          <w:i/>
          <w:szCs w:val="24"/>
        </w:rPr>
        <w:t>X</w:t>
      </w:r>
      <w:r w:rsidRPr="00162B74">
        <w:rPr>
          <w:rFonts w:eastAsia="Times New Roman"/>
          <w:szCs w:val="24"/>
        </w:rPr>
        <w:t xml:space="preserve"> khi xét nghiệm </w:t>
      </w:r>
      <w:r w:rsidRPr="00162B74">
        <w:rPr>
          <w:rFonts w:eastAsia="Times New Roman"/>
          <w:i/>
          <w:szCs w:val="24"/>
        </w:rPr>
        <w:t>Y</w:t>
      </w:r>
      <w:r w:rsidRPr="00162B74">
        <w:rPr>
          <w:rFonts w:eastAsia="Times New Roman"/>
          <w:szCs w:val="24"/>
        </w:rPr>
        <w:t xml:space="preserve"> có phản ứng dương tính là </w:t>
      </w:r>
      <w:r w:rsidRPr="00162B74">
        <w:rPr>
          <w:rFonts w:eastAsia="Times New Roman"/>
          <w:position w:val="-6"/>
          <w:szCs w:val="24"/>
        </w:rPr>
        <w:object w:dxaOrig="499" w:dyaOrig="279">
          <v:shape id="_x0000_i1168" type="#_x0000_t75" style="width:24.9pt;height:13.85pt" o:ole="">
            <v:imagedata r:id="rId266" o:title=""/>
          </v:shape>
          <o:OLEObject Type="Embed" ProgID="Equation.DSMT4" ShapeID="_x0000_i1168" DrawAspect="Content" ObjectID="_1808505200" r:id="rId291"/>
        </w:object>
      </w:r>
      <w:r w:rsidRPr="00162B74">
        <w:rPr>
          <w:rFonts w:eastAsia="Times New Roman"/>
          <w:szCs w:val="24"/>
        </w:rPr>
        <w:t xml:space="preserve"> nên xác suất để người được chọn có phản ứng dương tính với xét nghiệm </w:t>
      </w:r>
      <w:r w:rsidRPr="00162B74">
        <w:rPr>
          <w:rFonts w:eastAsia="Times New Roman"/>
          <w:i/>
          <w:szCs w:val="24"/>
        </w:rPr>
        <w:t>Y</w:t>
      </w:r>
      <w:r w:rsidRPr="00162B74">
        <w:rPr>
          <w:rFonts w:eastAsia="Times New Roman"/>
          <w:szCs w:val="24"/>
        </w:rPr>
        <w:t xml:space="preserve"> biết rằng người được chọn mắc bệnh </w:t>
      </w:r>
      <w:r w:rsidRPr="00162B74">
        <w:rPr>
          <w:rFonts w:eastAsia="Times New Roman"/>
          <w:i/>
          <w:szCs w:val="24"/>
        </w:rPr>
        <w:t>X</w:t>
      </w:r>
      <w:r w:rsidRPr="00162B74">
        <w:rPr>
          <w:rFonts w:eastAsia="Times New Roman"/>
          <w:szCs w:val="24"/>
        </w:rPr>
        <w:t xml:space="preserve"> là </w:t>
      </w:r>
      <w:r w:rsidRPr="00162B74">
        <w:rPr>
          <w:rFonts w:eastAsia="Times New Roman"/>
          <w:bCs/>
          <w:position w:val="-24"/>
          <w:szCs w:val="24"/>
        </w:rPr>
        <w:object w:dxaOrig="1480" w:dyaOrig="620">
          <v:shape id="_x0000_i1169" type="#_x0000_t75" style="width:75.7pt;height:30.9pt" o:ole="">
            <v:imagedata r:id="rId292" o:title=""/>
          </v:shape>
          <o:OLEObject Type="Embed" ProgID="Equation.DSMT4" ShapeID="_x0000_i1169" DrawAspect="Content" ObjectID="_1808505201" r:id="rId293"/>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
          <w:bCs/>
          <w:szCs w:val="24"/>
          <w:lang w:val="vi-VN"/>
        </w:rPr>
        <w:t>c)</w:t>
      </w:r>
      <w:r w:rsidRPr="00162B74">
        <w:rPr>
          <w:rFonts w:eastAsia="Times New Roman"/>
          <w:szCs w:val="24"/>
          <w:lang w:val="vi-VN"/>
        </w:rPr>
        <w:t xml:space="preserve"> </w:t>
      </w:r>
      <w:r w:rsidRPr="00162B74">
        <w:rPr>
          <w:rFonts w:eastAsia="Times New Roman"/>
          <w:szCs w:val="24"/>
        </w:rPr>
        <w:t>Sai</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szCs w:val="24"/>
        </w:rPr>
        <w:t xml:space="preserve">Theo công thức </w:t>
      </w:r>
      <w:r w:rsidRPr="00162B74">
        <w:rPr>
          <w:rFonts w:eastAsia="Times New Roman"/>
          <w:szCs w:val="24"/>
          <w:lang w:val="vi-VN"/>
        </w:rPr>
        <w:t xml:space="preserve">Xác suất </w:t>
      </w:r>
      <w:r w:rsidRPr="00162B74">
        <w:rPr>
          <w:rFonts w:eastAsia="Times New Roman"/>
          <w:szCs w:val="24"/>
        </w:rPr>
        <w:t xml:space="preserve">toàn phần thì xác suất của biến cố </w:t>
      </w:r>
      <w:r w:rsidRPr="00162B74">
        <w:rPr>
          <w:rFonts w:eastAsia="Times New Roman"/>
          <w:position w:val="-4"/>
          <w:szCs w:val="24"/>
        </w:rPr>
        <w:object w:dxaOrig="240" w:dyaOrig="260">
          <v:shape id="_x0000_i1170" type="#_x0000_t75" style="width:12pt;height:13.4pt" o:ole="">
            <v:imagedata r:id="rId278" o:title=""/>
          </v:shape>
          <o:OLEObject Type="Embed" ProgID="Equation.DSMT4" ShapeID="_x0000_i1170" DrawAspect="Content" ObjectID="_1808505202" r:id="rId294"/>
        </w:object>
      </w:r>
      <w:r w:rsidRPr="00162B74">
        <w:rPr>
          <w:rFonts w:eastAsia="Times New Roman"/>
          <w:szCs w:val="24"/>
        </w:rPr>
        <w:t xml:space="preserve"> bằng </w:t>
      </w:r>
      <w:r w:rsidRPr="00162B74">
        <w:rPr>
          <w:rFonts w:eastAsia="Times New Roman"/>
          <w:bCs/>
          <w:position w:val="-24"/>
          <w:szCs w:val="24"/>
        </w:rPr>
        <w:object w:dxaOrig="7540" w:dyaOrig="620">
          <v:shape id="_x0000_i1171" type="#_x0000_t75" style="width:384pt;height:30.9pt" o:ole="">
            <v:imagedata r:id="rId295" o:title=""/>
          </v:shape>
          <o:OLEObject Type="Embed" ProgID="Equation.DSMT4" ShapeID="_x0000_i1171" DrawAspect="Content" ObjectID="_1808505203" r:id="rId296"/>
        </w:object>
      </w:r>
      <w:r w:rsidRPr="00162B74">
        <w:rPr>
          <w:rFonts w:eastAsia="Times New Roman"/>
          <w:szCs w:val="24"/>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
          <w:bCs/>
          <w:szCs w:val="24"/>
          <w:lang w:val="vi-VN"/>
        </w:rPr>
        <w:t>d)</w:t>
      </w:r>
      <w:r w:rsidRPr="00162B74">
        <w:rPr>
          <w:rFonts w:eastAsia="Times New Roman"/>
          <w:szCs w:val="24"/>
          <w:lang w:val="vi-VN"/>
        </w:rPr>
        <w:t xml:space="preserve"> </w:t>
      </w:r>
      <w:r w:rsidRPr="00162B74">
        <w:rPr>
          <w:rFonts w:eastAsia="Calibri"/>
          <w:b/>
          <w:color w:val="FF0000"/>
          <w:szCs w:val="24"/>
        </w:rPr>
        <w:t>Đúng</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szCs w:val="24"/>
        </w:rPr>
        <w:t xml:space="preserve">Theo bài ra: Giả sử người được chọn đã có phản ứng dương tính với xét nghiệm </w:t>
      </w:r>
      <w:r w:rsidRPr="00162B74">
        <w:rPr>
          <w:rFonts w:eastAsia="Times New Roman"/>
          <w:i/>
          <w:szCs w:val="24"/>
        </w:rPr>
        <w:t xml:space="preserve">Y. </w:t>
      </w:r>
      <w:r w:rsidRPr="00162B74">
        <w:rPr>
          <w:rFonts w:eastAsia="Times New Roman"/>
          <w:szCs w:val="24"/>
        </w:rPr>
        <w:t>Khi đó x</w:t>
      </w:r>
      <w:r w:rsidRPr="00162B74">
        <w:rPr>
          <w:rFonts w:eastAsia="Times New Roman"/>
          <w:szCs w:val="24"/>
          <w:lang w:val="vi-VN"/>
        </w:rPr>
        <w:t xml:space="preserve">ác suất </w:t>
      </w:r>
      <w:r w:rsidRPr="00162B74">
        <w:rPr>
          <w:rFonts w:eastAsia="Times New Roman"/>
          <w:szCs w:val="24"/>
        </w:rPr>
        <w:t xml:space="preserve">để </w:t>
      </w:r>
      <w:r w:rsidRPr="00162B74">
        <w:rPr>
          <w:rFonts w:eastAsia="Times New Roman"/>
          <w:szCs w:val="24"/>
          <w:lang w:val="vi-VN"/>
        </w:rPr>
        <w:t>người đó</w:t>
      </w:r>
      <w:r w:rsidRPr="00162B74">
        <w:rPr>
          <w:rFonts w:eastAsia="Times New Roman"/>
          <w:szCs w:val="24"/>
        </w:rPr>
        <w:t xml:space="preserve"> mắc bệnh </w:t>
      </w:r>
      <w:r w:rsidRPr="00162B74">
        <w:rPr>
          <w:rFonts w:eastAsia="Times New Roman"/>
          <w:i/>
          <w:szCs w:val="24"/>
        </w:rPr>
        <w:t>X</w:t>
      </w:r>
      <w:r w:rsidRPr="00162B74">
        <w:rPr>
          <w:rFonts w:eastAsia="Times New Roman"/>
          <w:szCs w:val="24"/>
        </w:rPr>
        <w:t xml:space="preserve"> chính là </w:t>
      </w:r>
      <w:r w:rsidRPr="00162B74">
        <w:rPr>
          <w:rFonts w:eastAsia="Times New Roman"/>
          <w:bCs/>
          <w:position w:val="-14"/>
          <w:szCs w:val="24"/>
        </w:rPr>
        <w:object w:dxaOrig="840" w:dyaOrig="420">
          <v:shape id="_x0000_i1172" type="#_x0000_t75" style="width:42.45pt;height:21.7pt" o:ole="">
            <v:imagedata r:id="rId297" o:title=""/>
          </v:shape>
          <o:OLEObject Type="Embed" ProgID="Equation.DSMT4" ShapeID="_x0000_i1172" DrawAspect="Content" ObjectID="_1808505204" r:id="rId298"/>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szCs w:val="24"/>
        </w:rPr>
        <w:t xml:space="preserve">Ta có </w:t>
      </w:r>
      <w:r w:rsidRPr="00162B74">
        <w:rPr>
          <w:rFonts w:eastAsia="Times New Roman"/>
          <w:bCs/>
          <w:position w:val="-14"/>
          <w:szCs w:val="24"/>
        </w:rPr>
        <w:object w:dxaOrig="2040" w:dyaOrig="420">
          <v:shape id="_x0000_i1173" type="#_x0000_t75" style="width:103.85pt;height:21.7pt" o:ole="">
            <v:imagedata r:id="rId299" o:title=""/>
          </v:shape>
          <o:OLEObject Type="Embed" ProgID="Equation.DSMT4" ShapeID="_x0000_i1173" DrawAspect="Content" ObjectID="_1808505205" r:id="rId300"/>
        </w:object>
      </w:r>
      <w:r w:rsidRPr="00162B74">
        <w:rPr>
          <w:rFonts w:eastAsia="Times New Roman"/>
          <w:bCs/>
          <w:szCs w:val="24"/>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bCs/>
          <w:szCs w:val="24"/>
        </w:rPr>
        <w:t xml:space="preserve">Mặt khác </w:t>
      </w:r>
      <w:r w:rsidRPr="00162B74">
        <w:rPr>
          <w:rFonts w:eastAsia="Times New Roman"/>
          <w:bCs/>
          <w:position w:val="-54"/>
          <w:szCs w:val="24"/>
        </w:rPr>
        <w:object w:dxaOrig="4239" w:dyaOrig="1200">
          <v:shape id="_x0000_i1174" type="#_x0000_t75" style="width:3in;height:60.45pt" o:ole="">
            <v:imagedata r:id="rId301" o:title=""/>
          </v:shape>
          <o:OLEObject Type="Embed" ProgID="Equation.DSMT4" ShapeID="_x0000_i1174" DrawAspect="Content" ObjectID="_1808505206" r:id="rId302"/>
        </w:object>
      </w:r>
      <w:r w:rsidRPr="00162B74">
        <w:rPr>
          <w:rFonts w:eastAsia="Times New Roman"/>
          <w:bCs/>
          <w:szCs w:val="24"/>
        </w:rPr>
        <w: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bCs/>
          <w:szCs w:val="24"/>
        </w:rPr>
      </w:pPr>
      <w:r w:rsidRPr="00162B74">
        <w:rPr>
          <w:rFonts w:eastAsia="Times New Roman"/>
          <w:bCs/>
          <w:szCs w:val="24"/>
        </w:rPr>
        <w:t xml:space="preserve">Do đó </w:t>
      </w:r>
      <w:r w:rsidRPr="00162B74">
        <w:rPr>
          <w:rFonts w:eastAsia="Times New Roman"/>
          <w:bCs/>
          <w:position w:val="-24"/>
          <w:szCs w:val="24"/>
        </w:rPr>
        <w:object w:dxaOrig="3780" w:dyaOrig="620">
          <v:shape id="_x0000_i1175" type="#_x0000_t75" style="width:192pt;height:30.9pt" o:ole="">
            <v:imagedata r:id="rId303" o:title=""/>
          </v:shape>
          <o:OLEObject Type="Embed" ProgID="Equation.DSMT4" ShapeID="_x0000_i1175" DrawAspect="Content" ObjectID="_1808505207" r:id="rId304"/>
        </w:object>
      </w:r>
      <w:r w:rsidRPr="00162B74">
        <w:rPr>
          <w:rFonts w:eastAsia="Times New Roman"/>
          <w:bCs/>
          <w:szCs w:val="24"/>
        </w:rPr>
        <w:t>.</w:t>
      </w:r>
    </w:p>
    <w:p w:rsidR="001D1053" w:rsidRPr="00162B74" w:rsidRDefault="001D1053" w:rsidP="001D1053">
      <w:pPr>
        <w:pStyle w:val="ListParagraph"/>
        <w:widowControl/>
        <w:numPr>
          <w:ilvl w:val="0"/>
          <w:numId w:val="27"/>
        </w:numPr>
        <w:autoSpaceDE/>
        <w:autoSpaceDN/>
        <w:spacing w:before="0"/>
        <w:contextualSpacing/>
        <w:jc w:val="both"/>
        <w:rPr>
          <w:color w:val="000000"/>
          <w:kern w:val="2"/>
        </w:rPr>
      </w:pPr>
      <w:bookmarkStart w:id="1" w:name="bookmark=id.gjdgxs" w:colFirst="0" w:colLast="0"/>
      <w:bookmarkEnd w:id="1"/>
      <w:r w:rsidRPr="00162B74">
        <w:rPr>
          <w:color w:val="000000"/>
          <w:kern w:val="2"/>
        </w:rPr>
        <w:t xml:space="preserve">Một ô tô đang chuyển động thẳng trên cao tốc với vận tốc </w:t>
      </w:r>
      <w:r w:rsidRPr="00162B74">
        <w:rPr>
          <w:position w:val="-10"/>
        </w:rPr>
        <w:object w:dxaOrig="900" w:dyaOrig="320">
          <v:shape id="_x0000_i1176" type="#_x0000_t75" style="width:44.3pt;height:16.15pt" o:ole="">
            <v:imagedata r:id="rId305" o:title=""/>
          </v:shape>
          <o:OLEObject Type="Embed" ProgID="Equation.DSMT4" ShapeID="_x0000_i1176" DrawAspect="Content" ObjectID="_1808505208" r:id="rId306"/>
        </w:object>
      </w:r>
      <w:r w:rsidRPr="00162B74">
        <w:rPr>
          <w:kern w:val="2"/>
        </w:rPr>
        <w:t xml:space="preserve"> thì thấy phía trước cách </w:t>
      </w:r>
      <w:r w:rsidRPr="00162B74">
        <w:rPr>
          <w:position w:val="-10"/>
        </w:rPr>
        <w:object w:dxaOrig="520" w:dyaOrig="320">
          <v:shape id="_x0000_i1177" type="#_x0000_t75" style="width:26.75pt;height:16.15pt" o:ole="">
            <v:imagedata r:id="rId307" o:title=""/>
          </v:shape>
          <o:OLEObject Type="Embed" ProgID="Equation.DSMT4" ShapeID="_x0000_i1177" DrawAspect="Content" ObjectID="_1808505209" r:id="rId308"/>
        </w:object>
      </w:r>
      <w:r w:rsidRPr="00162B74">
        <w:rPr>
          <w:kern w:val="2"/>
        </w:rPr>
        <w:t xml:space="preserve"> có chướng ngại vật. Ngay lúc phát hiện có chướng ngại vật, ô tô hãm phanh để xe chuyển động chậm dần đều với gia tốc </w:t>
      </w:r>
      <w:r w:rsidRPr="00162B74">
        <w:rPr>
          <w:position w:val="-10"/>
        </w:rPr>
        <w:object w:dxaOrig="1240" w:dyaOrig="360">
          <v:shape id="_x0000_i1178" type="#_x0000_t75" style="width:61.85pt;height:18pt" o:ole="">
            <v:imagedata r:id="rId309" o:title=""/>
          </v:shape>
          <o:OLEObject Type="Embed" ProgID="Equation.DSMT4" ShapeID="_x0000_i1178" DrawAspect="Content" ObjectID="_1808505210" r:id="rId310"/>
        </w:object>
      </w:r>
      <w:r w:rsidRPr="00162B74">
        <w:rPr>
          <w:kern w:val="2"/>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FE6D64">
        <w:rPr>
          <w:rFonts w:eastAsia="Calibri"/>
          <w:b/>
          <w:color w:val="000000"/>
          <w:szCs w:val="24"/>
          <w:u w:val="single"/>
        </w:rPr>
        <w:t>a)</w:t>
      </w:r>
      <w:r w:rsidRPr="00162B74">
        <w:rPr>
          <w:rFonts w:eastAsia="Calibri"/>
          <w:color w:val="000000"/>
          <w:szCs w:val="24"/>
        </w:rPr>
        <w:t xml:space="preserve"> </w:t>
      </w:r>
      <w:r>
        <w:rPr>
          <w:rFonts w:eastAsia="Times New Roman"/>
          <w:b/>
          <w:szCs w:val="24"/>
        </w:rPr>
        <w:t xml:space="preserve">[1] </w:t>
      </w:r>
      <w:r w:rsidRPr="00162B74">
        <w:rPr>
          <w:rFonts w:eastAsia="Calibri"/>
          <w:color w:val="000000"/>
          <w:szCs w:val="24"/>
        </w:rPr>
        <w:t xml:space="preserve">Kể từ lúc bắt đầu quan sát thấy chướng ngại vật, vận tốc của ô tô được tính theo công thức </w:t>
      </w:r>
      <w:r w:rsidRPr="00162B74">
        <w:rPr>
          <w:rFonts w:eastAsia="Calibri"/>
          <w:position w:val="-10"/>
          <w:szCs w:val="24"/>
        </w:rPr>
        <w:object w:dxaOrig="1440" w:dyaOrig="320">
          <v:shape id="_x0000_i1179" type="#_x0000_t75" style="width:1in;height:16.15pt" o:ole="">
            <v:imagedata r:id="rId311" o:title=""/>
          </v:shape>
          <o:OLEObject Type="Embed" ProgID="Equation.DSMT4" ShapeID="_x0000_i1179" DrawAspect="Content" ObjectID="_1808505211" r:id="rId312"/>
        </w:object>
      </w:r>
      <w:r w:rsidRPr="00162B74">
        <w:rPr>
          <w:rFonts w:eastAsia="Calibri"/>
          <w:szCs w:val="24"/>
        </w:rPr>
        <w:t xml:space="preserve"> với </w:t>
      </w:r>
      <w:r w:rsidRPr="00162B74">
        <w:rPr>
          <w:rFonts w:eastAsia="Calibri"/>
          <w:position w:val="-6"/>
          <w:szCs w:val="24"/>
        </w:rPr>
        <w:object w:dxaOrig="139" w:dyaOrig="240">
          <v:shape id="_x0000_i1180" type="#_x0000_t75" style="width:6.45pt;height:12pt" o:ole="">
            <v:imagedata r:id="rId313" o:title=""/>
          </v:shape>
          <o:OLEObject Type="Embed" ProgID="Equation.DSMT4" ShapeID="_x0000_i1180" DrawAspect="Content" ObjectID="_1808505212" r:id="rId314"/>
        </w:object>
      </w:r>
      <w:r w:rsidRPr="00162B74">
        <w:rPr>
          <w:rFonts w:eastAsia="Calibri"/>
          <w:szCs w:val="24"/>
        </w:rPr>
        <w:t xml:space="preserve"> tính bằng giây và </w:t>
      </w:r>
      <w:r w:rsidRPr="00162B74">
        <w:rPr>
          <w:rFonts w:eastAsia="Calibri"/>
          <w:position w:val="-10"/>
          <w:szCs w:val="24"/>
        </w:rPr>
        <w:object w:dxaOrig="420" w:dyaOrig="320">
          <v:shape id="_x0000_i1181" type="#_x0000_t75" style="width:21.7pt;height:16.15pt" o:ole="">
            <v:imagedata r:id="rId315" o:title=""/>
          </v:shape>
          <o:OLEObject Type="Embed" ProgID="Equation.DSMT4" ShapeID="_x0000_i1181" DrawAspect="Content" ObjectID="_1808505213" r:id="rId316"/>
        </w:object>
      </w:r>
      <w:r w:rsidRPr="00162B74">
        <w:rPr>
          <w:rFonts w:eastAsia="Calibri"/>
          <w:szCs w:val="24"/>
        </w:rPr>
        <w:t xml:space="preserve"> tính bằng </w:t>
      </w:r>
      <w:r w:rsidRPr="00162B74">
        <w:rPr>
          <w:rFonts w:eastAsia="Calibri"/>
          <w:position w:val="-6"/>
          <w:szCs w:val="24"/>
        </w:rPr>
        <w:object w:dxaOrig="520" w:dyaOrig="279">
          <v:shape id="_x0000_i1182" type="#_x0000_t75" style="width:26.75pt;height:13.85pt" o:ole="">
            <v:imagedata r:id="rId317" o:title=""/>
          </v:shape>
          <o:OLEObject Type="Embed" ProgID="Equation.DSMT4" ShapeID="_x0000_i1182" DrawAspect="Content" ObjectID="_1808505214" r:id="rId318"/>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color w:val="000000"/>
          <w:szCs w:val="24"/>
        </w:rPr>
      </w:pPr>
      <w:r w:rsidRPr="00FE6D64">
        <w:rPr>
          <w:rFonts w:eastAsia="Calibri"/>
          <w:b/>
          <w:color w:val="000000"/>
          <w:szCs w:val="24"/>
        </w:rPr>
        <w:t>b)</w:t>
      </w:r>
      <w:r w:rsidRPr="00162B74">
        <w:rPr>
          <w:rFonts w:eastAsia="Calibri"/>
          <w:color w:val="000000"/>
          <w:szCs w:val="24"/>
        </w:rPr>
        <w:t xml:space="preserve"> </w:t>
      </w:r>
      <w:r>
        <w:rPr>
          <w:rFonts w:eastAsia="Times New Roman"/>
          <w:b/>
          <w:szCs w:val="24"/>
        </w:rPr>
        <w:t xml:space="preserve">[2] </w:t>
      </w:r>
      <w:r w:rsidRPr="00162B74">
        <w:rPr>
          <w:rFonts w:eastAsia="Calibri"/>
          <w:color w:val="000000"/>
          <w:szCs w:val="24"/>
        </w:rPr>
        <w:t xml:space="preserve">Ô tô dừng lại </w:t>
      </w:r>
      <w:r>
        <w:rPr>
          <w:rFonts w:eastAsia="Calibri"/>
          <w:color w:val="000000"/>
          <w:szCs w:val="24"/>
        </w:rPr>
        <w:t>sau 6 giây</w:t>
      </w:r>
      <w:r w:rsidRPr="00162B74">
        <w:rPr>
          <w:rFonts w:eastAsia="Calibri"/>
          <w:color w:val="000000"/>
          <w:szCs w:val="24"/>
        </w:rPr>
        <w:t xml:space="preserve"> kể từ lúc phát hiện chướng ngại vật.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FE6D64">
        <w:rPr>
          <w:rFonts w:eastAsia="Calibri"/>
          <w:b/>
          <w:color w:val="000000"/>
          <w:szCs w:val="24"/>
          <w:u w:val="single"/>
        </w:rPr>
        <w:t>c)</w:t>
      </w:r>
      <w:r w:rsidRPr="00162B74">
        <w:rPr>
          <w:rFonts w:eastAsia="Calibri"/>
          <w:color w:val="000000"/>
          <w:szCs w:val="24"/>
        </w:rPr>
        <w:t xml:space="preserve"> </w:t>
      </w:r>
      <w:r>
        <w:rPr>
          <w:rFonts w:eastAsia="Times New Roman"/>
          <w:b/>
          <w:szCs w:val="24"/>
        </w:rPr>
        <w:t xml:space="preserve">[3] </w:t>
      </w:r>
      <w:r w:rsidRPr="00162B74">
        <w:rPr>
          <w:rFonts w:eastAsia="Calibri"/>
          <w:color w:val="000000"/>
          <w:szCs w:val="24"/>
        </w:rPr>
        <w:t xml:space="preserve">Khi ô tô dừng lại, khoảng cách từ ô tô đến chướng ngại vật tính bằng </w:t>
      </w:r>
      <w:r w:rsidRPr="00162B74">
        <w:rPr>
          <w:rFonts w:eastAsia="Calibri"/>
          <w:position w:val="-6"/>
          <w:szCs w:val="24"/>
        </w:rPr>
        <w:object w:dxaOrig="260" w:dyaOrig="220">
          <v:shape id="_x0000_i1183" type="#_x0000_t75" style="width:12.9pt;height:10.6pt" o:ole="">
            <v:imagedata r:id="rId319" o:title=""/>
          </v:shape>
          <o:OLEObject Type="Embed" ProgID="Equation.DSMT4" ShapeID="_x0000_i1183" DrawAspect="Content" ObjectID="_1808505215" r:id="rId320"/>
        </w:object>
      </w:r>
      <w:r w:rsidRPr="00162B74">
        <w:rPr>
          <w:rFonts w:eastAsia="Calibri"/>
          <w:szCs w:val="24"/>
        </w:rPr>
        <w:t xml:space="preserve">(làm tròn đến hàng dơn vị) là </w:t>
      </w:r>
      <w:r w:rsidRPr="00162B74">
        <w:rPr>
          <w:rFonts w:eastAsia="Calibri"/>
          <w:position w:val="-10"/>
          <w:szCs w:val="24"/>
        </w:rPr>
        <w:object w:dxaOrig="380" w:dyaOrig="320">
          <v:shape id="_x0000_i1184" type="#_x0000_t75" style="width:18.9pt;height:16.15pt" o:ole="">
            <v:imagedata r:id="rId321" o:title=""/>
          </v:shape>
          <o:OLEObject Type="Embed" ProgID="Equation.DSMT4" ShapeID="_x0000_i1184" DrawAspect="Content" ObjectID="_1808505216" r:id="rId322"/>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FE6D64">
        <w:rPr>
          <w:rFonts w:eastAsia="Calibri"/>
          <w:b/>
          <w:szCs w:val="24"/>
        </w:rPr>
        <w:t>d)</w:t>
      </w:r>
      <w:r w:rsidRPr="00162B74">
        <w:rPr>
          <w:rFonts w:eastAsia="Calibri"/>
          <w:szCs w:val="24"/>
        </w:rPr>
        <w:t xml:space="preserve"> </w:t>
      </w:r>
      <w:r>
        <w:rPr>
          <w:rFonts w:eastAsia="Times New Roman"/>
          <w:b/>
          <w:szCs w:val="24"/>
        </w:rPr>
        <w:t xml:space="preserve">[4] </w:t>
      </w:r>
      <w:r w:rsidRPr="00162B74">
        <w:rPr>
          <w:rFonts w:eastAsia="Calibri"/>
          <w:szCs w:val="24"/>
        </w:rPr>
        <w:t xml:space="preserve">Vận tốc trung bình của ô tô từ lúc phát hiện chướng ngại vật đến lúc dừng lại là </w:t>
      </w:r>
      <w:r w:rsidRPr="00162B74">
        <w:rPr>
          <w:rFonts w:eastAsia="Calibri"/>
          <w:position w:val="-10"/>
          <w:szCs w:val="24"/>
        </w:rPr>
        <w:object w:dxaOrig="840" w:dyaOrig="320">
          <v:shape id="_x0000_i1185" type="#_x0000_t75" style="width:41.55pt;height:16.15pt" o:ole="">
            <v:imagedata r:id="rId323" o:title=""/>
          </v:shape>
          <o:OLEObject Type="Embed" ProgID="Equation.DSMT4" ShapeID="_x0000_i1185" DrawAspect="Content" ObjectID="_1808505217" r:id="rId324"/>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Times New Roman"/>
          <w:b/>
          <w:color w:val="009900"/>
          <w:szCs w:val="24"/>
          <w:lang w:val="vi-VN"/>
        </w:rPr>
      </w:pPr>
      <w:r w:rsidRPr="00162B74">
        <w:rPr>
          <w:rFonts w:eastAsia="Times New Roman"/>
          <w:b/>
          <w:color w:val="0000FF"/>
          <w:szCs w:val="24"/>
          <w:lang w:val="vi-VN"/>
        </w:rPr>
        <w:t>Lời giải</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Pr>
          <w:rFonts w:eastAsia="Times New Roman"/>
          <w:b/>
          <w:bCs/>
          <w:szCs w:val="24"/>
        </w:rPr>
        <w:t>a</w:t>
      </w:r>
      <w:r w:rsidRPr="00162B74">
        <w:rPr>
          <w:rFonts w:eastAsia="Times New Roman"/>
          <w:b/>
          <w:bCs/>
          <w:szCs w:val="24"/>
          <w:lang w:val="vi-VN"/>
        </w:rPr>
        <w:t>)</w:t>
      </w:r>
      <w:r w:rsidRPr="00162B74">
        <w:rPr>
          <w:rFonts w:eastAsia="Times New Roman"/>
          <w:szCs w:val="24"/>
          <w:lang w:val="vi-VN"/>
        </w:rPr>
        <w:t xml:space="preserve"> </w:t>
      </w:r>
      <w:r w:rsidRPr="00162B74">
        <w:rPr>
          <w:rFonts w:eastAsia="Calibri"/>
          <w:b/>
          <w:color w:val="FF0000"/>
          <w:szCs w:val="24"/>
        </w:rPr>
        <w:t>Đúng</w:t>
      </w:r>
    </w:p>
    <w:p w:rsidR="001D1053" w:rsidRPr="00162B74" w:rsidRDefault="001D1053" w:rsidP="001D1053">
      <w:pPr>
        <w:tabs>
          <w:tab w:val="left" w:pos="283"/>
          <w:tab w:val="left" w:pos="2835"/>
          <w:tab w:val="left" w:pos="5386"/>
          <w:tab w:val="left" w:pos="7937"/>
        </w:tabs>
        <w:spacing w:before="0" w:after="0"/>
        <w:ind w:firstLine="283"/>
        <w:rPr>
          <w:rFonts w:eastAsia="Calibri"/>
          <w:color w:val="000000"/>
          <w:szCs w:val="24"/>
        </w:rPr>
      </w:pPr>
      <w:r w:rsidRPr="00162B74">
        <w:rPr>
          <w:rFonts w:eastAsia="Calibri"/>
          <w:szCs w:val="24"/>
        </w:rPr>
        <w:t xml:space="preserve">Gọi </w:t>
      </w:r>
      <w:r w:rsidRPr="00162B74">
        <w:rPr>
          <w:rFonts w:eastAsia="Calibri"/>
          <w:position w:val="-10"/>
          <w:szCs w:val="24"/>
        </w:rPr>
        <w:object w:dxaOrig="420" w:dyaOrig="320">
          <v:shape id="_x0000_i1186" type="#_x0000_t75" style="width:21.7pt;height:16.15pt" o:ole="">
            <v:imagedata r:id="rId325" o:title=""/>
          </v:shape>
          <o:OLEObject Type="Embed" ProgID="Equation.DSMT4" ShapeID="_x0000_i1186" DrawAspect="Content" ObjectID="_1808505218" r:id="rId326"/>
        </w:object>
      </w:r>
      <w:r w:rsidRPr="00162B74">
        <w:rPr>
          <w:rFonts w:eastAsia="Calibri"/>
          <w:szCs w:val="24"/>
        </w:rPr>
        <w:t xml:space="preserve"> là vận tốc của ô tô khi đi xe chuyển động chậm dần đều với gia tốc </w:t>
      </w:r>
      <w:r w:rsidRPr="00162B74">
        <w:rPr>
          <w:rFonts w:eastAsia="Calibri"/>
          <w:position w:val="-10"/>
          <w:szCs w:val="24"/>
        </w:rPr>
        <w:object w:dxaOrig="1240" w:dyaOrig="360">
          <v:shape id="_x0000_i1187" type="#_x0000_t75" style="width:61.85pt;height:18pt" o:ole="">
            <v:imagedata r:id="rId309" o:title=""/>
          </v:shape>
          <o:OLEObject Type="Embed" ProgID="Equation.DSMT4" ShapeID="_x0000_i1187" DrawAspect="Content" ObjectID="_1808505219" r:id="rId327"/>
        </w:object>
      </w:r>
      <w:r w:rsidRPr="00162B74">
        <w:rPr>
          <w:rFonts w:eastAsia="Calibri"/>
          <w:szCs w:val="24"/>
        </w:rPr>
        <w:t xml:space="preserve">và </w:t>
      </w:r>
      <w:r w:rsidRPr="00162B74">
        <w:rPr>
          <w:rFonts w:eastAsia="Calibri"/>
          <w:position w:val="-10"/>
          <w:szCs w:val="24"/>
        </w:rPr>
        <w:object w:dxaOrig="420" w:dyaOrig="320">
          <v:shape id="_x0000_i1188" type="#_x0000_t75" style="width:21.7pt;height:16.15pt" o:ole="">
            <v:imagedata r:id="rId325" o:title=""/>
          </v:shape>
          <o:OLEObject Type="Embed" ProgID="Equation.DSMT4" ShapeID="_x0000_i1188" DrawAspect="Content" ObjectID="_1808505220" r:id="rId328"/>
        </w:object>
      </w:r>
      <w:r w:rsidRPr="00162B74">
        <w:rPr>
          <w:rFonts w:eastAsia="Calibri"/>
          <w:szCs w:val="24"/>
        </w:rPr>
        <w:t xml:space="preserve"> là một nguyên hàm của hàm gia tốc, nên </w:t>
      </w:r>
      <w:r w:rsidRPr="00162B74">
        <w:rPr>
          <w:rFonts w:eastAsia="Calibri"/>
          <w:position w:val="-16"/>
          <w:szCs w:val="24"/>
        </w:rPr>
        <w:object w:dxaOrig="3120" w:dyaOrig="440">
          <v:shape id="_x0000_i1189" type="#_x0000_t75" style="width:156pt;height:22.15pt" o:ole="">
            <v:imagedata r:id="rId329" o:title=""/>
          </v:shape>
          <o:OLEObject Type="Embed" ProgID="Equation.DSMT4" ShapeID="_x0000_i1189" DrawAspect="Content" ObjectID="_1808505221" r:id="rId330"/>
        </w:object>
      </w:r>
    </w:p>
    <w:p w:rsidR="001D1053" w:rsidRPr="00162B74" w:rsidRDefault="001D1053" w:rsidP="001D1053">
      <w:pPr>
        <w:widowControl w:val="0"/>
        <w:pBdr>
          <w:top w:val="nil"/>
          <w:left w:val="nil"/>
          <w:bottom w:val="nil"/>
          <w:right w:val="nil"/>
          <w:between w:val="nil"/>
        </w:pBdr>
        <w:tabs>
          <w:tab w:val="left" w:pos="283"/>
          <w:tab w:val="left" w:pos="2835"/>
          <w:tab w:val="left" w:pos="5386"/>
          <w:tab w:val="left" w:pos="7937"/>
        </w:tabs>
        <w:spacing w:before="0" w:after="0"/>
        <w:ind w:firstLine="283"/>
        <w:rPr>
          <w:rFonts w:eastAsia="Times New Roman"/>
          <w:szCs w:val="24"/>
        </w:rPr>
      </w:pPr>
      <w:r w:rsidRPr="00162B74">
        <w:rPr>
          <w:rFonts w:eastAsia="Times New Roman"/>
          <w:szCs w:val="24"/>
        </w:rPr>
        <w:lastRenderedPageBreak/>
        <w:t xml:space="preserve">Tại thời điểm ô tô bắt đầu hãm phanh, tức </w:t>
      </w:r>
      <w:r w:rsidRPr="00162B74">
        <w:rPr>
          <w:rFonts w:eastAsia="Times New Roman"/>
          <w:position w:val="-6"/>
          <w:szCs w:val="24"/>
          <w:lang w:val="vi-VN"/>
        </w:rPr>
        <w:object w:dxaOrig="499" w:dyaOrig="279">
          <v:shape id="_x0000_i1190" type="#_x0000_t75" style="width:24.9pt;height:13.85pt" o:ole="">
            <v:imagedata r:id="rId331" o:title=""/>
          </v:shape>
          <o:OLEObject Type="Embed" ProgID="Equation.DSMT4" ShapeID="_x0000_i1190" DrawAspect="Content" ObjectID="_1808505222" r:id="rId332"/>
        </w:object>
      </w:r>
      <w:r w:rsidRPr="00162B74">
        <w:rPr>
          <w:rFonts w:eastAsia="Times New Roman"/>
          <w:szCs w:val="24"/>
        </w:rPr>
        <w:t xml:space="preserve">. Ô tô đang di chuyển với vận tốc </w:t>
      </w:r>
      <w:r w:rsidRPr="00162B74">
        <w:rPr>
          <w:rFonts w:eastAsia="Times New Roman"/>
          <w:position w:val="-10"/>
          <w:szCs w:val="24"/>
          <w:lang w:val="vi-VN"/>
        </w:rPr>
        <w:object w:dxaOrig="1860" w:dyaOrig="320">
          <v:shape id="_x0000_i1191" type="#_x0000_t75" style="width:91.85pt;height:16.15pt" o:ole="">
            <v:imagedata r:id="rId333" o:title=""/>
          </v:shape>
          <o:OLEObject Type="Embed" ProgID="Equation.DSMT4" ShapeID="_x0000_i1191" DrawAspect="Content" ObjectID="_1808505223" r:id="rId334"/>
        </w:object>
      </w:r>
      <w:r w:rsidRPr="00162B74">
        <w:rPr>
          <w:rFonts w:eastAsia="Times New Roman"/>
          <w:szCs w:val="24"/>
        </w:rPr>
        <w:t xml:space="preserve">nên </w:t>
      </w:r>
      <w:r w:rsidRPr="00162B74">
        <w:rPr>
          <w:rFonts w:eastAsia="Times New Roman"/>
          <w:position w:val="-10"/>
          <w:szCs w:val="24"/>
          <w:lang w:val="vi-VN"/>
        </w:rPr>
        <w:object w:dxaOrig="2960" w:dyaOrig="320">
          <v:shape id="_x0000_i1192" type="#_x0000_t75" style="width:148.15pt;height:15.25pt" o:ole="">
            <v:imagedata r:id="rId335" o:title=""/>
          </v:shape>
          <o:OLEObject Type="Embed" ProgID="Equation.DSMT4" ShapeID="_x0000_i1192" DrawAspect="Content" ObjectID="_1808505224" r:id="rId336"/>
        </w:object>
      </w:r>
      <w:r w:rsidRPr="00162B74">
        <w:rPr>
          <w:rFonts w:eastAsia="Times New Roman"/>
          <w:szCs w:val="24"/>
        </w:rPr>
        <w:t>.</w:t>
      </w:r>
    </w:p>
    <w:p w:rsidR="001D1053" w:rsidRPr="00162B74" w:rsidRDefault="001D1053" w:rsidP="001D1053">
      <w:pPr>
        <w:widowControl w:val="0"/>
        <w:pBdr>
          <w:top w:val="nil"/>
          <w:left w:val="nil"/>
          <w:bottom w:val="nil"/>
          <w:right w:val="nil"/>
          <w:between w:val="nil"/>
        </w:pBdr>
        <w:tabs>
          <w:tab w:val="left" w:pos="283"/>
          <w:tab w:val="left" w:pos="2835"/>
          <w:tab w:val="left" w:pos="5386"/>
          <w:tab w:val="left" w:pos="7937"/>
        </w:tabs>
        <w:spacing w:before="0" w:after="0"/>
        <w:ind w:firstLine="283"/>
        <w:rPr>
          <w:rFonts w:eastAsia="Times New Roman"/>
          <w:szCs w:val="24"/>
        </w:rPr>
      </w:pPr>
      <w:r w:rsidRPr="00162B74">
        <w:rPr>
          <w:rFonts w:eastAsia="Times New Roman"/>
          <w:szCs w:val="24"/>
        </w:rPr>
        <w:t xml:space="preserve">Vậy </w:t>
      </w:r>
      <w:r w:rsidRPr="00162B74">
        <w:rPr>
          <w:rFonts w:eastAsia="Times New Roman"/>
          <w:position w:val="-10"/>
          <w:szCs w:val="24"/>
          <w:lang w:val="vi-VN"/>
        </w:rPr>
        <w:object w:dxaOrig="1440" w:dyaOrig="320">
          <v:shape id="_x0000_i1193" type="#_x0000_t75" style="width:1in;height:16.15pt" o:ole="">
            <v:imagedata r:id="rId311" o:title=""/>
          </v:shape>
          <o:OLEObject Type="Embed" ProgID="Equation.DSMT4" ShapeID="_x0000_i1193" DrawAspect="Content" ObjectID="_1808505225" r:id="rId337"/>
        </w:object>
      </w:r>
      <w:r w:rsidRPr="00162B74">
        <w:rPr>
          <w:rFonts w:eastAsia="Times New Roman"/>
          <w:szCs w:val="24"/>
        </w:rPr>
        <w:t>.</w:t>
      </w:r>
    </w:p>
    <w:p w:rsidR="001D1053" w:rsidRPr="00FE6D64" w:rsidRDefault="001D1053" w:rsidP="001D1053">
      <w:pPr>
        <w:tabs>
          <w:tab w:val="left" w:pos="283"/>
          <w:tab w:val="left" w:pos="2835"/>
          <w:tab w:val="left" w:pos="5386"/>
          <w:tab w:val="left" w:pos="7937"/>
        </w:tabs>
        <w:spacing w:before="0" w:after="0"/>
        <w:ind w:firstLine="283"/>
        <w:rPr>
          <w:rFonts w:eastAsia="Times New Roman"/>
          <w:b/>
          <w:bCs/>
          <w:szCs w:val="24"/>
        </w:rPr>
      </w:pPr>
      <w:r w:rsidRPr="00FE6D64">
        <w:rPr>
          <w:rFonts w:eastAsia="Times New Roman"/>
          <w:b/>
          <w:bCs/>
          <w:szCs w:val="24"/>
        </w:rPr>
        <w:t xml:space="preserve">b) </w:t>
      </w:r>
      <w:r>
        <w:rPr>
          <w:rFonts w:eastAsia="Times New Roman"/>
          <w:b/>
          <w:bCs/>
          <w:szCs w:val="24"/>
        </w:rPr>
        <w:t>Sai</w:t>
      </w:r>
    </w:p>
    <w:p w:rsidR="001D1053" w:rsidRPr="00162B74" w:rsidRDefault="001D1053" w:rsidP="001D1053">
      <w:pPr>
        <w:tabs>
          <w:tab w:val="left" w:pos="283"/>
          <w:tab w:val="left" w:pos="2835"/>
          <w:tab w:val="left" w:pos="5386"/>
          <w:tab w:val="left" w:pos="7937"/>
        </w:tabs>
        <w:spacing w:before="0" w:after="0"/>
        <w:ind w:firstLine="283"/>
        <w:rPr>
          <w:rFonts w:eastAsia="Times New Roman"/>
          <w:szCs w:val="24"/>
        </w:rPr>
      </w:pPr>
      <w:r w:rsidRPr="00162B74">
        <w:rPr>
          <w:rFonts w:eastAsia="Times New Roman"/>
          <w:bCs/>
          <w:szCs w:val="24"/>
        </w:rPr>
        <w:t xml:space="preserve">Xét </w:t>
      </w:r>
      <w:r w:rsidRPr="00162B74">
        <w:rPr>
          <w:rFonts w:eastAsia="Times New Roman"/>
          <w:position w:val="-24"/>
          <w:szCs w:val="24"/>
          <w:lang w:val="vi-VN"/>
        </w:rPr>
        <w:object w:dxaOrig="3019" w:dyaOrig="620">
          <v:shape id="_x0000_i1194" type="#_x0000_t75" style="width:150.45pt;height:30.9pt" o:ole="">
            <v:imagedata r:id="rId338" o:title=""/>
          </v:shape>
          <o:OLEObject Type="Embed" ProgID="Equation.DSMT4" ShapeID="_x0000_i1194" DrawAspect="Content" ObjectID="_1808505226" r:id="rId339"/>
        </w:object>
      </w:r>
      <w:r w:rsidRPr="00162B74">
        <w:rPr>
          <w:rFonts w:eastAsia="Times New Roman"/>
          <w:szCs w:val="24"/>
        </w:rPr>
        <w:t xml:space="preserve">. Vậy ô tô đi được </w:t>
      </w:r>
      <w:r w:rsidRPr="00162B74">
        <w:rPr>
          <w:rFonts w:eastAsia="Times New Roman"/>
          <w:position w:val="-24"/>
          <w:szCs w:val="24"/>
          <w:lang w:val="vi-VN"/>
        </w:rPr>
        <w:object w:dxaOrig="480" w:dyaOrig="620">
          <v:shape id="_x0000_i1195" type="#_x0000_t75" style="width:24pt;height:30.9pt" o:ole="">
            <v:imagedata r:id="rId340" o:title=""/>
          </v:shape>
          <o:OLEObject Type="Embed" ProgID="Equation.DSMT4" ShapeID="_x0000_i1195" DrawAspect="Content" ObjectID="_1808505227" r:id="rId341"/>
        </w:object>
      </w:r>
      <w:r w:rsidRPr="00162B74">
        <w:rPr>
          <w:rFonts w:eastAsia="Times New Roman"/>
          <w:szCs w:val="24"/>
        </w:rPr>
        <w:t xml:space="preserve"> thì ô tô sẽ dừng lại, kể từ lúc phát hiện chướng ngại vật.</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Pr>
          <w:rFonts w:eastAsia="Times New Roman"/>
          <w:b/>
          <w:bCs/>
          <w:szCs w:val="24"/>
        </w:rPr>
        <w:t>c</w:t>
      </w:r>
      <w:r w:rsidRPr="00162B74">
        <w:rPr>
          <w:rFonts w:eastAsia="Times New Roman"/>
          <w:b/>
          <w:bCs/>
          <w:szCs w:val="24"/>
          <w:lang w:val="vi-VN"/>
        </w:rPr>
        <w:t>)</w:t>
      </w:r>
      <w:r w:rsidRPr="00162B74">
        <w:rPr>
          <w:rFonts w:eastAsia="Times New Roman"/>
          <w:szCs w:val="24"/>
          <w:lang w:val="vi-VN"/>
        </w:rPr>
        <w:t xml:space="preserve"> </w:t>
      </w:r>
      <w:r w:rsidRPr="00162B74">
        <w:rPr>
          <w:rFonts w:eastAsia="Calibri"/>
          <w:b/>
          <w:color w:val="FF0000"/>
          <w:szCs w:val="24"/>
        </w:rPr>
        <w:t>Đúng</w:t>
      </w:r>
    </w:p>
    <w:p w:rsidR="001D1053" w:rsidRDefault="001D1053" w:rsidP="001D1053">
      <w:pPr>
        <w:tabs>
          <w:tab w:val="left" w:pos="283"/>
          <w:tab w:val="left" w:pos="2835"/>
          <w:tab w:val="left" w:pos="5386"/>
          <w:tab w:val="left" w:pos="7937"/>
        </w:tabs>
        <w:spacing w:before="0" w:after="0"/>
        <w:ind w:firstLine="283"/>
        <w:rPr>
          <w:rFonts w:eastAsia="Times New Roman"/>
          <w:szCs w:val="24"/>
        </w:rPr>
      </w:pPr>
      <w:r w:rsidRPr="00162B74">
        <w:rPr>
          <w:rFonts w:eastAsia="Times New Roman"/>
          <w:bCs/>
          <w:szCs w:val="24"/>
        </w:rPr>
        <w:t xml:space="preserve">Kể từ lúc phát hiện chướng ngại vật, quãng đường ô tô đi được trong </w:t>
      </w:r>
      <w:r w:rsidRPr="00162B74">
        <w:rPr>
          <w:rFonts w:eastAsia="Times New Roman"/>
          <w:position w:val="-24"/>
          <w:szCs w:val="24"/>
          <w:lang w:val="vi-VN"/>
        </w:rPr>
        <w:object w:dxaOrig="480" w:dyaOrig="620">
          <v:shape id="_x0000_i1196" type="#_x0000_t75" style="width:24pt;height:30.9pt" o:ole="">
            <v:imagedata r:id="rId340" o:title=""/>
          </v:shape>
          <o:OLEObject Type="Embed" ProgID="Equation.DSMT4" ShapeID="_x0000_i1196" DrawAspect="Content" ObjectID="_1808505228" r:id="rId342"/>
        </w:object>
      </w:r>
      <w:r w:rsidRPr="00162B74">
        <w:rPr>
          <w:rFonts w:eastAsia="Times New Roman"/>
          <w:szCs w:val="24"/>
        </w:rPr>
        <w:t xml:space="preserve"> là: </w:t>
      </w:r>
    </w:p>
    <w:p w:rsidR="001D1053" w:rsidRPr="00162B74" w:rsidRDefault="001D1053" w:rsidP="001D1053">
      <w:pPr>
        <w:tabs>
          <w:tab w:val="left" w:pos="283"/>
          <w:tab w:val="left" w:pos="2835"/>
          <w:tab w:val="left" w:pos="5386"/>
          <w:tab w:val="left" w:pos="7937"/>
        </w:tabs>
        <w:spacing w:before="0" w:after="0"/>
        <w:ind w:firstLine="283"/>
        <w:rPr>
          <w:rFonts w:eastAsia="Times New Roman"/>
          <w:szCs w:val="24"/>
          <w:lang w:val="vi-VN"/>
        </w:rPr>
      </w:pPr>
      <w:r w:rsidRPr="00162B74">
        <w:rPr>
          <w:rFonts w:eastAsia="Times New Roman"/>
          <w:position w:val="-32"/>
          <w:szCs w:val="24"/>
          <w:lang w:val="vi-VN"/>
        </w:rPr>
        <w:object w:dxaOrig="3180" w:dyaOrig="920">
          <v:shape id="_x0000_i1197" type="#_x0000_t75" style="width:159.7pt;height:45.7pt" o:ole="">
            <v:imagedata r:id="rId343" o:title=""/>
          </v:shape>
          <o:OLEObject Type="Embed" ProgID="Equation.DSMT4" ShapeID="_x0000_i1197" DrawAspect="Content" ObjectID="_1808505229" r:id="rId344"/>
        </w:object>
      </w:r>
    </w:p>
    <w:p w:rsidR="001D1053" w:rsidRPr="00162B74" w:rsidRDefault="001D1053" w:rsidP="001D1053">
      <w:pPr>
        <w:tabs>
          <w:tab w:val="left" w:pos="283"/>
          <w:tab w:val="left" w:pos="2835"/>
          <w:tab w:val="left" w:pos="5386"/>
          <w:tab w:val="left" w:pos="7937"/>
        </w:tabs>
        <w:spacing w:before="0" w:after="0"/>
        <w:ind w:firstLine="283"/>
        <w:rPr>
          <w:rFonts w:eastAsia="Times New Roman"/>
          <w:szCs w:val="24"/>
        </w:rPr>
      </w:pPr>
      <w:r w:rsidRPr="00162B74">
        <w:rPr>
          <w:rFonts w:eastAsia="Times New Roman"/>
          <w:szCs w:val="24"/>
        </w:rPr>
        <w:t xml:space="preserve">Do đó khoảng cách giữa xe và chướng ngại vật là: </w:t>
      </w:r>
      <w:r w:rsidRPr="00162B74">
        <w:rPr>
          <w:rFonts w:eastAsia="Times New Roman"/>
          <w:position w:val="-24"/>
          <w:szCs w:val="24"/>
          <w:lang w:val="vi-VN"/>
        </w:rPr>
        <w:object w:dxaOrig="1620" w:dyaOrig="620">
          <v:shape id="_x0000_i1198" type="#_x0000_t75" style="width:81.25pt;height:30.9pt" o:ole="">
            <v:imagedata r:id="rId345" o:title=""/>
          </v:shape>
          <o:OLEObject Type="Embed" ProgID="Equation.DSMT4" ShapeID="_x0000_i1198" DrawAspect="Content" ObjectID="_1808505230" r:id="rId346"/>
        </w:object>
      </w:r>
      <w:r w:rsidRPr="00162B74">
        <w:rPr>
          <w:rFonts w:eastAsia="Times New Roman"/>
          <w:szCs w:val="24"/>
        </w:rPr>
        <w:t>.</w:t>
      </w:r>
    </w:p>
    <w:p w:rsidR="001D1053" w:rsidRPr="00FE6D64" w:rsidRDefault="001D1053" w:rsidP="001D1053">
      <w:pPr>
        <w:tabs>
          <w:tab w:val="left" w:pos="283"/>
          <w:tab w:val="left" w:pos="2835"/>
          <w:tab w:val="left" w:pos="5386"/>
          <w:tab w:val="left" w:pos="7937"/>
        </w:tabs>
        <w:spacing w:before="0" w:after="0"/>
        <w:ind w:firstLine="283"/>
        <w:rPr>
          <w:rFonts w:eastAsia="Times New Roman"/>
          <w:b/>
          <w:bCs/>
          <w:szCs w:val="24"/>
        </w:rPr>
      </w:pPr>
      <w:r w:rsidRPr="00FE6D64">
        <w:rPr>
          <w:rFonts w:eastAsia="Times New Roman"/>
          <w:b/>
          <w:bCs/>
          <w:szCs w:val="24"/>
        </w:rPr>
        <w:t xml:space="preserve">d) </w:t>
      </w:r>
      <w:r>
        <w:rPr>
          <w:rFonts w:eastAsia="Times New Roman"/>
          <w:b/>
          <w:bCs/>
          <w:szCs w:val="24"/>
        </w:rPr>
        <w:t>Sai</w:t>
      </w:r>
    </w:p>
    <w:p w:rsidR="001D1053" w:rsidRPr="00162B74" w:rsidRDefault="001D1053" w:rsidP="001D1053">
      <w:pPr>
        <w:tabs>
          <w:tab w:val="left" w:pos="283"/>
          <w:tab w:val="left" w:pos="2835"/>
          <w:tab w:val="left" w:pos="5386"/>
          <w:tab w:val="left" w:pos="7937"/>
        </w:tabs>
        <w:spacing w:before="0" w:after="0"/>
        <w:ind w:firstLine="283"/>
        <w:rPr>
          <w:rFonts w:eastAsia="Times New Roman"/>
          <w:szCs w:val="24"/>
          <w:lang w:val="vi-VN"/>
        </w:rPr>
      </w:pPr>
      <w:r w:rsidRPr="00162B74">
        <w:rPr>
          <w:rFonts w:eastAsia="Times New Roman"/>
          <w:bCs/>
          <w:szCs w:val="24"/>
        </w:rPr>
        <w:t xml:space="preserve">Quãng đường xe đi được kể từ lúc phát hiện chướng ngại vật đến lúc dừng lại là: </w:t>
      </w:r>
      <w:r w:rsidRPr="00162B74">
        <w:rPr>
          <w:rFonts w:eastAsia="Times New Roman"/>
          <w:position w:val="-24"/>
          <w:szCs w:val="24"/>
          <w:lang w:val="vi-VN"/>
        </w:rPr>
        <w:object w:dxaOrig="680" w:dyaOrig="620">
          <v:shape id="_x0000_i1199" type="#_x0000_t75" style="width:34.6pt;height:30.9pt" o:ole="">
            <v:imagedata r:id="rId347" o:title=""/>
          </v:shape>
          <o:OLEObject Type="Embed" ProgID="Equation.DSMT4" ShapeID="_x0000_i1199" DrawAspect="Content" ObjectID="_1808505231" r:id="rId348"/>
        </w:object>
      </w:r>
    </w:p>
    <w:p w:rsidR="001D1053" w:rsidRPr="00162B74" w:rsidRDefault="001D1053" w:rsidP="001D1053">
      <w:pPr>
        <w:tabs>
          <w:tab w:val="left" w:pos="283"/>
          <w:tab w:val="left" w:pos="2835"/>
          <w:tab w:val="left" w:pos="5386"/>
          <w:tab w:val="left" w:pos="7937"/>
        </w:tabs>
        <w:spacing w:before="0" w:after="0"/>
        <w:ind w:firstLine="283"/>
        <w:rPr>
          <w:rFonts w:eastAsia="Times New Roman"/>
          <w:szCs w:val="24"/>
        </w:rPr>
      </w:pPr>
      <w:r w:rsidRPr="00162B74">
        <w:rPr>
          <w:rFonts w:eastAsia="Times New Roman"/>
          <w:szCs w:val="24"/>
        </w:rPr>
        <w:t xml:space="preserve">Do đó vận tốc trung bình </w:t>
      </w:r>
      <w:r w:rsidRPr="00162B74">
        <w:rPr>
          <w:rFonts w:eastAsia="Times New Roman"/>
          <w:szCs w:val="24"/>
          <w:lang w:val="vi-VN"/>
        </w:rPr>
        <w:t>của ô tô từ lúc phát hiện chướng ngại vật đến lúc dừng lại là</w:t>
      </w:r>
      <w:r w:rsidRPr="00162B74">
        <w:rPr>
          <w:rFonts w:eastAsia="Times New Roman"/>
          <w:szCs w:val="24"/>
        </w:rPr>
        <w:t xml:space="preserve">: </w:t>
      </w:r>
      <w:r w:rsidRPr="00162B74">
        <w:rPr>
          <w:rFonts w:eastAsia="Times New Roman"/>
          <w:position w:val="-24"/>
          <w:szCs w:val="24"/>
          <w:lang w:val="vi-VN"/>
        </w:rPr>
        <w:object w:dxaOrig="1780" w:dyaOrig="620">
          <v:shape id="_x0000_i1200" type="#_x0000_t75" style="width:89.1pt;height:30.9pt" o:ole="">
            <v:imagedata r:id="rId349" o:title=""/>
          </v:shape>
          <o:OLEObject Type="Embed" ProgID="Equation.DSMT4" ShapeID="_x0000_i1200" DrawAspect="Content" ObjectID="_1808505232" r:id="rId350"/>
        </w:object>
      </w:r>
      <w:r w:rsidRPr="00162B74">
        <w:rPr>
          <w:rFonts w:eastAsia="Times New Roman"/>
          <w:szCs w:val="24"/>
        </w:rPr>
        <w:t>.</w:t>
      </w:r>
    </w:p>
    <w:p w:rsidR="001D1053" w:rsidRPr="00162B74" w:rsidRDefault="001D1053" w:rsidP="001D1053">
      <w:pPr>
        <w:pStyle w:val="ListParagraph"/>
        <w:widowControl/>
        <w:numPr>
          <w:ilvl w:val="0"/>
          <w:numId w:val="27"/>
        </w:numPr>
        <w:autoSpaceDE/>
        <w:autoSpaceDN/>
        <w:spacing w:before="0"/>
        <w:contextualSpacing/>
        <w:jc w:val="both"/>
        <w:rPr>
          <w:b/>
          <w:color w:val="009900"/>
          <w:kern w:val="2"/>
        </w:rPr>
      </w:pPr>
      <w:r w:rsidRPr="00162B74">
        <w:rPr>
          <w:color w:val="000000"/>
          <w:kern w:val="2"/>
        </w:rPr>
        <w:t xml:space="preserve">Cho hàm số </w:t>
      </w:r>
      <w:r w:rsidRPr="00FE6D64">
        <w:rPr>
          <w:position w:val="-10"/>
        </w:rPr>
        <w:object w:dxaOrig="1740" w:dyaOrig="360">
          <v:shape id="_x0000_i1201" type="#_x0000_t75" style="width:87.7pt;height:18pt" o:ole="">
            <v:imagedata r:id="rId351" o:title=""/>
          </v:shape>
          <o:OLEObject Type="Embed" ProgID="Equation.DSMT4" ShapeID="_x0000_i1201" DrawAspect="Content" ObjectID="_1808505233" r:id="rId352"/>
        </w:object>
      </w:r>
      <w:r w:rsidRPr="00162B74">
        <w:rPr>
          <w:kern w:val="2"/>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FE6D64">
        <w:rPr>
          <w:rFonts w:eastAsia="Calibri"/>
          <w:b/>
          <w:szCs w:val="24"/>
          <w:u w:val="single"/>
        </w:rPr>
        <w:t>a)</w:t>
      </w:r>
      <w:r w:rsidRPr="00162B74">
        <w:rPr>
          <w:rFonts w:eastAsia="Calibri"/>
          <w:szCs w:val="24"/>
        </w:rPr>
        <w:t xml:space="preserve"> </w:t>
      </w:r>
      <w:r>
        <w:rPr>
          <w:rFonts w:eastAsia="Times New Roman"/>
          <w:b/>
          <w:szCs w:val="24"/>
        </w:rPr>
        <w:t xml:space="preserve">[1] </w:t>
      </w:r>
      <w:r w:rsidRPr="00162B74">
        <w:rPr>
          <w:rFonts w:eastAsia="Calibri"/>
          <w:szCs w:val="24"/>
        </w:rPr>
        <w:t xml:space="preserve">Tập xác định của hàm số đã cho là </w:t>
      </w:r>
      <w:r w:rsidRPr="00162B74">
        <w:rPr>
          <w:rFonts w:eastAsia="Calibri"/>
          <w:position w:val="-28"/>
          <w:szCs w:val="24"/>
        </w:rPr>
        <w:object w:dxaOrig="880" w:dyaOrig="680">
          <v:shape id="_x0000_i1202" type="#_x0000_t75" style="width:43.85pt;height:34.6pt" o:ole="">
            <v:imagedata r:id="rId353" o:title=""/>
          </v:shape>
          <o:OLEObject Type="Embed" ProgID="Equation.DSMT4" ShapeID="_x0000_i1202" DrawAspect="Content" ObjectID="_1808505234" r:id="rId354"/>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FE6D64">
        <w:rPr>
          <w:rFonts w:eastAsia="Calibri"/>
          <w:b/>
          <w:szCs w:val="24"/>
        </w:rPr>
        <w:t>b)</w:t>
      </w:r>
      <w:r w:rsidRPr="00162B74">
        <w:rPr>
          <w:rFonts w:eastAsia="Calibri"/>
          <w:szCs w:val="24"/>
        </w:rPr>
        <w:t xml:space="preserve"> </w:t>
      </w:r>
      <w:r>
        <w:rPr>
          <w:rFonts w:eastAsia="Times New Roman"/>
          <w:b/>
          <w:szCs w:val="24"/>
        </w:rPr>
        <w:t xml:space="preserve">[2] </w:t>
      </w:r>
      <w:r w:rsidRPr="00162B74">
        <w:rPr>
          <w:rFonts w:eastAsia="Calibri"/>
          <w:szCs w:val="24"/>
        </w:rPr>
        <w:t xml:space="preserve">Đạo hàm của hàm số đã cho là </w:t>
      </w:r>
      <w:r w:rsidRPr="00162B74">
        <w:rPr>
          <w:rFonts w:eastAsia="Calibri"/>
          <w:position w:val="-24"/>
          <w:szCs w:val="24"/>
        </w:rPr>
        <w:object w:dxaOrig="1640" w:dyaOrig="660">
          <v:shape id="_x0000_i1203" type="#_x0000_t75" style="width:82.15pt;height:32.3pt" o:ole="">
            <v:imagedata r:id="rId355" o:title=""/>
          </v:shape>
          <o:OLEObject Type="Embed" ProgID="Equation.DSMT4" ShapeID="_x0000_i1203" DrawAspect="Content" ObjectID="_1808505235" r:id="rId356"/>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363BD7">
        <w:rPr>
          <w:rFonts w:eastAsia="Calibri"/>
          <w:b/>
          <w:szCs w:val="24"/>
        </w:rPr>
        <w:t>c)</w:t>
      </w:r>
      <w:r w:rsidRPr="00162B74">
        <w:rPr>
          <w:rFonts w:eastAsia="Calibri"/>
          <w:szCs w:val="24"/>
        </w:rPr>
        <w:t xml:space="preserve"> </w:t>
      </w:r>
      <w:r>
        <w:rPr>
          <w:rFonts w:eastAsia="Times New Roman"/>
          <w:b/>
          <w:szCs w:val="24"/>
        </w:rPr>
        <w:t xml:space="preserve">[3] </w:t>
      </w:r>
      <w:r w:rsidRPr="00162B74">
        <w:rPr>
          <w:rFonts w:eastAsia="Calibri"/>
          <w:szCs w:val="24"/>
        </w:rPr>
        <w:t xml:space="preserve">Phương trình </w:t>
      </w:r>
      <w:r w:rsidRPr="00162B74">
        <w:rPr>
          <w:rFonts w:eastAsia="Calibri"/>
          <w:position w:val="-10"/>
          <w:szCs w:val="24"/>
        </w:rPr>
        <w:object w:dxaOrig="620" w:dyaOrig="320">
          <v:shape id="_x0000_i1204" type="#_x0000_t75" style="width:30.9pt;height:16.15pt" o:ole="">
            <v:imagedata r:id="rId357" o:title=""/>
          </v:shape>
          <o:OLEObject Type="Embed" ProgID="Equation.DSMT4" ShapeID="_x0000_i1204" DrawAspect="Content" ObjectID="_1808505236" r:id="rId358"/>
        </w:object>
      </w:r>
      <w:r w:rsidRPr="00162B74">
        <w:rPr>
          <w:rFonts w:eastAsia="Calibri"/>
          <w:szCs w:val="24"/>
        </w:rPr>
        <w:t xml:space="preserve"> có hai nghiệm phân biệt.</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FE6D64">
        <w:rPr>
          <w:rFonts w:eastAsia="Calibri"/>
          <w:b/>
          <w:szCs w:val="24"/>
          <w:u w:val="single"/>
        </w:rPr>
        <w:t>d)</w:t>
      </w:r>
      <w:r w:rsidRPr="00162B74">
        <w:rPr>
          <w:rFonts w:eastAsia="Calibri"/>
          <w:szCs w:val="24"/>
        </w:rPr>
        <w:t xml:space="preserve"> </w:t>
      </w:r>
      <w:r>
        <w:rPr>
          <w:rFonts w:eastAsia="Times New Roman"/>
          <w:b/>
          <w:szCs w:val="24"/>
        </w:rPr>
        <w:t xml:space="preserve">[4] </w:t>
      </w:r>
      <w:r w:rsidRPr="00162B74">
        <w:rPr>
          <w:rFonts w:eastAsia="Calibri"/>
          <w:szCs w:val="24"/>
        </w:rPr>
        <w:t xml:space="preserve">Giá trị lớn nhất của hàm số đã cho là </w:t>
      </w:r>
      <w:r w:rsidRPr="00162B74">
        <w:rPr>
          <w:rFonts w:eastAsia="Calibri"/>
          <w:position w:val="-4"/>
          <w:szCs w:val="24"/>
        </w:rPr>
        <w:object w:dxaOrig="300" w:dyaOrig="260">
          <v:shape id="_x0000_i1205" type="#_x0000_t75" style="width:15.7pt;height:12.9pt" o:ole="">
            <v:imagedata r:id="rId359" o:title=""/>
          </v:shape>
          <o:OLEObject Type="Embed" ProgID="Equation.DSMT4" ShapeID="_x0000_i1205" DrawAspect="Content" ObjectID="_1808505237" r:id="rId360"/>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Pr>
          <w:rFonts w:eastAsia="Times New Roman"/>
          <w:b/>
          <w:bCs/>
          <w:szCs w:val="24"/>
        </w:rPr>
        <w:t>a</w:t>
      </w:r>
      <w:r w:rsidRPr="00162B74">
        <w:rPr>
          <w:rFonts w:eastAsia="Times New Roman"/>
          <w:b/>
          <w:bCs/>
          <w:szCs w:val="24"/>
          <w:lang w:val="vi-VN"/>
        </w:rPr>
        <w:t>)</w:t>
      </w:r>
      <w:r w:rsidRPr="00162B74">
        <w:rPr>
          <w:rFonts w:eastAsia="Times New Roman"/>
          <w:szCs w:val="24"/>
          <w:lang w:val="vi-VN"/>
        </w:rPr>
        <w:t xml:space="preserve"> </w:t>
      </w:r>
      <w:r w:rsidRPr="00162B74">
        <w:rPr>
          <w:rFonts w:eastAsia="Calibri"/>
          <w:b/>
          <w:color w:val="FF0000"/>
          <w:szCs w:val="24"/>
        </w:rPr>
        <w:t>Đúng</w:t>
      </w:r>
    </w:p>
    <w:p w:rsidR="001D1053" w:rsidRPr="00162B74" w:rsidRDefault="001D1053" w:rsidP="001D1053">
      <w:pPr>
        <w:widowControl w:val="0"/>
        <w:pBdr>
          <w:top w:val="nil"/>
          <w:left w:val="nil"/>
          <w:bottom w:val="nil"/>
          <w:right w:val="nil"/>
          <w:between w:val="nil"/>
        </w:pBdr>
        <w:tabs>
          <w:tab w:val="left" w:pos="283"/>
          <w:tab w:val="left" w:pos="2835"/>
          <w:tab w:val="left" w:pos="5386"/>
          <w:tab w:val="left" w:pos="7937"/>
        </w:tabs>
        <w:spacing w:before="0" w:after="0"/>
        <w:ind w:firstLine="283"/>
        <w:rPr>
          <w:rFonts w:eastAsia="Times New Roman"/>
          <w:szCs w:val="24"/>
        </w:rPr>
      </w:pPr>
      <w:r w:rsidRPr="00162B74">
        <w:rPr>
          <w:rFonts w:eastAsia="Times New Roman"/>
          <w:szCs w:val="24"/>
        </w:rPr>
        <w:t xml:space="preserve">Điều kiện: </w:t>
      </w:r>
      <w:r w:rsidRPr="00162B74">
        <w:rPr>
          <w:rFonts w:eastAsia="Times New Roman"/>
          <w:position w:val="-24"/>
          <w:szCs w:val="24"/>
          <w:lang w:val="vi-VN"/>
        </w:rPr>
        <w:object w:dxaOrig="1820" w:dyaOrig="620">
          <v:shape id="_x0000_i1206" type="#_x0000_t75" style="width:90.9pt;height:30.9pt" o:ole="">
            <v:imagedata r:id="rId361" o:title=""/>
          </v:shape>
          <o:OLEObject Type="Embed" ProgID="Equation.DSMT4" ShapeID="_x0000_i1206" DrawAspect="Content" ObjectID="_1808505238" r:id="rId362"/>
        </w:object>
      </w:r>
      <w:r w:rsidRPr="00162B74">
        <w:rPr>
          <w:rFonts w:eastAsia="Times New Roman"/>
          <w:szCs w:val="24"/>
        </w:rPr>
        <w:t xml:space="preserve">. Suy ra </w:t>
      </w:r>
      <w:r w:rsidRPr="00162B74">
        <w:rPr>
          <w:rFonts w:eastAsia="Times New Roman"/>
          <w:position w:val="-28"/>
          <w:szCs w:val="24"/>
          <w:lang w:val="vi-VN"/>
        </w:rPr>
        <w:object w:dxaOrig="1320" w:dyaOrig="680">
          <v:shape id="_x0000_i1207" type="#_x0000_t75" style="width:65.55pt;height:34.6pt" o:ole="">
            <v:imagedata r:id="rId363" o:title=""/>
          </v:shape>
          <o:OLEObject Type="Embed" ProgID="Equation.DSMT4" ShapeID="_x0000_i1207" DrawAspect="Content" ObjectID="_1808505239" r:id="rId364"/>
        </w:object>
      </w:r>
    </w:p>
    <w:p w:rsidR="001D1053" w:rsidRPr="00FE6D64" w:rsidRDefault="001D1053" w:rsidP="001D1053">
      <w:pPr>
        <w:widowControl w:val="0"/>
        <w:pBdr>
          <w:top w:val="nil"/>
          <w:left w:val="nil"/>
          <w:bottom w:val="nil"/>
          <w:right w:val="nil"/>
          <w:between w:val="nil"/>
        </w:pBdr>
        <w:tabs>
          <w:tab w:val="left" w:pos="283"/>
          <w:tab w:val="left" w:pos="2835"/>
          <w:tab w:val="left" w:pos="5386"/>
          <w:tab w:val="left" w:pos="7937"/>
        </w:tabs>
        <w:spacing w:before="0" w:after="0"/>
        <w:ind w:firstLine="283"/>
        <w:rPr>
          <w:rFonts w:eastAsia="Times New Roman"/>
          <w:b/>
          <w:szCs w:val="24"/>
        </w:rPr>
      </w:pPr>
      <w:r w:rsidRPr="00FE6D64">
        <w:rPr>
          <w:rFonts w:eastAsia="Times New Roman"/>
          <w:b/>
          <w:szCs w:val="24"/>
        </w:rPr>
        <w:t>b) Sai</w:t>
      </w:r>
    </w:p>
    <w:p w:rsidR="001D1053" w:rsidRPr="00162B74" w:rsidRDefault="001D1053" w:rsidP="001D1053">
      <w:pPr>
        <w:widowControl w:val="0"/>
        <w:pBdr>
          <w:top w:val="nil"/>
          <w:left w:val="nil"/>
          <w:bottom w:val="nil"/>
          <w:right w:val="nil"/>
          <w:between w:val="nil"/>
        </w:pBdr>
        <w:tabs>
          <w:tab w:val="left" w:pos="283"/>
          <w:tab w:val="left" w:pos="2835"/>
          <w:tab w:val="left" w:pos="5386"/>
          <w:tab w:val="left" w:pos="7937"/>
        </w:tabs>
        <w:spacing w:before="0" w:after="0"/>
        <w:ind w:firstLine="283"/>
        <w:rPr>
          <w:rFonts w:eastAsia="Times New Roman"/>
          <w:szCs w:val="24"/>
        </w:rPr>
      </w:pPr>
      <w:r w:rsidRPr="00162B74">
        <w:rPr>
          <w:rFonts w:eastAsia="Times New Roman"/>
          <w:position w:val="-24"/>
          <w:szCs w:val="24"/>
          <w:lang w:val="vi-VN"/>
        </w:rPr>
        <w:object w:dxaOrig="3720" w:dyaOrig="660">
          <v:shape id="_x0000_i1208" type="#_x0000_t75" style="width:185.55pt;height:32.3pt" o:ole="">
            <v:imagedata r:id="rId365" o:title=""/>
          </v:shape>
          <o:OLEObject Type="Embed" ProgID="Equation.DSMT4" ShapeID="_x0000_i1208" DrawAspect="Content" ObjectID="_1808505240" r:id="rId366"/>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Pr>
          <w:rFonts w:eastAsia="Times New Roman"/>
          <w:b/>
          <w:bCs/>
          <w:szCs w:val="24"/>
        </w:rPr>
        <w:t>c</w:t>
      </w:r>
      <w:r w:rsidRPr="00162B74">
        <w:rPr>
          <w:rFonts w:eastAsia="Times New Roman"/>
          <w:b/>
          <w:bCs/>
          <w:szCs w:val="24"/>
          <w:lang w:val="vi-VN"/>
        </w:rPr>
        <w:t>)</w:t>
      </w:r>
      <w:r w:rsidRPr="00162B74">
        <w:rPr>
          <w:rFonts w:eastAsia="Times New Roman"/>
          <w:szCs w:val="24"/>
          <w:lang w:val="vi-VN"/>
        </w:rPr>
        <w:t xml:space="preserve"> </w:t>
      </w:r>
      <w:r w:rsidR="00363BD7" w:rsidRPr="00363BD7">
        <w:rPr>
          <w:rFonts w:eastAsia="Calibri"/>
          <w:b/>
          <w:szCs w:val="24"/>
        </w:rPr>
        <w:t>Sai</w:t>
      </w:r>
    </w:p>
    <w:p w:rsidR="001D1053" w:rsidRPr="00162B74" w:rsidRDefault="00363BD7" w:rsidP="001D1053">
      <w:pPr>
        <w:tabs>
          <w:tab w:val="left" w:pos="283"/>
          <w:tab w:val="left" w:pos="2835"/>
          <w:tab w:val="left" w:pos="5386"/>
          <w:tab w:val="left" w:pos="7937"/>
        </w:tabs>
        <w:spacing w:before="0" w:after="0"/>
        <w:ind w:firstLine="283"/>
        <w:rPr>
          <w:rFonts w:eastAsia="Times New Roman"/>
          <w:szCs w:val="24"/>
          <w:lang w:val="vi-VN"/>
        </w:rPr>
      </w:pPr>
      <w:r w:rsidRPr="00363BD7">
        <w:rPr>
          <w:rFonts w:eastAsia="Times New Roman"/>
          <w:position w:val="-36"/>
          <w:szCs w:val="24"/>
          <w:lang w:val="vi-VN"/>
        </w:rPr>
        <w:object w:dxaOrig="5420" w:dyaOrig="840">
          <v:shape id="_x0000_i1209" type="#_x0000_t75" style="width:270pt;height:42.45pt" o:ole="">
            <v:imagedata r:id="rId367" o:title=""/>
          </v:shape>
          <o:OLEObject Type="Embed" ProgID="Equation.DSMT4" ShapeID="_x0000_i1209" DrawAspect="Content" ObjectID="_1808505241" r:id="rId368"/>
        </w:object>
      </w:r>
    </w:p>
    <w:p w:rsidR="001D1053" w:rsidRPr="00162B74" w:rsidRDefault="001D1053" w:rsidP="001D1053">
      <w:pPr>
        <w:tabs>
          <w:tab w:val="left" w:pos="283"/>
          <w:tab w:val="left" w:pos="2835"/>
          <w:tab w:val="left" w:pos="5386"/>
          <w:tab w:val="left" w:pos="7937"/>
        </w:tabs>
        <w:spacing w:before="0" w:after="0"/>
        <w:ind w:firstLine="283"/>
        <w:contextualSpacing/>
        <w:rPr>
          <w:rFonts w:eastAsia="Times New Roman"/>
          <w:szCs w:val="24"/>
        </w:rPr>
      </w:pPr>
      <w:r w:rsidRPr="00162B74">
        <w:rPr>
          <w:rFonts w:eastAsia="Times New Roman"/>
          <w:b/>
          <w:bCs/>
          <w:szCs w:val="24"/>
          <w:lang w:val="vi-VN"/>
        </w:rPr>
        <w:t>d)</w:t>
      </w:r>
      <w:r w:rsidRPr="00162B74">
        <w:rPr>
          <w:rFonts w:eastAsia="Times New Roman"/>
          <w:szCs w:val="24"/>
          <w:lang w:val="vi-VN"/>
        </w:rPr>
        <w:t xml:space="preserve"> </w:t>
      </w:r>
      <w:r w:rsidRPr="00162B74">
        <w:rPr>
          <w:rFonts w:eastAsia="Calibri"/>
          <w:b/>
          <w:color w:val="FF0000"/>
          <w:szCs w:val="24"/>
        </w:rPr>
        <w:t>Đúng</w:t>
      </w:r>
    </w:p>
    <w:p w:rsidR="001D1053" w:rsidRPr="00162B74" w:rsidRDefault="001D1053" w:rsidP="001D1053">
      <w:pPr>
        <w:tabs>
          <w:tab w:val="left" w:pos="283"/>
          <w:tab w:val="left" w:pos="2835"/>
          <w:tab w:val="left" w:pos="5386"/>
          <w:tab w:val="left" w:pos="7937"/>
        </w:tabs>
        <w:spacing w:before="0" w:after="0"/>
        <w:ind w:firstLine="283"/>
        <w:rPr>
          <w:rFonts w:eastAsia="Times New Roman"/>
          <w:bCs/>
          <w:szCs w:val="24"/>
        </w:rPr>
      </w:pPr>
      <w:r w:rsidRPr="00162B74">
        <w:rPr>
          <w:rFonts w:eastAsia="Times New Roman"/>
          <w:bCs/>
          <w:szCs w:val="24"/>
        </w:rPr>
        <w:t>Ta có bảng biến thiên:</w:t>
      </w:r>
    </w:p>
    <w:p w:rsidR="001D1053" w:rsidRPr="00162B74" w:rsidRDefault="001D1053" w:rsidP="001D1053">
      <w:pPr>
        <w:tabs>
          <w:tab w:val="left" w:pos="283"/>
          <w:tab w:val="left" w:pos="2835"/>
          <w:tab w:val="left" w:pos="5386"/>
          <w:tab w:val="left" w:pos="7937"/>
        </w:tabs>
        <w:spacing w:before="0" w:after="0"/>
        <w:ind w:firstLine="283"/>
        <w:rPr>
          <w:rFonts w:eastAsia="Times New Roman"/>
          <w:bCs/>
          <w:szCs w:val="24"/>
        </w:rPr>
      </w:pPr>
      <w:r w:rsidRPr="00162B74">
        <w:rPr>
          <w:rFonts w:eastAsia="Times New Roman"/>
          <w:bCs/>
          <w:noProof/>
          <w:szCs w:val="24"/>
        </w:rPr>
        <w:drawing>
          <wp:inline distT="0" distB="0" distL="0" distR="0" wp14:anchorId="5571ECDD" wp14:editId="0E98B447">
            <wp:extent cx="3213219" cy="1062609"/>
            <wp:effectExtent l="0" t="0" r="6350" b="4445"/>
            <wp:docPr id="875603967" name="Picture 8756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246236" cy="1073528"/>
                    </a:xfrm>
                    <a:prstGeom prst="rect">
                      <a:avLst/>
                    </a:prstGeom>
                    <a:noFill/>
                    <a:ln>
                      <a:noFill/>
                    </a:ln>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Times New Roman"/>
          <w:b/>
          <w:color w:val="C00000"/>
          <w:szCs w:val="24"/>
          <w:lang w:val="vi-VN"/>
        </w:rPr>
      </w:pPr>
      <w:r w:rsidRPr="00162B74">
        <w:rPr>
          <w:rFonts w:eastAsia="Times New Roman"/>
          <w:szCs w:val="24"/>
          <w:lang w:val="vi-VN"/>
        </w:rPr>
        <w:t xml:space="preserve">Giá trị lớn nhất của hàm số đã cho là </w:t>
      </w:r>
      <w:r w:rsidRPr="00162B74">
        <w:rPr>
          <w:rFonts w:eastAsia="Times New Roman"/>
          <w:position w:val="-4"/>
          <w:szCs w:val="24"/>
          <w:lang w:val="vi-VN"/>
        </w:rPr>
        <w:object w:dxaOrig="300" w:dyaOrig="260">
          <v:shape id="_x0000_i1210" type="#_x0000_t75" style="width:15.7pt;height:12.9pt" o:ole="">
            <v:imagedata r:id="rId359" o:title=""/>
          </v:shape>
          <o:OLEObject Type="Embed" ProgID="Equation.DSMT4" ShapeID="_x0000_i1210" DrawAspect="Content" ObjectID="_1808505242" r:id="rId370"/>
        </w:object>
      </w:r>
      <w:r w:rsidRPr="00162B74">
        <w:rPr>
          <w:rFonts w:eastAsia="Times New Roman"/>
          <w:szCs w:val="24"/>
          <w:lang w:val="vi-VN"/>
        </w:rPr>
        <w:t>.</w:t>
      </w:r>
    </w:p>
    <w:p w:rsidR="001D1053" w:rsidRPr="005D554B" w:rsidRDefault="001D1053" w:rsidP="001D1053">
      <w:pPr>
        <w:spacing w:before="0" w:after="0"/>
        <w:rPr>
          <w:color w:val="FF0000"/>
          <w:szCs w:val="24"/>
        </w:rPr>
      </w:pPr>
      <w:r w:rsidRPr="005D554B">
        <w:rPr>
          <w:b/>
          <w:bCs/>
          <w:color w:val="FF0000"/>
          <w:szCs w:val="24"/>
        </w:rPr>
        <w:t xml:space="preserve">PHẦN III. Câu trắc nghiệm trả lời ngắn (3,0 điểm). </w:t>
      </w:r>
      <w:r w:rsidRPr="005D554B">
        <w:rPr>
          <w:bCs/>
          <w:color w:val="FF0000"/>
          <w:szCs w:val="24"/>
        </w:rPr>
        <w:t>Thí sinh trả lời từ câu 1 đến câu 6.</w:t>
      </w:r>
    </w:p>
    <w:p w:rsidR="001D1053" w:rsidRPr="00162B74" w:rsidRDefault="001D1053" w:rsidP="001D1053">
      <w:pPr>
        <w:pStyle w:val="ListParagraph"/>
        <w:widowControl/>
        <w:numPr>
          <w:ilvl w:val="0"/>
          <w:numId w:val="28"/>
        </w:numPr>
        <w:autoSpaceDE/>
        <w:autoSpaceDN/>
        <w:spacing w:before="0"/>
        <w:contextualSpacing/>
        <w:jc w:val="both"/>
      </w:pPr>
      <w:r w:rsidRPr="00162B74">
        <w:rPr>
          <w:kern w:val="2"/>
        </w:rPr>
        <w:lastRenderedPageBreak/>
        <w:t xml:space="preserve">Cho hàm số </w:t>
      </w:r>
      <w:r w:rsidRPr="00162B74">
        <w:rPr>
          <w:noProof/>
          <w:position w:val="-24"/>
        </w:rPr>
        <w:object w:dxaOrig="1660" w:dyaOrig="660">
          <v:shape id="_x0000_i1211" type="#_x0000_t75" style="width:86.3pt;height:35.1pt" o:ole="">
            <v:imagedata r:id="rId371" o:title=""/>
          </v:shape>
          <o:OLEObject Type="Embed" ProgID="Equation.DSMT4" ShapeID="_x0000_i1211" DrawAspect="Content" ObjectID="_1808505243" r:id="rId372"/>
        </w:object>
      </w:r>
      <w:r w:rsidRPr="00162B74">
        <w:rPr>
          <w:rFonts w:eastAsia="Palatino Linotype"/>
          <w:noProof/>
        </w:rPr>
        <w:t xml:space="preserve">. Đường thẳng đi qua 2 điểm cực trị của đồ thị hàm số đã cho cắt đường tiệm cận xiên của đồ thị hàm số đã cho tại điểm </w:t>
      </w:r>
      <w:r w:rsidRPr="00162B74">
        <w:rPr>
          <w:noProof/>
          <w:position w:val="-14"/>
        </w:rPr>
        <w:object w:dxaOrig="859" w:dyaOrig="400">
          <v:shape id="_x0000_i1212" type="#_x0000_t75" style="width:42.45pt;height:19.4pt" o:ole="">
            <v:imagedata r:id="rId373" o:title=""/>
          </v:shape>
          <o:OLEObject Type="Embed" ProgID="Equation.DSMT4" ShapeID="_x0000_i1212" DrawAspect="Content" ObjectID="_1808505244" r:id="rId374"/>
        </w:object>
      </w:r>
      <w:r w:rsidRPr="00162B74">
        <w:rPr>
          <w:rFonts w:eastAsia="Palatino Linotype"/>
          <w:noProof/>
        </w:rPr>
        <w:t xml:space="preserve">. Tính </w:t>
      </w:r>
      <w:r w:rsidRPr="00162B74">
        <w:rPr>
          <w:rFonts w:eastAsia="Arial"/>
          <w:position w:val="-6"/>
        </w:rPr>
        <w:object w:dxaOrig="540" w:dyaOrig="279">
          <v:shape id="_x0000_i1213" type="#_x0000_t75" style="width:27.25pt;height:13.4pt" o:ole="">
            <v:imagedata r:id="rId375" o:title=""/>
          </v:shape>
          <o:OLEObject Type="Embed" ProgID="Equation.DSMT4" ShapeID="_x0000_i1213" DrawAspect="Content" ObjectID="_1808505245" r:id="rId376"/>
        </w:object>
      </w:r>
      <w:r w:rsidRPr="00162B74">
        <w:rPr>
          <w:rFonts w:eastAsia="Arial"/>
        </w:rPr>
        <w:t>.</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b/>
          <w:color w:val="0000FF"/>
          <w:szCs w:val="24"/>
        </w:rPr>
        <w:t xml:space="preserve">Đáp số: </w:t>
      </w:r>
      <w:r>
        <w:rPr>
          <w:rFonts w:eastAsia="Calibri"/>
          <w:b/>
          <w:color w:val="0000FF"/>
          <w:szCs w:val="24"/>
        </w:rPr>
        <w:t>-6</w:t>
      </w:r>
    </w:p>
    <w:p w:rsidR="001D1053" w:rsidRPr="00162B74" w:rsidRDefault="001D1053" w:rsidP="001D1053">
      <w:pPr>
        <w:tabs>
          <w:tab w:val="left" w:pos="283"/>
          <w:tab w:val="left" w:pos="2835"/>
          <w:tab w:val="left" w:pos="5386"/>
          <w:tab w:val="left" w:pos="7937"/>
        </w:tabs>
        <w:spacing w:before="0" w:after="0"/>
        <w:ind w:firstLine="283"/>
        <w:rPr>
          <w:rFonts w:eastAsia="Palatino Linotype"/>
          <w:noProof/>
          <w:szCs w:val="24"/>
        </w:rPr>
      </w:pPr>
      <w:r w:rsidRPr="00162B74">
        <w:rPr>
          <w:rFonts w:eastAsia="Palatino Linotype"/>
          <w:noProof/>
          <w:szCs w:val="24"/>
        </w:rPr>
        <w:t xml:space="preserve">Điểm là giao giữa TCX và đường thẳng đi qua 2 điểm cực trị của ĐTHS chính là tâm đối xứng </w:t>
      </w:r>
      <w:r w:rsidRPr="00162B74">
        <w:rPr>
          <w:rFonts w:eastAsia="Palatino Linotype"/>
          <w:noProof/>
          <w:position w:val="-14"/>
          <w:szCs w:val="24"/>
        </w:rPr>
        <w:object w:dxaOrig="740" w:dyaOrig="400">
          <v:shape id="_x0000_i1214" type="#_x0000_t75" style="width:36.9pt;height:19.85pt" o:ole="">
            <v:imagedata r:id="rId377" o:title=""/>
          </v:shape>
          <o:OLEObject Type="Embed" ProgID="Equation.DSMT4" ShapeID="_x0000_i1214" DrawAspect="Content" ObjectID="_1808505246" r:id="rId378"/>
        </w:object>
      </w:r>
      <w:r w:rsidRPr="00162B74">
        <w:rPr>
          <w:rFonts w:eastAsia="Palatino Linotype"/>
          <w:noProof/>
          <w:szCs w:val="24"/>
        </w:rPr>
        <w:t xml:space="preserve"> của đồ thị hàm số.</w:t>
      </w:r>
    </w:p>
    <w:p w:rsidR="001D1053" w:rsidRPr="00162B74" w:rsidRDefault="001D1053" w:rsidP="001D1053">
      <w:pPr>
        <w:tabs>
          <w:tab w:val="left" w:pos="283"/>
          <w:tab w:val="left" w:pos="2835"/>
          <w:tab w:val="left" w:pos="5386"/>
          <w:tab w:val="left" w:pos="7937"/>
        </w:tabs>
        <w:spacing w:before="0" w:after="0"/>
        <w:ind w:firstLine="283"/>
        <w:rPr>
          <w:rFonts w:eastAsia="Arial"/>
          <w:szCs w:val="24"/>
        </w:rPr>
      </w:pPr>
      <w:r w:rsidRPr="00162B74">
        <w:rPr>
          <w:rFonts w:eastAsia="Palatino Linotype"/>
          <w:noProof/>
          <w:szCs w:val="24"/>
        </w:rPr>
        <w:t>Ta c</w:t>
      </w:r>
      <w:r w:rsidRPr="00162B74">
        <w:rPr>
          <w:rFonts w:eastAsia="Arial"/>
          <w:szCs w:val="24"/>
        </w:rPr>
        <w:t>ó</w:t>
      </w:r>
      <w:r w:rsidRPr="00162B74">
        <w:rPr>
          <w:rFonts w:eastAsia="Arial"/>
          <w:szCs w:val="24"/>
          <w:lang w:val="vi-VN"/>
        </w:rPr>
        <w:t xml:space="preserve"> </w:t>
      </w:r>
      <w:r w:rsidRPr="00162B74">
        <w:rPr>
          <w:rFonts w:eastAsia="Arial"/>
          <w:position w:val="-24"/>
          <w:szCs w:val="24"/>
          <w:lang w:val="vi-VN"/>
        </w:rPr>
        <w:object w:dxaOrig="3100" w:dyaOrig="660">
          <v:shape id="_x0000_i1215" type="#_x0000_t75" style="width:156.45pt;height:31.85pt" o:ole="">
            <v:imagedata r:id="rId379" o:title=""/>
          </v:shape>
          <o:OLEObject Type="Embed" ProgID="Equation.DSMT4" ShapeID="_x0000_i1215" DrawAspect="Content" ObjectID="_1808505247" r:id="rId380"/>
        </w:object>
      </w:r>
      <w:r w:rsidRPr="00162B74">
        <w:rPr>
          <w:rFonts w:eastAsia="Arial"/>
          <w:szCs w:val="24"/>
        </w:rPr>
        <w:t xml:space="preserve"> suy ra </w:t>
      </w:r>
      <w:r w:rsidRPr="00162B74">
        <w:rPr>
          <w:rFonts w:eastAsia="Arial"/>
          <w:position w:val="-10"/>
          <w:szCs w:val="24"/>
          <w:lang w:val="vi-VN"/>
        </w:rPr>
        <w:object w:dxaOrig="980" w:dyaOrig="320">
          <v:shape id="_x0000_i1216" type="#_x0000_t75" style="width:49.4pt;height:16.15pt" o:ole="">
            <v:imagedata r:id="rId381" o:title=""/>
          </v:shape>
          <o:OLEObject Type="Embed" ProgID="Equation.DSMT4" ShapeID="_x0000_i1216" DrawAspect="Content" ObjectID="_1808505248" r:id="rId382"/>
        </w:object>
      </w:r>
      <w:r w:rsidRPr="00162B74">
        <w:rPr>
          <w:rFonts w:eastAsia="Arial"/>
          <w:szCs w:val="24"/>
        </w:rPr>
        <w:t xml:space="preserve"> </w:t>
      </w:r>
      <w:r w:rsidRPr="00162B74">
        <w:rPr>
          <w:rFonts w:eastAsia="Arial"/>
          <w:szCs w:val="24"/>
          <w:lang w:val="vi-VN"/>
        </w:rPr>
        <w:t xml:space="preserve">là </w:t>
      </w:r>
      <w:r w:rsidRPr="00162B74">
        <w:rPr>
          <w:rFonts w:eastAsia="Arial"/>
          <w:szCs w:val="24"/>
        </w:rPr>
        <w:t>TCX</w:t>
      </w:r>
      <w:r w:rsidRPr="00162B74">
        <w:rPr>
          <w:rFonts w:eastAsia="Arial"/>
          <w:szCs w:val="24"/>
          <w:lang w:val="vi-VN"/>
        </w:rPr>
        <w:t xml:space="preserve"> của </w:t>
      </w:r>
      <w:r w:rsidRPr="00162B74">
        <w:rPr>
          <w:rFonts w:eastAsia="Palatino Linotype"/>
          <w:noProof/>
          <w:szCs w:val="24"/>
        </w:rPr>
        <w:t>ĐTHS</w:t>
      </w:r>
      <w:r w:rsidRPr="00162B74">
        <w:rPr>
          <w:rFonts w:eastAsia="Arial"/>
          <w:szCs w:val="24"/>
          <w:lang w:val="vi-VN"/>
        </w:rPr>
        <w:t>.</w:t>
      </w:r>
    </w:p>
    <w:p w:rsidR="001D1053" w:rsidRPr="00162B74" w:rsidRDefault="001D1053" w:rsidP="001D1053">
      <w:pPr>
        <w:tabs>
          <w:tab w:val="left" w:pos="283"/>
          <w:tab w:val="left" w:pos="2835"/>
          <w:tab w:val="left" w:pos="5386"/>
          <w:tab w:val="left" w:pos="7937"/>
        </w:tabs>
        <w:spacing w:before="0" w:after="0"/>
        <w:ind w:firstLine="283"/>
        <w:rPr>
          <w:rFonts w:eastAsia="Palatino Linotype"/>
          <w:noProof/>
          <w:szCs w:val="24"/>
        </w:rPr>
      </w:pPr>
      <w:r w:rsidRPr="00162B74">
        <w:rPr>
          <w:rFonts w:eastAsia="Palatino Linotype"/>
          <w:noProof/>
          <w:szCs w:val="24"/>
        </w:rPr>
        <w:t xml:space="preserve">Và TCĐ của ĐTHS là đường thẳng </w:t>
      </w:r>
      <w:r w:rsidRPr="00162B74">
        <w:rPr>
          <w:rFonts w:eastAsia="Palatino Linotype"/>
          <w:noProof/>
          <w:position w:val="-6"/>
          <w:szCs w:val="24"/>
        </w:rPr>
        <w:object w:dxaOrig="680" w:dyaOrig="279">
          <v:shape id="_x0000_i1217" type="#_x0000_t75" style="width:34.15pt;height:13.4pt" o:ole="">
            <v:imagedata r:id="rId383" o:title=""/>
          </v:shape>
          <o:OLEObject Type="Embed" ProgID="Equation.DSMT4" ShapeID="_x0000_i1217" DrawAspect="Content" ObjectID="_1808505249" r:id="rId384"/>
        </w:object>
      </w:r>
      <w:r w:rsidRPr="00162B74">
        <w:rPr>
          <w:rFonts w:eastAsia="Palatino Linotype"/>
          <w:noProof/>
          <w:szCs w:val="24"/>
        </w:rPr>
        <w:t>.</w:t>
      </w:r>
    </w:p>
    <w:p w:rsidR="001D1053" w:rsidRPr="00162B74" w:rsidRDefault="001D1053" w:rsidP="001D1053">
      <w:pPr>
        <w:tabs>
          <w:tab w:val="left" w:pos="283"/>
          <w:tab w:val="left" w:pos="2835"/>
          <w:tab w:val="left" w:pos="5386"/>
          <w:tab w:val="left" w:pos="7937"/>
        </w:tabs>
        <w:spacing w:before="0" w:after="0"/>
        <w:ind w:firstLine="283"/>
        <w:rPr>
          <w:rFonts w:eastAsia="Palatino Linotype"/>
          <w:noProof/>
          <w:szCs w:val="24"/>
        </w:rPr>
      </w:pPr>
      <w:r w:rsidRPr="00162B74">
        <w:rPr>
          <w:rFonts w:eastAsia="Palatino Linotype"/>
          <w:noProof/>
          <w:szCs w:val="24"/>
        </w:rPr>
        <w:t xml:space="preserve">Khi đó </w:t>
      </w:r>
      <w:r w:rsidRPr="00162B74">
        <w:rPr>
          <w:rFonts w:eastAsia="Palatino Linotype"/>
          <w:noProof/>
          <w:position w:val="-10"/>
          <w:szCs w:val="24"/>
        </w:rPr>
        <w:object w:dxaOrig="2659" w:dyaOrig="320">
          <v:shape id="_x0000_i1218" type="#_x0000_t75" style="width:132.45pt;height:16.15pt" o:ole="">
            <v:imagedata r:id="rId385" o:title=""/>
          </v:shape>
          <o:OLEObject Type="Embed" ProgID="Equation.DSMT4" ShapeID="_x0000_i1218" DrawAspect="Content" ObjectID="_1808505250" r:id="rId386"/>
        </w:object>
      </w:r>
      <w:r w:rsidRPr="00162B74">
        <w:rPr>
          <w:rFonts w:eastAsia="Palatino Linotype"/>
          <w:noProof/>
          <w:szCs w:val="24"/>
        </w:rPr>
        <w:t>.</w:t>
      </w:r>
    </w:p>
    <w:p w:rsidR="001D1053" w:rsidRPr="00162B74" w:rsidRDefault="001D1053" w:rsidP="001D1053">
      <w:pPr>
        <w:pStyle w:val="ListParagraph"/>
        <w:widowControl/>
        <w:numPr>
          <w:ilvl w:val="0"/>
          <w:numId w:val="28"/>
        </w:numPr>
        <w:autoSpaceDE/>
        <w:autoSpaceDN/>
        <w:spacing w:before="0"/>
        <w:contextualSpacing/>
        <w:jc w:val="both"/>
        <w:rPr>
          <w:kern w:val="2"/>
        </w:rPr>
      </w:pPr>
      <w:r w:rsidRPr="00162B74">
        <w:rPr>
          <w:rFonts w:eastAsia="Arial"/>
        </w:rPr>
        <w:t xml:space="preserve">Cho hình chóp </w:t>
      </w:r>
      <w:r w:rsidRPr="00162B74">
        <w:rPr>
          <w:position w:val="-6"/>
        </w:rPr>
        <w:object w:dxaOrig="920" w:dyaOrig="279">
          <v:shape id="_x0000_i1219" type="#_x0000_t75" style="width:46.6pt;height:13.4pt" o:ole="">
            <v:imagedata r:id="rId387" o:title=""/>
          </v:shape>
          <o:OLEObject Type="Embed" ProgID="Equation.DSMT4" ShapeID="_x0000_i1219" DrawAspect="Content" ObjectID="_1808505251" r:id="rId388"/>
        </w:object>
      </w:r>
      <w:r w:rsidRPr="00162B74">
        <w:rPr>
          <w:rFonts w:eastAsia="Arial"/>
          <w:lang w:val="nl-NL"/>
        </w:rPr>
        <w:t xml:space="preserve"> có đáy</w:t>
      </w:r>
      <w:r w:rsidRPr="00162B74">
        <w:rPr>
          <w:rFonts w:eastAsia="Arial"/>
        </w:rPr>
        <w:t xml:space="preserve"> là hình chữ nhật cạnh</w:t>
      </w:r>
      <w:r w:rsidRPr="00162B74">
        <w:rPr>
          <w:rFonts w:eastAsia="Arial"/>
          <w:lang w:val="nl-NL"/>
        </w:rPr>
        <w:t xml:space="preserve"> </w:t>
      </w:r>
      <w:r w:rsidRPr="00162B74">
        <w:rPr>
          <w:position w:val="-4"/>
        </w:rPr>
        <w:object w:dxaOrig="760" w:dyaOrig="260">
          <v:shape id="_x0000_i1220" type="#_x0000_t75" style="width:37.85pt;height:12.45pt" o:ole="">
            <v:imagedata r:id="rId389" o:title=""/>
          </v:shape>
          <o:OLEObject Type="Embed" ProgID="Equation.DSMT4" ShapeID="_x0000_i1220" DrawAspect="Content" ObjectID="_1808505252" r:id="rId390"/>
        </w:object>
      </w:r>
      <w:r w:rsidRPr="00162B74">
        <w:rPr>
          <w:rFonts w:eastAsia="Arial"/>
        </w:rPr>
        <w:t xml:space="preserve">, </w:t>
      </w:r>
      <w:r w:rsidRPr="00162B74">
        <w:rPr>
          <w:position w:val="-4"/>
        </w:rPr>
        <w:object w:dxaOrig="780" w:dyaOrig="260">
          <v:shape id="_x0000_i1221" type="#_x0000_t75" style="width:39.25pt;height:12.45pt" o:ole="">
            <v:imagedata r:id="rId391" o:title=""/>
          </v:shape>
          <o:OLEObject Type="Embed" ProgID="Equation.DSMT4" ShapeID="_x0000_i1221" DrawAspect="Content" ObjectID="_1808505253" r:id="rId392"/>
        </w:object>
      </w:r>
      <w:r w:rsidRPr="00162B74">
        <w:rPr>
          <w:rFonts w:eastAsia="Arial"/>
        </w:rPr>
        <w:t xml:space="preserve">. Biết </w:t>
      </w:r>
      <w:r w:rsidRPr="00162B74">
        <w:rPr>
          <w:position w:val="-6"/>
        </w:rPr>
        <w:object w:dxaOrig="680" w:dyaOrig="279">
          <v:shape id="_x0000_i1222" type="#_x0000_t75" style="width:34.15pt;height:13.4pt" o:ole="">
            <v:imagedata r:id="rId393" o:title=""/>
          </v:shape>
          <o:OLEObject Type="Embed" ProgID="Equation.DSMT4" ShapeID="_x0000_i1222" DrawAspect="Content" ObjectID="_1808505254" r:id="rId394"/>
        </w:object>
      </w:r>
      <w:r w:rsidRPr="00162B74">
        <w:rPr>
          <w:rFonts w:eastAsia="Arial"/>
        </w:rPr>
        <w:t xml:space="preserve"> và </w:t>
      </w:r>
      <w:r w:rsidRPr="00162B74">
        <w:rPr>
          <w:position w:val="-14"/>
        </w:rPr>
        <w:object w:dxaOrig="1440" w:dyaOrig="400">
          <v:shape id="_x0000_i1223" type="#_x0000_t75" style="width:1in;height:19.4pt" o:ole="">
            <v:imagedata r:id="rId395" o:title=""/>
          </v:shape>
          <o:OLEObject Type="Embed" ProgID="Equation.DSMT4" ShapeID="_x0000_i1223" DrawAspect="Content" ObjectID="_1808505255" r:id="rId396"/>
        </w:object>
      </w:r>
      <w:r w:rsidRPr="00162B74">
        <w:rPr>
          <w:rFonts w:eastAsia="Arial"/>
        </w:rPr>
        <w:t xml:space="preserve">. Lấy </w:t>
      </w:r>
      <w:r w:rsidRPr="00162B74">
        <w:rPr>
          <w:position w:val="-4"/>
        </w:rPr>
        <w:object w:dxaOrig="320" w:dyaOrig="260">
          <v:shape id="_x0000_i1224" type="#_x0000_t75" style="width:16.15pt;height:12.45pt" o:ole="">
            <v:imagedata r:id="rId397" o:title=""/>
          </v:shape>
          <o:OLEObject Type="Embed" ProgID="Equation.DSMT4" ShapeID="_x0000_i1224" DrawAspect="Content" ObjectID="_1808505256" r:id="rId398"/>
        </w:object>
      </w:r>
      <w:r w:rsidRPr="00162B74">
        <w:rPr>
          <w:rFonts w:eastAsia="Arial"/>
        </w:rPr>
        <w:t xml:space="preserve">, </w:t>
      </w:r>
      <w:r w:rsidRPr="00162B74">
        <w:rPr>
          <w:position w:val="-6"/>
        </w:rPr>
        <w:object w:dxaOrig="279" w:dyaOrig="279">
          <v:shape id="_x0000_i1225" type="#_x0000_t75" style="width:13.4pt;height:13.4pt" o:ole="">
            <v:imagedata r:id="rId399" o:title=""/>
          </v:shape>
          <o:OLEObject Type="Embed" ProgID="Equation.DSMT4" ShapeID="_x0000_i1225" DrawAspect="Content" ObjectID="_1808505257" r:id="rId400"/>
        </w:object>
      </w:r>
      <w:r w:rsidRPr="00162B74">
        <w:rPr>
          <w:rFonts w:eastAsia="Arial"/>
        </w:rPr>
        <w:t xml:space="preserve"> lần lượt là trung điểm của cạnh </w:t>
      </w:r>
      <w:r w:rsidRPr="00162B74">
        <w:rPr>
          <w:position w:val="-6"/>
        </w:rPr>
        <w:object w:dxaOrig="360" w:dyaOrig="279">
          <v:shape id="_x0000_i1226" type="#_x0000_t75" style="width:18.9pt;height:13.4pt" o:ole="">
            <v:imagedata r:id="rId401" o:title=""/>
          </v:shape>
          <o:OLEObject Type="Embed" ProgID="Equation.DSMT4" ShapeID="_x0000_i1226" DrawAspect="Content" ObjectID="_1808505258" r:id="rId402"/>
        </w:object>
      </w:r>
      <w:r w:rsidRPr="00162B74">
        <w:rPr>
          <w:rFonts w:eastAsia="Arial"/>
        </w:rPr>
        <w:t xml:space="preserve"> và </w:t>
      </w:r>
      <w:r w:rsidRPr="00162B74">
        <w:rPr>
          <w:position w:val="-6"/>
        </w:rPr>
        <w:object w:dxaOrig="380" w:dyaOrig="279">
          <v:shape id="_x0000_i1227" type="#_x0000_t75" style="width:18.9pt;height:14.3pt" o:ole="">
            <v:imagedata r:id="rId403" o:title=""/>
          </v:shape>
          <o:OLEObject Type="Embed" ProgID="Equation.DSMT4" ShapeID="_x0000_i1227" DrawAspect="Content" ObjectID="_1808505259" r:id="rId404"/>
        </w:object>
      </w:r>
      <w:r w:rsidRPr="00162B74">
        <w:rPr>
          <w:rFonts w:eastAsia="Arial"/>
        </w:rPr>
        <w:t xml:space="preserve">. Gọi </w:t>
      </w:r>
      <w:r w:rsidRPr="00162B74">
        <w:rPr>
          <w:position w:val="-4"/>
        </w:rPr>
        <w:object w:dxaOrig="200" w:dyaOrig="260">
          <v:shape id="_x0000_i1228" type="#_x0000_t75" style="width:10.15pt;height:12.45pt" o:ole="">
            <v:imagedata r:id="rId405" o:title=""/>
          </v:shape>
          <o:OLEObject Type="Embed" ProgID="Equation.DSMT4" ShapeID="_x0000_i1228" DrawAspect="Content" ObjectID="_1808505260" r:id="rId406"/>
        </w:object>
      </w:r>
      <w:r w:rsidRPr="00162B74">
        <w:rPr>
          <w:rFonts w:eastAsia="Arial"/>
        </w:rPr>
        <w:t xml:space="preserve"> là điểm cách đều 4 điểm </w:t>
      </w:r>
      <w:r w:rsidRPr="00162B74">
        <w:rPr>
          <w:position w:val="-10"/>
        </w:rPr>
        <w:object w:dxaOrig="1080" w:dyaOrig="320">
          <v:shape id="_x0000_i1229" type="#_x0000_t75" style="width:54pt;height:16.15pt" o:ole="">
            <v:imagedata r:id="rId407" o:title=""/>
          </v:shape>
          <o:OLEObject Type="Embed" ProgID="Equation.DSMT4" ShapeID="_x0000_i1229" DrawAspect="Content" ObjectID="_1808505261" r:id="rId408"/>
        </w:object>
      </w:r>
      <w:r w:rsidRPr="00162B74">
        <w:rPr>
          <w:rFonts w:eastAsia="Arial"/>
        </w:rPr>
        <w:t xml:space="preserve">. Tính khoảng cách từ </w:t>
      </w:r>
      <w:r w:rsidRPr="00162B74">
        <w:rPr>
          <w:position w:val="-4"/>
        </w:rPr>
        <w:object w:dxaOrig="200" w:dyaOrig="260">
          <v:shape id="_x0000_i1230" type="#_x0000_t75" style="width:10.15pt;height:12.45pt" o:ole="">
            <v:imagedata r:id="rId405" o:title=""/>
          </v:shape>
          <o:OLEObject Type="Embed" ProgID="Equation.DSMT4" ShapeID="_x0000_i1230" DrawAspect="Content" ObjectID="_1808505262" r:id="rId409"/>
        </w:object>
      </w:r>
      <w:r w:rsidRPr="00162B74">
        <w:rPr>
          <w:rFonts w:eastAsia="Arial"/>
        </w:rPr>
        <w:t xml:space="preserve"> đến mặt phẳng </w:t>
      </w:r>
      <w:r w:rsidRPr="00162B74">
        <w:rPr>
          <w:position w:val="-14"/>
        </w:rPr>
        <w:object w:dxaOrig="920" w:dyaOrig="400">
          <v:shape id="_x0000_i1231" type="#_x0000_t75" style="width:46.6pt;height:19.4pt" o:ole="">
            <v:imagedata r:id="rId410" o:title=""/>
          </v:shape>
          <o:OLEObject Type="Embed" ProgID="Equation.DSMT4" ShapeID="_x0000_i1231" DrawAspect="Content" ObjectID="_1808505263" r:id="rId411"/>
        </w:object>
      </w:r>
      <w:r w:rsidRPr="00162B74">
        <w:rPr>
          <w:rFonts w:eastAsia="Arial"/>
        </w:rPr>
        <w:t>.</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00FF"/>
          <w:szCs w:val="24"/>
        </w:rPr>
      </w:pPr>
      <w:r w:rsidRPr="00162B74">
        <w:rPr>
          <w:rFonts w:eastAsia="Calibri"/>
          <w:b/>
          <w:color w:val="0000FF"/>
          <w:szCs w:val="24"/>
        </w:rPr>
        <w:t xml:space="preserve">Đáp số: </w:t>
      </w:r>
      <w:r>
        <w:rPr>
          <w:rFonts w:eastAsia="Calibri"/>
          <w:b/>
          <w:color w:val="0000FF"/>
          <w:szCs w:val="24"/>
        </w:rPr>
        <w:t>1,5</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noProof/>
          <w:szCs w:val="24"/>
        </w:rPr>
        <w:drawing>
          <wp:inline distT="0" distB="0" distL="0" distR="0" wp14:anchorId="1348C10B" wp14:editId="69226DC7">
            <wp:extent cx="2132021" cy="2030977"/>
            <wp:effectExtent l="0" t="0" r="1905" b="7620"/>
            <wp:docPr id="60854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40606" name=""/>
                    <pic:cNvPicPr/>
                  </pic:nvPicPr>
                  <pic:blipFill>
                    <a:blip r:embed="rId412"/>
                    <a:stretch>
                      <a:fillRect/>
                    </a:stretch>
                  </pic:blipFill>
                  <pic:spPr>
                    <a:xfrm>
                      <a:off x="0" y="0"/>
                      <a:ext cx="2142791" cy="2041236"/>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szCs w:val="24"/>
          <w:lang w:val="vi-VN"/>
        </w:rPr>
      </w:pPr>
      <w:bookmarkStart w:id="2" w:name="_Hlk191581980"/>
      <w:r w:rsidRPr="00162B74">
        <w:rPr>
          <w:rFonts w:eastAsia="Arial"/>
          <w:szCs w:val="24"/>
          <w:lang w:val="vi-VN"/>
        </w:rPr>
        <w:t xml:space="preserve">Vì </w:t>
      </w:r>
      <w:r w:rsidRPr="00162B74">
        <w:rPr>
          <w:rFonts w:eastAsia="Arial"/>
          <w:position w:val="-4"/>
          <w:szCs w:val="24"/>
          <w:lang w:val="vi-VN"/>
        </w:rPr>
        <w:object w:dxaOrig="200" w:dyaOrig="260">
          <v:shape id="_x0000_i1232" type="#_x0000_t75" style="width:10.6pt;height:12.45pt" o:ole="">
            <v:imagedata r:id="rId405" o:title=""/>
          </v:shape>
          <o:OLEObject Type="Embed" ProgID="Equation.DSMT4" ShapeID="_x0000_i1232" DrawAspect="Content" ObjectID="_1808505264" r:id="rId413"/>
        </w:object>
      </w:r>
      <w:r w:rsidRPr="00162B74">
        <w:rPr>
          <w:rFonts w:eastAsia="Arial"/>
          <w:szCs w:val="24"/>
          <w:lang w:val="vi-VN"/>
        </w:rPr>
        <w:t xml:space="preserve"> cách đều 4 điểm </w:t>
      </w:r>
      <w:r w:rsidRPr="00162B74">
        <w:rPr>
          <w:rFonts w:eastAsia="Arial"/>
          <w:position w:val="-10"/>
          <w:szCs w:val="24"/>
          <w:lang w:val="vi-VN"/>
        </w:rPr>
        <w:object w:dxaOrig="1080" w:dyaOrig="320">
          <v:shape id="_x0000_i1233" type="#_x0000_t75" style="width:54pt;height:16.15pt" o:ole="">
            <v:imagedata r:id="rId407" o:title=""/>
          </v:shape>
          <o:OLEObject Type="Embed" ProgID="Equation.DSMT4" ShapeID="_x0000_i1233" DrawAspect="Content" ObjectID="_1808505265" r:id="rId414"/>
        </w:object>
      </w:r>
      <w:r w:rsidRPr="00162B74">
        <w:rPr>
          <w:rFonts w:eastAsia="Arial"/>
          <w:szCs w:val="24"/>
          <w:lang w:val="vi-VN"/>
        </w:rPr>
        <w:t xml:space="preserve"> nên </w:t>
      </w:r>
      <w:r w:rsidRPr="00162B74">
        <w:rPr>
          <w:rFonts w:eastAsia="Calibri"/>
          <w:position w:val="-4"/>
          <w:szCs w:val="24"/>
        </w:rPr>
        <w:object w:dxaOrig="200" w:dyaOrig="260">
          <v:shape id="_x0000_i1234" type="#_x0000_t75" style="width:10.6pt;height:12.45pt" o:ole="">
            <v:imagedata r:id="rId405" o:title=""/>
          </v:shape>
          <o:OLEObject Type="Embed" ProgID="Equation.DSMT4" ShapeID="_x0000_i1234" DrawAspect="Content" ObjectID="_1808505266" r:id="rId415"/>
        </w:object>
      </w:r>
      <w:bookmarkEnd w:id="2"/>
      <w:r w:rsidRPr="00162B74">
        <w:rPr>
          <w:rFonts w:eastAsia="Calibri"/>
          <w:szCs w:val="24"/>
          <w:lang w:val="vi-VN"/>
        </w:rPr>
        <w:t xml:space="preserve"> nằm trên mặt phẳng trung trực của </w:t>
      </w:r>
      <w:r w:rsidRPr="00162B74">
        <w:rPr>
          <w:rFonts w:eastAsia="Arial"/>
          <w:position w:val="-6"/>
          <w:szCs w:val="24"/>
          <w:lang w:val="vi-VN"/>
        </w:rPr>
        <w:object w:dxaOrig="340" w:dyaOrig="279">
          <v:shape id="_x0000_i1235" type="#_x0000_t75" style="width:17.1pt;height:13.4pt" o:ole="">
            <v:imagedata r:id="rId416" o:title=""/>
          </v:shape>
          <o:OLEObject Type="Embed" ProgID="Equation.DSMT4" ShapeID="_x0000_i1235" DrawAspect="Content" ObjectID="_1808505267" r:id="rId417"/>
        </w:object>
      </w:r>
      <w:r w:rsidRPr="00162B74">
        <w:rPr>
          <w:rFonts w:eastAsia="Calibri"/>
          <w:szCs w:val="24"/>
          <w:lang w:val="vi-VN"/>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lang w:val="vi-VN"/>
        </w:rPr>
        <w:t xml:space="preserve">Mặt khác </w:t>
      </w:r>
      <w:r w:rsidRPr="00162B74">
        <w:rPr>
          <w:rFonts w:eastAsia="Calibri"/>
          <w:position w:val="-14"/>
          <w:szCs w:val="24"/>
        </w:rPr>
        <w:object w:dxaOrig="1440" w:dyaOrig="400">
          <v:shape id="_x0000_i1236" type="#_x0000_t75" style="width:72.45pt;height:19.4pt" o:ole="">
            <v:imagedata r:id="rId418" o:title=""/>
          </v:shape>
          <o:OLEObject Type="Embed" ProgID="Equation.DSMT4" ShapeID="_x0000_i1236" DrawAspect="Content" ObjectID="_1808505268" r:id="rId419"/>
        </w:object>
      </w:r>
      <w:r w:rsidRPr="00162B74">
        <w:rPr>
          <w:rFonts w:eastAsia="Calibri"/>
          <w:szCs w:val="24"/>
          <w:lang w:val="vi-VN"/>
        </w:rPr>
        <w:t xml:space="preserve"> suy ra </w:t>
      </w:r>
      <w:bookmarkStart w:id="3" w:name="_Hlk193652014"/>
      <w:r w:rsidRPr="00162B74">
        <w:rPr>
          <w:rFonts w:eastAsia="Arial"/>
          <w:position w:val="-24"/>
          <w:szCs w:val="24"/>
          <w:lang w:val="vi-VN"/>
        </w:rPr>
        <w:object w:dxaOrig="2540" w:dyaOrig="620">
          <v:shape id="_x0000_i1237" type="#_x0000_t75" style="width:127.4pt;height:30.45pt" o:ole="">
            <v:imagedata r:id="rId420" o:title=""/>
          </v:shape>
          <o:OLEObject Type="Embed" ProgID="Equation.DSMT4" ShapeID="_x0000_i1237" DrawAspect="Content" ObjectID="_1808505269" r:id="rId421"/>
        </w:object>
      </w:r>
      <w:bookmarkEnd w:id="3"/>
      <w:r w:rsidRPr="00162B74">
        <w:rPr>
          <w:rFonts w:eastAsia="Arial"/>
          <w:szCs w:val="24"/>
          <w:lang w:val="vi-VN"/>
        </w:rPr>
        <w:t>.</w:t>
      </w:r>
    </w:p>
    <w:p w:rsidR="001D1053" w:rsidRPr="00162B74" w:rsidRDefault="001D1053" w:rsidP="001D1053">
      <w:pPr>
        <w:pStyle w:val="ListParagraph"/>
        <w:widowControl/>
        <w:numPr>
          <w:ilvl w:val="0"/>
          <w:numId w:val="28"/>
        </w:numPr>
        <w:autoSpaceDE/>
        <w:autoSpaceDN/>
        <w:spacing w:before="0"/>
        <w:contextualSpacing/>
        <w:jc w:val="both"/>
        <w:rPr>
          <w:bCs/>
          <w:kern w:val="2"/>
        </w:rPr>
      </w:pPr>
      <w:r w:rsidRPr="00162B74">
        <w:rPr>
          <w:bCs/>
          <w:kern w:val="2"/>
        </w:rPr>
        <w:t xml:space="preserve">Một người gửi </w:t>
      </w:r>
      <w:bookmarkStart w:id="4" w:name="MTBlankEqn"/>
      <w:r w:rsidRPr="00A2379E">
        <w:rPr>
          <w:position w:val="-6"/>
        </w:rPr>
        <w:object w:dxaOrig="420" w:dyaOrig="279">
          <v:shape id="_x0000_i1238" type="#_x0000_t75" style="width:21.25pt;height:13.85pt" o:ole="">
            <v:imagedata r:id="rId422" o:title=""/>
          </v:shape>
          <o:OLEObject Type="Embed" ProgID="Equation.DSMT4" ShapeID="_x0000_i1238" DrawAspect="Content" ObjectID="_1808505270" r:id="rId423"/>
        </w:object>
      </w:r>
      <w:bookmarkEnd w:id="4"/>
      <w:r w:rsidRPr="00162B74">
        <w:rPr>
          <w:bCs/>
          <w:kern w:val="2"/>
        </w:rPr>
        <w:t xml:space="preserve">triệu đồng vào một ngân hàng với lãi suất </w:t>
      </w:r>
      <w:r w:rsidRPr="00A2379E">
        <w:rPr>
          <w:position w:val="-6"/>
        </w:rPr>
        <w:object w:dxaOrig="400" w:dyaOrig="279">
          <v:shape id="_x0000_i1239" type="#_x0000_t75" style="width:19.85pt;height:13.85pt" o:ole="">
            <v:imagedata r:id="rId424" o:title=""/>
          </v:shape>
          <o:OLEObject Type="Embed" ProgID="Equation.DSMT4" ShapeID="_x0000_i1239" DrawAspect="Content" ObjectID="_1808505271" r:id="rId425"/>
        </w:object>
      </w:r>
      <w:r w:rsidRPr="00162B74">
        <w:rPr>
          <w:bCs/>
          <w:kern w:val="2"/>
        </w:rPr>
        <w:t>/năm. Biết rằng nếu không rút tiền khỏi ngân hàng thì cứ sau mỗi năm số tiền lãi sẽ được nhập vào gốc để tính cho năm tiếp theo. Hỏi sau ít nhất bao nhiêu năm, người đó nhận được số tiền nhiều hơn 600 triệu đồng bao gồm cả gốc và lãi? Giả định trong suốt thời gian gửi, lãi suất không thay đổi và người đó không rút tiền ra?</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9900"/>
          <w:szCs w:val="24"/>
        </w:rPr>
        <w:t>Đáp số: 11</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Gọi </w:t>
      </w:r>
      <w:r w:rsidRPr="00A2379E">
        <w:rPr>
          <w:position w:val="-6"/>
        </w:rPr>
        <w:object w:dxaOrig="820" w:dyaOrig="279">
          <v:shape id="_x0000_i1240" type="#_x0000_t75" style="width:41.1pt;height:13.85pt" o:ole="">
            <v:imagedata r:id="rId426" o:title=""/>
          </v:shape>
          <o:OLEObject Type="Embed" ProgID="Equation.DSMT4" ShapeID="_x0000_i1240" DrawAspect="Content" ObjectID="_1808505272" r:id="rId427"/>
        </w:object>
      </w:r>
      <w:r w:rsidRPr="00162B74">
        <w:rPr>
          <w:rFonts w:eastAsia="Calibri"/>
          <w:szCs w:val="24"/>
        </w:rPr>
        <w:t xml:space="preserve">triệu là số tiền gửi vào ngân hàng với lãi suất </w:t>
      </w:r>
      <w:r w:rsidRPr="00A2379E">
        <w:rPr>
          <w:position w:val="-6"/>
        </w:rPr>
        <w:object w:dxaOrig="940" w:dyaOrig="279">
          <v:shape id="_x0000_i1241" type="#_x0000_t75" style="width:47.1pt;height:13.85pt" o:ole="">
            <v:imagedata r:id="rId428" o:title=""/>
          </v:shape>
          <o:OLEObject Type="Embed" ProgID="Equation.DSMT4" ShapeID="_x0000_i1241" DrawAspect="Content" ObjectID="_1808505273" r:id="rId429"/>
        </w:object>
      </w:r>
      <w:r w:rsidRPr="00162B74">
        <w:rPr>
          <w:rFonts w:eastAsia="Calibri"/>
          <w:szCs w:val="24"/>
        </w:rPr>
        <w:t xml:space="preserve"> năm.</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Số tiền sau 1 năm </w:t>
      </w:r>
      <w:r w:rsidRPr="00A2379E">
        <w:rPr>
          <w:position w:val="-14"/>
        </w:rPr>
        <w:object w:dxaOrig="2140" w:dyaOrig="400">
          <v:shape id="_x0000_i1242" type="#_x0000_t75" style="width:107.1pt;height:19.85pt" o:ole="">
            <v:imagedata r:id="rId430" o:title=""/>
          </v:shape>
          <o:OLEObject Type="Embed" ProgID="Equation.DSMT4" ShapeID="_x0000_i1242" DrawAspect="Content" ObjectID="_1808505274" r:id="rId431"/>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Số tiền sau 2 năm </w:t>
      </w:r>
      <w:r w:rsidRPr="00A2379E">
        <w:rPr>
          <w:position w:val="-14"/>
        </w:rPr>
        <w:object w:dxaOrig="3860" w:dyaOrig="440">
          <v:shape id="_x0000_i1243" type="#_x0000_t75" style="width:192.9pt;height:22.15pt" o:ole="">
            <v:imagedata r:id="rId432" o:title=""/>
          </v:shape>
          <o:OLEObject Type="Embed" ProgID="Equation.DSMT4" ShapeID="_x0000_i1243" DrawAspect="Content" ObjectID="_1808505275" r:id="rId433"/>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Số tiền sau n năm </w:t>
      </w:r>
      <w:r w:rsidRPr="00A2379E">
        <w:rPr>
          <w:position w:val="-14"/>
        </w:rPr>
        <w:object w:dxaOrig="1620" w:dyaOrig="440">
          <v:shape id="_x0000_i1244" type="#_x0000_t75" style="width:81.25pt;height:22.15pt" o:ole="">
            <v:imagedata r:id="rId434" o:title=""/>
          </v:shape>
          <o:OLEObject Type="Embed" ProgID="Equation.DSMT4" ShapeID="_x0000_i1244" DrawAspect="Content" ObjectID="_1808505276" r:id="rId435"/>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Vậy để số tiền nhiều hơn 600 triệu </w:t>
      </w:r>
      <w:r w:rsidRPr="00A2379E">
        <w:rPr>
          <w:position w:val="-14"/>
        </w:rPr>
        <w:object w:dxaOrig="3260" w:dyaOrig="440">
          <v:shape id="_x0000_i1245" type="#_x0000_t75" style="width:162.9pt;height:22.15pt" o:ole="">
            <v:imagedata r:id="rId436" o:title=""/>
          </v:shape>
          <o:OLEObject Type="Embed" ProgID="Equation.DSMT4" ShapeID="_x0000_i1245" DrawAspect="Content" ObjectID="_1808505277" r:id="rId437"/>
        </w:objec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Thay </w:t>
      </w:r>
      <w:r w:rsidRPr="00A2379E">
        <w:rPr>
          <w:position w:val="-10"/>
        </w:rPr>
        <w:object w:dxaOrig="1579" w:dyaOrig="320">
          <v:shape id="_x0000_i1246" type="#_x0000_t75" style="width:78.9pt;height:16.15pt" o:ole="">
            <v:imagedata r:id="rId438" o:title=""/>
          </v:shape>
          <o:OLEObject Type="Embed" ProgID="Equation.DSMT4" ShapeID="_x0000_i1246" DrawAspect="Content" ObjectID="_1808505278" r:id="rId439"/>
        </w:object>
      </w:r>
      <w:r w:rsidRPr="00A2379E">
        <w:rPr>
          <w:position w:val="-28"/>
        </w:rPr>
        <w:object w:dxaOrig="2840" w:dyaOrig="680">
          <v:shape id="_x0000_i1247" type="#_x0000_t75" style="width:142.15pt;height:34.15pt" o:ole="">
            <v:imagedata r:id="rId440" o:title=""/>
          </v:shape>
          <o:OLEObject Type="Embed" ProgID="Equation.DSMT4" ShapeID="_x0000_i1247" DrawAspect="Content" ObjectID="_1808505279" r:id="rId441"/>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Vậy sau ít nhất 11 năm.</w:t>
      </w:r>
    </w:p>
    <w:p w:rsidR="001D1053" w:rsidRPr="00162B74" w:rsidRDefault="001D1053" w:rsidP="001D1053">
      <w:pPr>
        <w:pStyle w:val="ListParagraph"/>
        <w:widowControl/>
        <w:numPr>
          <w:ilvl w:val="0"/>
          <w:numId w:val="28"/>
        </w:numPr>
        <w:autoSpaceDE/>
        <w:autoSpaceDN/>
        <w:spacing w:before="0"/>
        <w:contextualSpacing/>
        <w:jc w:val="both"/>
        <w:rPr>
          <w:kern w:val="2"/>
        </w:rPr>
      </w:pPr>
      <w:r w:rsidRPr="00162B74">
        <w:rPr>
          <w:bCs/>
          <w:kern w:val="2"/>
        </w:rPr>
        <w:t xml:space="preserve">Một bể nước có thiết kế phía dưới là hình hộp chữ nhật có đáy là hình vuông cạnh 10m, chiều cao là 1m; phía trên là hình chóp cụt đều có đáy trên là hình vuông 15m. Tổng chiều cao của bể 4m (Tham khảo hình vẽ). Lúc đầu bể không có nước, người ta bơm nước vào bể với tốc độ không đổi là </w:t>
      </w:r>
      <w:r w:rsidRPr="00162B74">
        <w:rPr>
          <w:position w:val="-10"/>
        </w:rPr>
        <w:object w:dxaOrig="660" w:dyaOrig="380">
          <v:shape id="_x0000_i1248" type="#_x0000_t75" style="width:33.7pt;height:19.4pt" o:ole="">
            <v:imagedata r:id="rId442" o:title=""/>
          </v:shape>
          <o:OLEObject Type="Embed" ProgID="Equation.DSMT4" ShapeID="_x0000_i1248" DrawAspect="Content" ObjectID="_1808505280" r:id="rId443"/>
        </w:object>
      </w:r>
      <w:r w:rsidRPr="00162B74">
        <w:rPr>
          <w:kern w:val="2"/>
        </w:rPr>
        <w:t>phút. Hỏi sau một giờ bơm thì tốc độ dâng lên của nước trong bể là bao nhiêu m/ phút (làm tròn kết quả đến hàng phần trăm)?</w:t>
      </w:r>
    </w:p>
    <w:p w:rsidR="001D1053" w:rsidRPr="00162B74" w:rsidRDefault="001D1053" w:rsidP="001D1053">
      <w:pPr>
        <w:tabs>
          <w:tab w:val="left" w:pos="283"/>
          <w:tab w:val="left" w:pos="2835"/>
          <w:tab w:val="left" w:pos="5386"/>
          <w:tab w:val="left" w:pos="7937"/>
        </w:tabs>
        <w:spacing w:before="0" w:after="0"/>
        <w:ind w:firstLine="283"/>
        <w:rPr>
          <w:rFonts w:eastAsia="Calibri"/>
          <w:bCs/>
          <w:szCs w:val="24"/>
        </w:rPr>
      </w:pPr>
      <w:r w:rsidRPr="00162B74">
        <w:rPr>
          <w:rFonts w:eastAsia="Calibri"/>
          <w:bCs/>
          <w:noProof/>
          <w:szCs w:val="24"/>
        </w:rPr>
        <w:lastRenderedPageBreak/>
        <w:drawing>
          <wp:inline distT="0" distB="0" distL="0" distR="0" wp14:anchorId="68DA60A1" wp14:editId="1CB9EB90">
            <wp:extent cx="3325952" cy="1767432"/>
            <wp:effectExtent l="0" t="0" r="8255" b="4445"/>
            <wp:docPr id="78663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19236" name=""/>
                    <pic:cNvPicPr/>
                  </pic:nvPicPr>
                  <pic:blipFill>
                    <a:blip r:embed="rId444"/>
                    <a:stretch>
                      <a:fillRect/>
                    </a:stretch>
                  </pic:blipFill>
                  <pic:spPr>
                    <a:xfrm>
                      <a:off x="0" y="0"/>
                      <a:ext cx="3339198" cy="1774471"/>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9900"/>
          <w:szCs w:val="24"/>
        </w:rPr>
        <w:t>Đáp số: 0,03</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Gọi </w:t>
      </w:r>
      <w:r w:rsidRPr="00162B74">
        <w:rPr>
          <w:rFonts w:eastAsia="Calibri"/>
          <w:position w:val="-6"/>
          <w:szCs w:val="24"/>
        </w:rPr>
        <w:object w:dxaOrig="139" w:dyaOrig="240">
          <v:shape id="_x0000_i1249" type="#_x0000_t75" style="width:6.9pt;height:12pt" o:ole="">
            <v:imagedata r:id="rId445" o:title=""/>
          </v:shape>
          <o:OLEObject Type="Embed" ProgID="Equation.DSMT4" ShapeID="_x0000_i1249" DrawAspect="Content" ObjectID="_1808505281" r:id="rId446"/>
        </w:object>
      </w:r>
      <w:r w:rsidRPr="00162B74">
        <w:rPr>
          <w:rFonts w:eastAsia="Calibri"/>
          <w:szCs w:val="24"/>
        </w:rPr>
        <w:t xml:space="preserve"> (phút) là thời gian bơm nước vào bể, thể tích nước trong bể là </w:t>
      </w:r>
      <w:r w:rsidRPr="00162B74">
        <w:rPr>
          <w:rFonts w:eastAsia="Calibri"/>
          <w:position w:val="-16"/>
          <w:szCs w:val="24"/>
        </w:rPr>
        <w:object w:dxaOrig="1480" w:dyaOrig="440">
          <v:shape id="_x0000_i1250" type="#_x0000_t75" style="width:73.85pt;height:22.15pt" o:ole="">
            <v:imagedata r:id="rId447" o:title=""/>
          </v:shape>
          <o:OLEObject Type="Embed" ProgID="Equation.DSMT4" ShapeID="_x0000_i1250" DrawAspect="Content" ObjectID="_1808505282" r:id="rId448"/>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Khi </w:t>
      </w:r>
      <w:r w:rsidRPr="00162B74">
        <w:rPr>
          <w:rFonts w:eastAsia="Calibri"/>
          <w:position w:val="-6"/>
          <w:szCs w:val="24"/>
        </w:rPr>
        <w:object w:dxaOrig="620" w:dyaOrig="279">
          <v:shape id="_x0000_i1251" type="#_x0000_t75" style="width:30.9pt;height:13.85pt" o:ole="">
            <v:imagedata r:id="rId449" o:title=""/>
          </v:shape>
          <o:OLEObject Type="Embed" ProgID="Equation.DSMT4" ShapeID="_x0000_i1251" DrawAspect="Content" ObjectID="_1808505283" r:id="rId450"/>
        </w:object>
      </w:r>
      <w:r w:rsidRPr="00162B74">
        <w:rPr>
          <w:rFonts w:eastAsia="Calibri"/>
          <w:szCs w:val="24"/>
        </w:rPr>
        <w:t xml:space="preserve">, nước dâng lên hết phần </w:t>
      </w:r>
      <w:r w:rsidRPr="00162B74">
        <w:rPr>
          <w:rFonts w:eastAsia="Calibri"/>
          <w:position w:val="-14"/>
          <w:szCs w:val="24"/>
        </w:rPr>
        <w:object w:dxaOrig="380" w:dyaOrig="400">
          <v:shape id="_x0000_i1252" type="#_x0000_t75" style="width:18.9pt;height:19.85pt" o:ole="">
            <v:imagedata r:id="rId451" o:title=""/>
          </v:shape>
          <o:OLEObject Type="Embed" ProgID="Equation.DSMT4" ShapeID="_x0000_i1252" DrawAspect="Content" ObjectID="_1808505284" r:id="rId452"/>
        </w:object>
      </w:r>
      <w:r w:rsidRPr="00162B74">
        <w:rPr>
          <w:rFonts w:eastAsia="Calibri"/>
          <w:szCs w:val="24"/>
        </w:rPr>
        <w:t xml:space="preserve">là phần hình hộp chữ nhật ở đáy có thể tích </w:t>
      </w:r>
      <w:r w:rsidRPr="00162B74">
        <w:rPr>
          <w:rFonts w:eastAsia="Calibri"/>
          <w:position w:val="-6"/>
          <w:szCs w:val="24"/>
        </w:rPr>
        <w:object w:dxaOrig="660" w:dyaOrig="320">
          <v:shape id="_x0000_i1253" type="#_x0000_t75" style="width:32.3pt;height:16.15pt" o:ole="">
            <v:imagedata r:id="rId453" o:title=""/>
          </v:shape>
          <o:OLEObject Type="Embed" ProgID="Equation.DSMT4" ShapeID="_x0000_i1253" DrawAspect="Content" ObjectID="_1808505285" r:id="rId454"/>
        </w:objec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Khi </w:t>
      </w:r>
      <w:r w:rsidRPr="00162B74">
        <w:rPr>
          <w:rFonts w:eastAsia="Calibri"/>
          <w:position w:val="-6"/>
          <w:szCs w:val="24"/>
        </w:rPr>
        <w:object w:dxaOrig="620" w:dyaOrig="279">
          <v:shape id="_x0000_i1254" type="#_x0000_t75" style="width:30.9pt;height:13.85pt" o:ole="">
            <v:imagedata r:id="rId455" o:title=""/>
          </v:shape>
          <o:OLEObject Type="Embed" ProgID="Equation.DSMT4" ShapeID="_x0000_i1254" DrawAspect="Content" ObjectID="_1808505286" r:id="rId456"/>
        </w:object>
      </w:r>
      <w:r w:rsidRPr="00162B74">
        <w:rPr>
          <w:rFonts w:eastAsia="Calibri"/>
          <w:szCs w:val="24"/>
        </w:rPr>
        <w:t xml:space="preserve">, nước dâng lên trong phần </w:t>
      </w:r>
      <w:r w:rsidRPr="00162B74">
        <w:rPr>
          <w:rFonts w:eastAsia="Calibri"/>
          <w:position w:val="-14"/>
          <w:szCs w:val="24"/>
        </w:rPr>
        <w:object w:dxaOrig="460" w:dyaOrig="400">
          <v:shape id="_x0000_i1255" type="#_x0000_t75" style="width:23.55pt;height:19.85pt" o:ole="">
            <v:imagedata r:id="rId457" o:title=""/>
          </v:shape>
          <o:OLEObject Type="Embed" ProgID="Equation.DSMT4" ShapeID="_x0000_i1255" DrawAspect="Content" ObjectID="_1808505287" r:id="rId458"/>
        </w:object>
      </w:r>
      <w:r w:rsidRPr="00162B74">
        <w:rPr>
          <w:rFonts w:eastAsia="Calibri"/>
          <w:szCs w:val="24"/>
        </w:rPr>
        <w:t>- phần hình chóp cụt tứ giác đều.</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Gọi </w:t>
      </w:r>
      <w:r w:rsidRPr="00162B74">
        <w:rPr>
          <w:rFonts w:eastAsia="Calibri"/>
          <w:position w:val="-14"/>
          <w:szCs w:val="24"/>
        </w:rPr>
        <w:object w:dxaOrig="580" w:dyaOrig="400">
          <v:shape id="_x0000_i1256" type="#_x0000_t75" style="width:29.1pt;height:19.85pt" o:ole="">
            <v:imagedata r:id="rId459" o:title=""/>
          </v:shape>
          <o:OLEObject Type="Embed" ProgID="Equation.DSMT4" ShapeID="_x0000_i1256" DrawAspect="Content" ObjectID="_1808505288" r:id="rId460"/>
        </w:object>
      </w:r>
      <w:r w:rsidRPr="00162B74">
        <w:rPr>
          <w:rFonts w:eastAsia="Calibri"/>
          <w:szCs w:val="24"/>
        </w:rPr>
        <w:t xml:space="preserve"> là thể tích phần nước trong phần</w:t>
      </w:r>
      <w:r w:rsidRPr="00162B74">
        <w:rPr>
          <w:rFonts w:eastAsia="Calibri"/>
          <w:position w:val="-14"/>
          <w:szCs w:val="24"/>
        </w:rPr>
        <w:object w:dxaOrig="460" w:dyaOrig="400">
          <v:shape id="_x0000_i1257" type="#_x0000_t75" style="width:23.55pt;height:19.85pt" o:ole="">
            <v:imagedata r:id="rId457" o:title=""/>
          </v:shape>
          <o:OLEObject Type="Embed" ProgID="Equation.DSMT4" ShapeID="_x0000_i1257" DrawAspect="Content" ObjectID="_1808505289" r:id="rId461"/>
        </w:object>
      </w:r>
      <w:r w:rsidRPr="00162B74">
        <w:rPr>
          <w:rFonts w:eastAsia="Calibri"/>
          <w:szCs w:val="24"/>
        </w:rPr>
        <w:t xml:space="preserve"> </w:t>
      </w:r>
      <w:r w:rsidRPr="00162B74">
        <w:rPr>
          <w:rFonts w:eastAsia="Calibri"/>
          <w:position w:val="-14"/>
          <w:szCs w:val="24"/>
        </w:rPr>
        <w:object w:dxaOrig="1840" w:dyaOrig="400">
          <v:shape id="_x0000_i1258" type="#_x0000_t75" style="width:91.85pt;height:19.85pt" o:ole="">
            <v:imagedata r:id="rId462" o:title=""/>
          </v:shape>
          <o:OLEObject Type="Embed" ProgID="Equation.DSMT4" ShapeID="_x0000_i1258" DrawAspect="Content" ObjectID="_1808505290" r:id="rId463"/>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Mặt khác, ta xét phần </w:t>
      </w:r>
      <w:r w:rsidRPr="00162B74">
        <w:rPr>
          <w:rFonts w:eastAsia="Calibri"/>
          <w:position w:val="-14"/>
          <w:szCs w:val="24"/>
        </w:rPr>
        <w:object w:dxaOrig="460" w:dyaOrig="400">
          <v:shape id="_x0000_i1259" type="#_x0000_t75" style="width:23.55pt;height:19.85pt" o:ole="">
            <v:imagedata r:id="rId457" o:title=""/>
          </v:shape>
          <o:OLEObject Type="Embed" ProgID="Equation.DSMT4" ShapeID="_x0000_i1259" DrawAspect="Content" ObjectID="_1808505291" r:id="rId464"/>
        </w:object>
      </w:r>
      <w:r w:rsidRPr="00162B74">
        <w:rPr>
          <w:rFonts w:eastAsia="Calibri"/>
          <w:szCs w:val="24"/>
        </w:rPr>
        <w:t xml:space="preserve">là phần hình chóp cụt tứ giác đều có chiều cao </w:t>
      </w:r>
      <w:r w:rsidRPr="00162B74">
        <w:rPr>
          <w:rFonts w:eastAsia="Calibri"/>
          <w:position w:val="-12"/>
          <w:szCs w:val="24"/>
        </w:rPr>
        <w:object w:dxaOrig="999" w:dyaOrig="360">
          <v:shape id="_x0000_i1260" type="#_x0000_t75" style="width:49.85pt;height:18pt" o:ole="">
            <v:imagedata r:id="rId465" o:title=""/>
          </v:shape>
          <o:OLEObject Type="Embed" ProgID="Equation.DSMT4" ShapeID="_x0000_i1260" DrawAspect="Content" ObjectID="_1808505292" r:id="rId466"/>
        </w:object>
      </w:r>
      <w:r w:rsidRPr="00162B74">
        <w:rPr>
          <w:rFonts w:eastAsia="Calibri"/>
          <w:szCs w:val="24"/>
        </w:rPr>
        <w:t xml:space="preserve">, cạnh đáy là </w:t>
      </w:r>
      <w:r w:rsidRPr="00162B74">
        <w:rPr>
          <w:rFonts w:eastAsia="Calibri"/>
          <w:position w:val="-6"/>
          <w:szCs w:val="24"/>
        </w:rPr>
        <w:object w:dxaOrig="200" w:dyaOrig="220">
          <v:shape id="_x0000_i1261" type="#_x0000_t75" style="width:10.15pt;height:11.1pt" o:ole="">
            <v:imagedata r:id="rId467" o:title=""/>
          </v:shape>
          <o:OLEObject Type="Embed" ProgID="Equation.DSMT4" ShapeID="_x0000_i1261" DrawAspect="Content" ObjectID="_1808505293" r:id="rId468"/>
        </w:object>
      </w:r>
      <w:r w:rsidRPr="00162B74">
        <w:rPr>
          <w:rFonts w:eastAsia="Calibri"/>
          <w:szCs w:val="24"/>
        </w:rPr>
        <w:t xml:space="preserve"> và </w:t>
      </w:r>
      <w:r w:rsidRPr="00162B74">
        <w:rPr>
          <w:rFonts w:eastAsia="Calibri"/>
          <w:position w:val="-6"/>
          <w:szCs w:val="24"/>
        </w:rPr>
        <w:object w:dxaOrig="279" w:dyaOrig="279">
          <v:shape id="_x0000_i1262" type="#_x0000_t75" style="width:13.85pt;height:13.85pt" o:ole="">
            <v:imagedata r:id="rId469" o:title=""/>
          </v:shape>
          <o:OLEObject Type="Embed" ProgID="Equation.DSMT4" ShapeID="_x0000_i1262" DrawAspect="Content" ObjectID="_1808505294" r:id="rId470"/>
        </w:object>
      </w:r>
      <w:r w:rsidRPr="00162B74">
        <w:rPr>
          <w:rFonts w:eastAsia="Calibri"/>
          <w:szCs w:val="24"/>
        </w:rPr>
        <w:t xml:space="preserve"> (</w:t>
      </w:r>
      <w:r w:rsidRPr="00162B74">
        <w:rPr>
          <w:rFonts w:eastAsia="Calibri"/>
          <w:i/>
          <w:iCs/>
          <w:szCs w:val="24"/>
        </w:rPr>
        <w:t>tham khảo hình vẽ</w: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noProof/>
          <w:szCs w:val="24"/>
        </w:rPr>
        <w:drawing>
          <wp:inline distT="0" distB="0" distL="0" distR="0" wp14:anchorId="238EBC72" wp14:editId="35E01FAE">
            <wp:extent cx="2584343" cy="2088559"/>
            <wp:effectExtent l="0" t="0" r="6985" b="6985"/>
            <wp:docPr id="42204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48062" name=""/>
                    <pic:cNvPicPr/>
                  </pic:nvPicPr>
                  <pic:blipFill>
                    <a:blip r:embed="rId471"/>
                    <a:stretch>
                      <a:fillRect/>
                    </a:stretch>
                  </pic:blipFill>
                  <pic:spPr>
                    <a:xfrm>
                      <a:off x="0" y="0"/>
                      <a:ext cx="2601486" cy="2102413"/>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Có </w:t>
      </w:r>
      <w:r w:rsidRPr="00162B74">
        <w:rPr>
          <w:rFonts w:eastAsia="Calibri"/>
          <w:position w:val="-24"/>
          <w:szCs w:val="24"/>
        </w:rPr>
        <w:object w:dxaOrig="1300" w:dyaOrig="620">
          <v:shape id="_x0000_i1263" type="#_x0000_t75" style="width:65.1pt;height:30.9pt" o:ole="">
            <v:imagedata r:id="rId472" o:title=""/>
          </v:shape>
          <o:OLEObject Type="Embed" ProgID="Equation.DSMT4" ShapeID="_x0000_i1263" DrawAspect="Content" ObjectID="_1808505295" r:id="rId473"/>
        </w:object>
      </w:r>
      <w:r w:rsidRPr="00162B74">
        <w:rPr>
          <w:rFonts w:eastAsia="Calibri"/>
          <w:szCs w:val="24"/>
        </w:rPr>
        <w:t xml:space="preserve"> mà </w:t>
      </w:r>
      <w:r w:rsidRPr="00162B74">
        <w:rPr>
          <w:rFonts w:eastAsia="Calibri"/>
          <w:position w:val="-12"/>
          <w:szCs w:val="24"/>
        </w:rPr>
        <w:object w:dxaOrig="999" w:dyaOrig="360">
          <v:shape id="_x0000_i1264" type="#_x0000_t75" style="width:49.85pt;height:18pt" o:ole="">
            <v:imagedata r:id="rId474" o:title=""/>
          </v:shape>
          <o:OLEObject Type="Embed" ProgID="Equation.DSMT4" ShapeID="_x0000_i1264" DrawAspect="Content" ObjectID="_1808505296" r:id="rId475"/>
        </w:object>
      </w:r>
      <w:r w:rsidRPr="00162B74">
        <w:rPr>
          <w:rFonts w:eastAsia="Calibri"/>
          <w:szCs w:val="24"/>
        </w:rPr>
        <w:t xml:space="preserve"> (do chiều cao của bể chứa phần </w:t>
      </w:r>
      <w:r w:rsidRPr="00162B74">
        <w:rPr>
          <w:rFonts w:eastAsia="Calibri"/>
          <w:position w:val="-14"/>
          <w:szCs w:val="24"/>
        </w:rPr>
        <w:object w:dxaOrig="460" w:dyaOrig="400">
          <v:shape id="_x0000_i1265" type="#_x0000_t75" style="width:23.55pt;height:19.85pt" o:ole="">
            <v:imagedata r:id="rId457" o:title=""/>
          </v:shape>
          <o:OLEObject Type="Embed" ProgID="Equation.DSMT4" ShapeID="_x0000_i1265" DrawAspect="Content" ObjectID="_1808505297" r:id="rId476"/>
        </w:object>
      </w:r>
      <w:r w:rsidRPr="00162B74">
        <w:rPr>
          <w:rFonts w:eastAsia="Calibri"/>
          <w:szCs w:val="24"/>
        </w:rPr>
        <w:t>là 3).</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position w:val="-24"/>
          <w:szCs w:val="24"/>
        </w:rPr>
        <w:object w:dxaOrig="1359" w:dyaOrig="620">
          <v:shape id="_x0000_i1266" type="#_x0000_t75" style="width:67.85pt;height:30.9pt" o:ole="">
            <v:imagedata r:id="rId477" o:title=""/>
          </v:shape>
          <o:OLEObject Type="Embed" ProgID="Equation.DSMT4" ShapeID="_x0000_i1266" DrawAspect="Content" ObjectID="_1808505298" r:id="rId478"/>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Khi đó theo CT tính thể tích khối chóp cụt: </w:t>
      </w:r>
      <w:r w:rsidRPr="00162B74">
        <w:rPr>
          <w:rFonts w:eastAsia="Calibri"/>
          <w:position w:val="-24"/>
          <w:szCs w:val="24"/>
        </w:rPr>
        <w:object w:dxaOrig="2240" w:dyaOrig="620">
          <v:shape id="_x0000_i1267" type="#_x0000_t75" style="width:112.15pt;height:30.9pt" o:ole="">
            <v:imagedata r:id="rId479" o:title=""/>
          </v:shape>
          <o:OLEObject Type="Embed" ProgID="Equation.DSMT4" ShapeID="_x0000_i1267" DrawAspect="Content" ObjectID="_1808505299" r:id="rId480"/>
        </w:objec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Thay </w:t>
      </w:r>
      <w:r w:rsidRPr="00162B74">
        <w:rPr>
          <w:rFonts w:eastAsia="Calibri"/>
          <w:position w:val="-24"/>
          <w:szCs w:val="24"/>
        </w:rPr>
        <w:object w:dxaOrig="1060" w:dyaOrig="620">
          <v:shape id="_x0000_i1268" type="#_x0000_t75" style="width:53.1pt;height:30.9pt" o:ole="">
            <v:imagedata r:id="rId481" o:title=""/>
          </v:shape>
          <o:OLEObject Type="Embed" ProgID="Equation.DSMT4" ShapeID="_x0000_i1268" DrawAspect="Content" ObjectID="_1808505300" r:id="rId482"/>
        </w:object>
      </w:r>
      <w:r w:rsidRPr="00162B74">
        <w:rPr>
          <w:rFonts w:eastAsia="Calibri"/>
          <w:szCs w:val="24"/>
        </w:rPr>
        <w:t xml:space="preserve"> ta được </w:t>
      </w:r>
      <w:r w:rsidRPr="00162B74">
        <w:rPr>
          <w:rFonts w:eastAsia="Calibri"/>
          <w:position w:val="-24"/>
          <w:szCs w:val="24"/>
        </w:rPr>
        <w:object w:dxaOrig="4060" w:dyaOrig="720">
          <v:shape id="_x0000_i1269" type="#_x0000_t75" style="width:203.1pt;height:36pt" o:ole="">
            <v:imagedata r:id="rId483" o:title=""/>
          </v:shape>
          <o:OLEObject Type="Embed" ProgID="Equation.DSMT4" ShapeID="_x0000_i1269" DrawAspect="Content" ObjectID="_1808505301" r:id="rId484"/>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Mà </w:t>
      </w:r>
      <w:r w:rsidRPr="00162B74">
        <w:rPr>
          <w:rFonts w:eastAsia="Calibri"/>
          <w:position w:val="-24"/>
          <w:szCs w:val="24"/>
        </w:rPr>
        <w:object w:dxaOrig="4540" w:dyaOrig="620">
          <v:shape id="_x0000_i1270" type="#_x0000_t75" style="width:227.1pt;height:30.9pt" o:ole="">
            <v:imagedata r:id="rId485" o:title=""/>
          </v:shape>
          <o:OLEObject Type="Embed" ProgID="Equation.DSMT4" ShapeID="_x0000_i1270" DrawAspect="Content" ObjectID="_1808505302" r:id="rId486"/>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Ta viết lại </w:t>
      </w:r>
      <w:r w:rsidRPr="00162B74">
        <w:rPr>
          <w:rFonts w:eastAsia="Calibri"/>
          <w:position w:val="-24"/>
          <w:szCs w:val="24"/>
        </w:rPr>
        <w:object w:dxaOrig="2299" w:dyaOrig="620">
          <v:shape id="_x0000_i1271" type="#_x0000_t75" style="width:114.9pt;height:30.9pt" o:ole="">
            <v:imagedata r:id="rId487" o:title=""/>
          </v:shape>
          <o:OLEObject Type="Embed" ProgID="Equation.DSMT4" ShapeID="_x0000_i1271" DrawAspect="Content" ObjectID="_1808505303" r:id="rId488"/>
        </w:object>
      </w:r>
      <w:r w:rsidRPr="00162B74">
        <w:rPr>
          <w:rFonts w:eastAsia="Calibri"/>
          <w:szCs w:val="24"/>
        </w:rPr>
        <w:t xml:space="preserve"> là hàm chiều cao của nước trong bể với </w:t>
      </w:r>
      <w:r w:rsidRPr="00162B74">
        <w:rPr>
          <w:rFonts w:eastAsia="Calibri"/>
          <w:position w:val="-6"/>
          <w:szCs w:val="24"/>
        </w:rPr>
        <w:object w:dxaOrig="620" w:dyaOrig="279">
          <v:shape id="_x0000_i1272" type="#_x0000_t75" style="width:30.9pt;height:13.85pt" o:ole="">
            <v:imagedata r:id="rId489" o:title=""/>
          </v:shape>
          <o:OLEObject Type="Embed" ProgID="Equation.DSMT4" ShapeID="_x0000_i1272" DrawAspect="Content" ObjectID="_1808505304" r:id="rId490"/>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Vậy sau 60 phút, tốc độ dâng lên của nước trong bể là </w:t>
      </w:r>
      <w:r w:rsidRPr="00162B74">
        <w:rPr>
          <w:rFonts w:eastAsia="Calibri"/>
          <w:position w:val="-14"/>
          <w:szCs w:val="24"/>
        </w:rPr>
        <w:object w:dxaOrig="1380" w:dyaOrig="400">
          <v:shape id="_x0000_i1273" type="#_x0000_t75" style="width:68.3pt;height:19.85pt" o:ole="">
            <v:imagedata r:id="rId491" o:title=""/>
          </v:shape>
          <o:OLEObject Type="Embed" ProgID="Equation.DSMT4" ShapeID="_x0000_i1273" DrawAspect="Content" ObjectID="_1808505305" r:id="rId492"/>
        </w:object>
      </w:r>
    </w:p>
    <w:p w:rsidR="001D1053" w:rsidRPr="00162B74" w:rsidRDefault="001D1053" w:rsidP="001D1053">
      <w:pPr>
        <w:pStyle w:val="ListParagraph"/>
        <w:widowControl/>
        <w:numPr>
          <w:ilvl w:val="0"/>
          <w:numId w:val="28"/>
        </w:numPr>
        <w:autoSpaceDE/>
        <w:autoSpaceDN/>
        <w:spacing w:before="0"/>
        <w:contextualSpacing/>
        <w:jc w:val="both"/>
      </w:pPr>
      <w:r w:rsidRPr="00162B74">
        <w:rPr>
          <w:noProof/>
        </w:rPr>
        <w:t>Cho hai chiếc hộp, hộp I đựng 6 quả bóng vàng và 4 quả bóng đỏ, các quả bóng vàng được đánh số 0;2;4;6;8;10 và các quả bóng đỏ được đánh số 1;3;5;7, hộp II đựng 3 quả bóng vàng và 7 quả bóng đỏ, các quả bóng vàng được đánh số 1;3;5 và các quả bóng đỏ được đánh số 0;2;4;6;8;10;12, các quả bóng có kích thước và khối lượng giống nhau. Lấy ngẫu nhiên một quả bóng từ hộp I cho vào hộp II, sau đó từ hộp II lấy ngẫu nhiên ra hai quả bóng. Tính xác suất để lấy được hai quả bóng từ hộp II có tích các số trên hai quả bóng đó là số chẵn, biết rằng hai quả lấy ra đã khác màu (làm tròn kết quả đến hàng phần trăm).</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9900"/>
          <w:szCs w:val="24"/>
          <w:highlight w:val="yellow"/>
        </w:rPr>
        <w:t>Đáp án: 0,95</w:t>
      </w:r>
    </w:p>
    <w:p w:rsidR="001D1053" w:rsidRPr="00162B74" w:rsidRDefault="001D1053" w:rsidP="001D1053">
      <w:pPr>
        <w:tabs>
          <w:tab w:val="left" w:pos="283"/>
          <w:tab w:val="left" w:pos="2835"/>
          <w:tab w:val="left" w:pos="5386"/>
          <w:tab w:val="left" w:pos="7937"/>
        </w:tabs>
        <w:spacing w:before="0" w:after="0"/>
        <w:ind w:firstLine="283"/>
        <w:rPr>
          <w:rFonts w:eastAsia="Calibri"/>
          <w:noProof/>
          <w:szCs w:val="24"/>
        </w:rPr>
      </w:pPr>
      <w:r w:rsidRPr="00162B74">
        <w:rPr>
          <w:rFonts w:eastAsia="Calibri"/>
          <w:szCs w:val="24"/>
        </w:rPr>
        <w:lastRenderedPageBreak/>
        <w:t xml:space="preserve">Gọi </w:t>
      </w:r>
      <w:r w:rsidRPr="00162B74">
        <w:rPr>
          <w:rFonts w:eastAsia="Calibri"/>
          <w:position w:val="-4"/>
          <w:szCs w:val="24"/>
        </w:rPr>
        <w:object w:dxaOrig="240" w:dyaOrig="260">
          <v:shape id="_x0000_i1274" type="#_x0000_t75" style="width:12pt;height:12.9pt" o:ole="">
            <v:imagedata r:id="rId493" o:title=""/>
          </v:shape>
          <o:OLEObject Type="Embed" ProgID="Equation.DSMT4" ShapeID="_x0000_i1274" DrawAspect="Content" ObjectID="_1808505306" r:id="rId494"/>
        </w:object>
      </w:r>
      <w:r w:rsidRPr="00162B74">
        <w:rPr>
          <w:rFonts w:eastAsia="Calibri"/>
          <w:szCs w:val="24"/>
        </w:rPr>
        <w:t xml:space="preserve"> là biến cố: “</w:t>
      </w:r>
      <w:r w:rsidRPr="00162B74">
        <w:rPr>
          <w:rFonts w:eastAsia="Calibri"/>
          <w:noProof/>
          <w:szCs w:val="24"/>
        </w:rPr>
        <w:t>hai quả bóng lấy từ hộp II có tích các số trên hai quả bóng đó là số chẵn”;</w:t>
      </w:r>
    </w:p>
    <w:p w:rsidR="001D1053" w:rsidRPr="00162B74" w:rsidRDefault="001D1053" w:rsidP="001D1053">
      <w:pPr>
        <w:tabs>
          <w:tab w:val="left" w:pos="283"/>
          <w:tab w:val="left" w:pos="2835"/>
          <w:tab w:val="left" w:pos="5386"/>
          <w:tab w:val="left" w:pos="7937"/>
        </w:tabs>
        <w:spacing w:before="0" w:after="0"/>
        <w:ind w:firstLine="283"/>
        <w:rPr>
          <w:rFonts w:eastAsia="Calibri"/>
          <w:noProof/>
          <w:szCs w:val="24"/>
        </w:rPr>
      </w:pPr>
      <w:r w:rsidRPr="00162B74">
        <w:rPr>
          <w:rFonts w:eastAsia="Calibri"/>
          <w:position w:val="-4"/>
          <w:szCs w:val="24"/>
        </w:rPr>
        <w:object w:dxaOrig="240" w:dyaOrig="260">
          <v:shape id="_x0000_i1275" type="#_x0000_t75" style="width:12pt;height:12.9pt" o:ole="">
            <v:imagedata r:id="rId495" o:title=""/>
          </v:shape>
          <o:OLEObject Type="Embed" ProgID="Equation.DSMT4" ShapeID="_x0000_i1275" DrawAspect="Content" ObjectID="_1808505307" r:id="rId496"/>
        </w:object>
      </w:r>
      <w:r w:rsidRPr="00162B74">
        <w:rPr>
          <w:rFonts w:eastAsia="Calibri"/>
          <w:szCs w:val="24"/>
        </w:rPr>
        <w:t xml:space="preserve"> là biến cố: “</w:t>
      </w:r>
      <w:r w:rsidRPr="00162B74">
        <w:rPr>
          <w:rFonts w:eastAsia="Calibri"/>
          <w:noProof/>
          <w:szCs w:val="24"/>
        </w:rPr>
        <w:t>hai quả bóng lấy từ hộp II khác màu”</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Ta cần tính: </w:t>
      </w:r>
      <w:r w:rsidRPr="00162B74">
        <w:rPr>
          <w:rFonts w:eastAsia="Calibri"/>
          <w:position w:val="-32"/>
          <w:szCs w:val="24"/>
        </w:rPr>
        <w:object w:dxaOrig="1880" w:dyaOrig="740">
          <v:shape id="_x0000_i1276" type="#_x0000_t75" style="width:94.15pt;height:36.9pt" o:ole="">
            <v:imagedata r:id="rId497" o:title=""/>
          </v:shape>
          <o:OLEObject Type="Embed" ProgID="Equation.DSMT4" ShapeID="_x0000_i1276" DrawAspect="Content" ObjectID="_1808505308" r:id="rId498"/>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highlight w:val="yellow"/>
        </w:rPr>
        <w:t xml:space="preserve">+) Tính </w:t>
      </w:r>
      <w:r w:rsidRPr="00162B74">
        <w:rPr>
          <w:rFonts w:eastAsia="Calibri"/>
          <w:position w:val="-14"/>
          <w:szCs w:val="24"/>
          <w:highlight w:val="yellow"/>
        </w:rPr>
        <w:object w:dxaOrig="620" w:dyaOrig="400">
          <v:shape id="_x0000_i1277" type="#_x0000_t75" style="width:30.9pt;height:19.85pt" o:ole="">
            <v:imagedata r:id="rId499" o:title=""/>
          </v:shape>
          <o:OLEObject Type="Embed" ProgID="Equation.DSMT4" ShapeID="_x0000_i1277" DrawAspect="Content" ObjectID="_1808505309" r:id="rId500"/>
        </w:object>
      </w:r>
      <w:r w:rsidRPr="00162B74">
        <w:rPr>
          <w:rFonts w:eastAsia="Calibri"/>
          <w:szCs w:val="24"/>
          <w:highlight w:val="yellow"/>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b/>
          <w:szCs w:val="24"/>
        </w:rPr>
        <w:t>TH1:</w:t>
      </w:r>
      <w:r w:rsidRPr="00162B74">
        <w:rPr>
          <w:rFonts w:eastAsia="Calibri"/>
          <w:szCs w:val="24"/>
        </w:rPr>
        <w:t xml:space="preserve"> Lấy được 1 quả bóng vàng từ hộp I (xác suất: </w:t>
      </w:r>
      <w:r w:rsidRPr="00162B74">
        <w:rPr>
          <w:rFonts w:eastAsia="Calibri"/>
          <w:position w:val="-24"/>
          <w:szCs w:val="24"/>
        </w:rPr>
        <w:object w:dxaOrig="320" w:dyaOrig="620">
          <v:shape id="_x0000_i1278" type="#_x0000_t75" style="width:16.15pt;height:30.9pt" o:ole="">
            <v:imagedata r:id="rId501" o:title=""/>
          </v:shape>
          <o:OLEObject Type="Embed" ProgID="Equation.DSMT4" ShapeID="_x0000_i1278" DrawAspect="Content" ObjectID="_1808505310" r:id="rId502"/>
        </w:object>
      </w:r>
      <w:r w:rsidRPr="00162B74">
        <w:rPr>
          <w:rFonts w:eastAsia="Calibri"/>
          <w:szCs w:val="24"/>
        </w:rPr>
        <w:t>), khi đó hộp II có:</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4 quả bóng vàng (1 quả đánh số chẵn, 3 quả đánh số lẻ) và 7 quả bóng đỏ (7 quả đánh số chẵn).</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Xác suất </w:t>
      </w:r>
      <w:r w:rsidRPr="00162B74">
        <w:rPr>
          <w:rFonts w:eastAsia="Calibri"/>
          <w:noProof/>
          <w:szCs w:val="24"/>
        </w:rPr>
        <w:t xml:space="preserve">hai quả bóng lấy từ hộp II khác màu trong trường hợp này là: </w:t>
      </w:r>
      <w:r w:rsidRPr="00162B74">
        <w:rPr>
          <w:rFonts w:eastAsia="Calibri"/>
          <w:position w:val="-30"/>
          <w:szCs w:val="24"/>
        </w:rPr>
        <w:object w:dxaOrig="1400" w:dyaOrig="680">
          <v:shape id="_x0000_i1279" type="#_x0000_t75" style="width:70.15pt;height:34.15pt" o:ole="">
            <v:imagedata r:id="rId503" o:title=""/>
          </v:shape>
          <o:OLEObject Type="Embed" ProgID="Equation.DSMT4" ShapeID="_x0000_i1279" DrawAspect="Content" ObjectID="_1808505311" r:id="rId504"/>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b/>
          <w:szCs w:val="24"/>
        </w:rPr>
        <w:t>TH2:</w:t>
      </w:r>
      <w:r w:rsidRPr="00162B74">
        <w:rPr>
          <w:rFonts w:eastAsia="Calibri"/>
          <w:szCs w:val="24"/>
        </w:rPr>
        <w:t xml:space="preserve"> Lấy được 1 quả bóng đỏ từ hộp I (xác suất: </w:t>
      </w:r>
      <w:r w:rsidRPr="00162B74">
        <w:rPr>
          <w:rFonts w:eastAsia="Calibri"/>
          <w:position w:val="-24"/>
          <w:szCs w:val="24"/>
        </w:rPr>
        <w:object w:dxaOrig="320" w:dyaOrig="620">
          <v:shape id="_x0000_i1280" type="#_x0000_t75" style="width:16.15pt;height:30.9pt" o:ole="">
            <v:imagedata r:id="rId505" o:title=""/>
          </v:shape>
          <o:OLEObject Type="Embed" ProgID="Equation.DSMT4" ShapeID="_x0000_i1280" DrawAspect="Content" ObjectID="_1808505312" r:id="rId506"/>
        </w:object>
      </w:r>
      <w:r w:rsidRPr="00162B74">
        <w:rPr>
          <w:rFonts w:eastAsia="Calibri"/>
          <w:szCs w:val="24"/>
        </w:rPr>
        <w:t>), khi đó hộp II có:</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3 quả bóng vàng (3 quả đánh số lẻ) và 8 quả bóng đỏ (7 quả đánh số chẵn, 1 quả đánh số lẻ).</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Xác suất </w:t>
      </w:r>
      <w:r w:rsidRPr="00162B74">
        <w:rPr>
          <w:rFonts w:eastAsia="Calibri"/>
          <w:noProof/>
          <w:szCs w:val="24"/>
        </w:rPr>
        <w:t xml:space="preserve">hai quả bóng lấy từ hộp II khác màu trong trường hợp này là: </w:t>
      </w:r>
      <w:r w:rsidRPr="00162B74">
        <w:rPr>
          <w:rFonts w:eastAsia="Calibri"/>
          <w:position w:val="-30"/>
          <w:szCs w:val="24"/>
        </w:rPr>
        <w:object w:dxaOrig="1380" w:dyaOrig="680">
          <v:shape id="_x0000_i1281" type="#_x0000_t75" style="width:69.7pt;height:34.15pt" o:ole="">
            <v:imagedata r:id="rId507" o:title=""/>
          </v:shape>
          <o:OLEObject Type="Embed" ProgID="Equation.DSMT4" ShapeID="_x0000_i1281" DrawAspect="Content" ObjectID="_1808505313" r:id="rId508"/>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Khi đó: </w:t>
      </w:r>
      <w:r w:rsidRPr="00162B74">
        <w:rPr>
          <w:rFonts w:eastAsia="Calibri"/>
          <w:position w:val="-24"/>
          <w:szCs w:val="24"/>
        </w:rPr>
        <w:object w:dxaOrig="2360" w:dyaOrig="620">
          <v:shape id="_x0000_i1282" type="#_x0000_t75" style="width:118.15pt;height:30.9pt" o:ole="">
            <v:imagedata r:id="rId509" o:title=""/>
          </v:shape>
          <o:OLEObject Type="Embed" ProgID="Equation.DSMT4" ShapeID="_x0000_i1282" DrawAspect="Content" ObjectID="_1808505314" r:id="rId510"/>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highlight w:val="yellow"/>
        </w:rPr>
        <w:t xml:space="preserve">+) Tính </w:t>
      </w:r>
      <w:r w:rsidRPr="00162B74">
        <w:rPr>
          <w:rFonts w:eastAsia="Calibri"/>
          <w:position w:val="-14"/>
          <w:szCs w:val="24"/>
          <w:highlight w:val="yellow"/>
        </w:rPr>
        <w:object w:dxaOrig="760" w:dyaOrig="400">
          <v:shape id="_x0000_i1283" type="#_x0000_t75" style="width:37.85pt;height:19.85pt" o:ole="">
            <v:imagedata r:id="rId511" o:title=""/>
          </v:shape>
          <o:OLEObject Type="Embed" ProgID="Equation.DSMT4" ShapeID="_x0000_i1283" DrawAspect="Content" ObjectID="_1808505315" r:id="rId512"/>
        </w:object>
      </w:r>
      <w:r w:rsidRPr="00162B74">
        <w:rPr>
          <w:rFonts w:eastAsia="Calibri"/>
          <w:szCs w:val="24"/>
          <w:highlight w:val="yellow"/>
        </w:rPr>
        <w:t>.</w:t>
      </w:r>
    </w:p>
    <w:p w:rsidR="001D1053" w:rsidRPr="00162B74" w:rsidRDefault="001D1053" w:rsidP="001D1053">
      <w:pPr>
        <w:tabs>
          <w:tab w:val="left" w:pos="283"/>
          <w:tab w:val="left" w:pos="2835"/>
          <w:tab w:val="left" w:pos="5386"/>
          <w:tab w:val="left" w:pos="7937"/>
        </w:tabs>
        <w:spacing w:before="0" w:after="0"/>
        <w:ind w:firstLine="283"/>
        <w:rPr>
          <w:rFonts w:eastAsia="Calibri"/>
          <w:noProof/>
          <w:szCs w:val="24"/>
        </w:rPr>
      </w:pPr>
      <w:r w:rsidRPr="00162B74">
        <w:rPr>
          <w:rFonts w:eastAsia="Calibri"/>
          <w:position w:val="-4"/>
          <w:szCs w:val="24"/>
        </w:rPr>
        <w:object w:dxaOrig="400" w:dyaOrig="260">
          <v:shape id="_x0000_i1284" type="#_x0000_t75" style="width:19.85pt;height:12.9pt" o:ole="">
            <v:imagedata r:id="rId513" o:title=""/>
          </v:shape>
          <o:OLEObject Type="Embed" ProgID="Equation.DSMT4" ShapeID="_x0000_i1284" DrawAspect="Content" ObjectID="_1808505316" r:id="rId514"/>
        </w:object>
      </w:r>
      <w:r w:rsidRPr="00162B74">
        <w:rPr>
          <w:rFonts w:eastAsia="Calibri"/>
          <w:noProof/>
          <w:szCs w:val="24"/>
        </w:rPr>
        <w:t xml:space="preserve"> là biến cố: “hai quả bóng lấy từ hộp II có tích các số trên hai quả bóng đó là số chẵn và khác màu”.</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Tích hai số tự nhiên là số chẵn khi có một trong hai số là số chẵn.</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Ta có: </w:t>
      </w:r>
      <w:r w:rsidRPr="00162B74">
        <w:rPr>
          <w:rFonts w:eastAsia="Calibri"/>
          <w:position w:val="-30"/>
          <w:szCs w:val="24"/>
        </w:rPr>
        <w:object w:dxaOrig="3220" w:dyaOrig="680">
          <v:shape id="_x0000_i1285" type="#_x0000_t75" style="width:161.1pt;height:34.15pt" o:ole="">
            <v:imagedata r:id="rId515" o:title=""/>
          </v:shape>
          <o:OLEObject Type="Embed" ProgID="Equation.DSMT4" ShapeID="_x0000_i1285" DrawAspect="Content" ObjectID="_1808505317" r:id="rId516"/>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noProof/>
          <w:szCs w:val="24"/>
        </w:rPr>
      </w:pPr>
      <w:r w:rsidRPr="00162B74">
        <w:rPr>
          <w:rFonts w:eastAsia="Calibri"/>
          <w:noProof/>
          <w:szCs w:val="24"/>
        </w:rPr>
        <w:t xml:space="preserve">Vậy </w:t>
      </w:r>
      <w:r w:rsidRPr="00162B74">
        <w:rPr>
          <w:rFonts w:eastAsia="Calibri"/>
          <w:position w:val="-32"/>
          <w:szCs w:val="24"/>
        </w:rPr>
        <w:object w:dxaOrig="3060" w:dyaOrig="740">
          <v:shape id="_x0000_i1286" type="#_x0000_t75" style="width:153.25pt;height:36.9pt" o:ole="">
            <v:imagedata r:id="rId517" o:title=""/>
          </v:shape>
          <o:OLEObject Type="Embed" ProgID="Equation.DSMT4" ShapeID="_x0000_i1286" DrawAspect="Content" ObjectID="_1808505318" r:id="rId518"/>
        </w:object>
      </w:r>
      <w:r w:rsidRPr="00162B74">
        <w:rPr>
          <w:rFonts w:eastAsia="Calibri"/>
          <w:szCs w:val="24"/>
        </w:rPr>
        <w:t>.</w:t>
      </w:r>
    </w:p>
    <w:p w:rsidR="001D1053" w:rsidRPr="00162B74" w:rsidRDefault="00BD63FF" w:rsidP="001D1053">
      <w:pPr>
        <w:pStyle w:val="ListParagraph"/>
        <w:widowControl/>
        <w:numPr>
          <w:ilvl w:val="0"/>
          <w:numId w:val="28"/>
        </w:numPr>
        <w:autoSpaceDE/>
        <w:autoSpaceDN/>
        <w:spacing w:before="0"/>
        <w:contextualSpacing/>
        <w:jc w:val="both"/>
        <w:rPr>
          <w:noProof/>
        </w:rPr>
      </w:pPr>
      <w:r>
        <w:br w:type="column"/>
      </w:r>
      <w:r w:rsidR="001D1053" w:rsidRPr="00162B74">
        <w:lastRenderedPageBreak/>
        <w:t>Cho một cái màn chụp tự bung được làm từ hai khung thép, mỗi khung thép là một nửa elip nằm trên hai mặt phẳng vuông góc với mặt giường. Hai khung thép đó giao nhau tại đỉnh màn và là đỉnh của hai nửa elip đó. Cái màn được đặt vừa vặn lên mặt giường hình chữ nhật dài 2m và rộng 1,8m. Khoảng cách từ đỉnh màn xuống mặt giường là 1,2m (tham khảo hình bên). Tính thể tích của phần không gian bên trong màn theo đơn vị m³ (làm tròn kết quả đến hàng phần mười).</w:t>
      </w:r>
    </w:p>
    <w:p w:rsidR="001D1053" w:rsidRDefault="001D1053" w:rsidP="001D1053">
      <w:pPr>
        <w:tabs>
          <w:tab w:val="left" w:pos="283"/>
          <w:tab w:val="left" w:pos="2835"/>
          <w:tab w:val="left" w:pos="5386"/>
          <w:tab w:val="left" w:pos="7937"/>
        </w:tabs>
        <w:spacing w:before="0" w:after="0"/>
        <w:ind w:firstLine="283"/>
        <w:jc w:val="center"/>
        <w:rPr>
          <w:rFonts w:eastAsia="Calibri"/>
          <w:b/>
          <w:color w:val="0000FF"/>
          <w:szCs w:val="24"/>
        </w:rPr>
      </w:pPr>
      <w:r w:rsidRPr="00162B74">
        <w:rPr>
          <w:b/>
          <w:bCs/>
          <w:noProof/>
        </w:rPr>
        <w:drawing>
          <wp:inline distT="0" distB="0" distL="0" distR="0" wp14:anchorId="722C2DE0" wp14:editId="23E8D826">
            <wp:extent cx="1564488" cy="1440000"/>
            <wp:effectExtent l="0" t="0" r="0" b="0"/>
            <wp:docPr id="67165204" name="Picture 6716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1564488" cy="1440000"/>
                    </a:xfrm>
                    <a:prstGeom prst="rect">
                      <a:avLst/>
                    </a:prstGeom>
                  </pic:spPr>
                </pic:pic>
              </a:graphicData>
            </a:graphic>
          </wp:inline>
        </w:drawing>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rPr>
      </w:pPr>
      <w:r w:rsidRPr="00162B74">
        <w:rPr>
          <w:rFonts w:eastAsia="Calibri"/>
          <w:b/>
          <w:color w:val="0000FF"/>
          <w:szCs w:val="24"/>
        </w:rPr>
        <w:t>Lời giải</w:t>
      </w:r>
    </w:p>
    <w:p w:rsidR="001D1053" w:rsidRPr="00162B74" w:rsidRDefault="001D1053" w:rsidP="001D1053">
      <w:pPr>
        <w:tabs>
          <w:tab w:val="left" w:pos="283"/>
          <w:tab w:val="left" w:pos="2835"/>
          <w:tab w:val="left" w:pos="5386"/>
          <w:tab w:val="left" w:pos="7937"/>
        </w:tabs>
        <w:spacing w:before="0" w:after="0"/>
        <w:ind w:firstLine="283"/>
        <w:rPr>
          <w:rFonts w:eastAsia="Calibri"/>
          <w:b/>
          <w:color w:val="009900"/>
          <w:szCs w:val="24"/>
          <w:highlight w:val="yellow"/>
        </w:rPr>
      </w:pPr>
      <w:r w:rsidRPr="00162B74">
        <w:rPr>
          <w:rFonts w:eastAsia="Calibri"/>
          <w:b/>
          <w:color w:val="009900"/>
          <w:szCs w:val="24"/>
          <w:highlight w:val="yellow"/>
        </w:rPr>
        <w:t>Đáp án: 2,9</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Nhận xét: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1) Mặt cắt ngang cái màn chụp theo mặt phẳng song song với mặt giường luôn luôn là một hình chữ nhật.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2) Mặt giường là một hình chữ nhật có đường chéo bằng: </w:t>
      </w:r>
      <w:r w:rsidRPr="00162B74">
        <w:rPr>
          <w:rFonts w:eastAsia="Calibri"/>
          <w:position w:val="-24"/>
          <w:szCs w:val="24"/>
        </w:rPr>
        <w:object w:dxaOrig="1840" w:dyaOrig="680">
          <v:shape id="_x0000_i1287" type="#_x0000_t75" style="width:91.85pt;height:34.15pt" o:ole="">
            <v:imagedata r:id="rId520" o:title=""/>
          </v:shape>
          <o:OLEObject Type="Embed" ProgID="Equation.DSMT4" ShapeID="_x0000_i1287" DrawAspect="Content" ObjectID="_1808505319" r:id="rId521"/>
        </w:object>
      </w:r>
      <w:r w:rsidRPr="00162B74">
        <w:rPr>
          <w:rFonts w:eastAsia="Calibri"/>
          <w:szCs w:val="24"/>
        </w:rPr>
        <w:t>m.</w:t>
      </w:r>
    </w:p>
    <w:p w:rsidR="001D1053" w:rsidRPr="00162B74" w:rsidRDefault="00BD63FF" w:rsidP="001D1053">
      <w:pPr>
        <w:tabs>
          <w:tab w:val="left" w:pos="283"/>
          <w:tab w:val="left" w:pos="2835"/>
          <w:tab w:val="left" w:pos="5386"/>
          <w:tab w:val="left" w:pos="7937"/>
        </w:tabs>
        <w:spacing w:before="0" w:after="0"/>
        <w:ind w:firstLine="283"/>
        <w:rPr>
          <w:rFonts w:eastAsia="Calibri"/>
          <w:szCs w:val="24"/>
        </w:rPr>
      </w:pPr>
      <w:r w:rsidRPr="00162B74">
        <w:rPr>
          <w:rFonts w:eastAsia="Calibri"/>
          <w:noProof/>
          <w:szCs w:val="24"/>
        </w:rPr>
        <w:drawing>
          <wp:anchor distT="0" distB="0" distL="114300" distR="114300" simplePos="0" relativeHeight="251660288" behindDoc="0" locked="0" layoutInCell="1" allowOverlap="1" wp14:anchorId="36B8E154">
            <wp:simplePos x="0" y="0"/>
            <wp:positionH relativeFrom="column">
              <wp:posOffset>4559935</wp:posOffset>
            </wp:positionH>
            <wp:positionV relativeFrom="paragraph">
              <wp:posOffset>52070</wp:posOffset>
            </wp:positionV>
            <wp:extent cx="2166620" cy="179959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1666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053" w:rsidRPr="00162B74">
        <w:rPr>
          <w:rFonts w:eastAsia="Calibri"/>
          <w:position w:val="-24"/>
          <w:szCs w:val="24"/>
        </w:rPr>
        <w:object w:dxaOrig="2659" w:dyaOrig="680">
          <v:shape id="_x0000_i1288" type="#_x0000_t75" style="width:132.9pt;height:34.15pt" o:ole="">
            <v:imagedata r:id="rId523" o:title=""/>
          </v:shape>
          <o:OLEObject Type="Embed" ProgID="Equation.DSMT4" ShapeID="_x0000_i1288" DrawAspect="Content" ObjectID="_1808505320" r:id="rId524"/>
        </w:object>
      </w:r>
      <w:r w:rsidR="001D1053" w:rsidRPr="00162B74">
        <w:rPr>
          <w:rFonts w:eastAsia="Calibri"/>
          <w:szCs w:val="24"/>
        </w:rPr>
        <w:t>m.</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bookmarkStart w:id="5" w:name="_GoBack"/>
      <w:bookmarkEnd w:id="5"/>
      <w:r w:rsidRPr="00162B74">
        <w:rPr>
          <w:rFonts w:eastAsia="Calibri"/>
          <w:szCs w:val="24"/>
        </w:rPr>
        <w:t xml:space="preserve">Từ đó ta lắp hệ trục </w:t>
      </w:r>
      <w:r w:rsidRPr="00162B74">
        <w:rPr>
          <w:rFonts w:eastAsia="Calibri"/>
          <w:position w:val="-10"/>
          <w:szCs w:val="24"/>
        </w:rPr>
        <w:object w:dxaOrig="460" w:dyaOrig="320">
          <v:shape id="_x0000_i1289" type="#_x0000_t75" style="width:23.1pt;height:16.15pt" o:ole="">
            <v:imagedata r:id="rId525" o:title=""/>
          </v:shape>
          <o:OLEObject Type="Embed" ProgID="Equation.DSMT4" ShapeID="_x0000_i1289" DrawAspect="Content" ObjectID="_1808505321" r:id="rId526"/>
        </w:object>
      </w:r>
      <w:r w:rsidRPr="00162B74">
        <w:rPr>
          <w:rFonts w:eastAsia="Calibri"/>
          <w:szCs w:val="24"/>
        </w:rPr>
        <w:t xml:space="preserve"> như hình minh họa sau:</w:t>
      </w:r>
    </w:p>
    <w:p w:rsidR="001D1053" w:rsidRPr="00162B74" w:rsidRDefault="001D1053" w:rsidP="00924ED8">
      <w:pPr>
        <w:tabs>
          <w:tab w:val="left" w:pos="283"/>
          <w:tab w:val="left" w:pos="2835"/>
          <w:tab w:val="left" w:pos="5386"/>
          <w:tab w:val="left" w:pos="7937"/>
        </w:tabs>
        <w:spacing w:before="0" w:after="0"/>
        <w:ind w:firstLine="283"/>
        <w:jc w:val="center"/>
        <w:rPr>
          <w:rFonts w:eastAsia="Calibri"/>
          <w:szCs w:val="24"/>
        </w:rPr>
      </w:pP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Trong đó: </w:t>
      </w:r>
      <w:r w:rsidRPr="00162B74">
        <w:rPr>
          <w:rFonts w:eastAsia="Calibri"/>
          <w:position w:val="-24"/>
          <w:szCs w:val="24"/>
        </w:rPr>
        <w:object w:dxaOrig="1719" w:dyaOrig="680">
          <v:shape id="_x0000_i1290" type="#_x0000_t75" style="width:85.85pt;height:34.15pt" o:ole="">
            <v:imagedata r:id="rId527" o:title=""/>
          </v:shape>
          <o:OLEObject Type="Embed" ProgID="Equation.DSMT4" ShapeID="_x0000_i1290" DrawAspect="Content" ObjectID="_1808505322" r:id="rId528"/>
        </w:object>
      </w:r>
      <w:r w:rsidRPr="00162B74">
        <w:rPr>
          <w:rFonts w:eastAsia="Calibri"/>
          <w:szCs w:val="24"/>
        </w:rPr>
        <w:t>.</w:t>
      </w:r>
    </w:p>
    <w:p w:rsidR="001D1053"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Phương trình chính tắ</w:t>
      </w:r>
      <w:r w:rsidR="00F626ED">
        <w:rPr>
          <w:rFonts w:eastAsia="Calibri"/>
          <w:szCs w:val="24"/>
        </w:rPr>
        <w:t>c</w:t>
      </w:r>
      <w:r w:rsidRPr="00162B74">
        <w:rPr>
          <w:rFonts w:eastAsia="Calibri"/>
          <w:szCs w:val="24"/>
        </w:rPr>
        <w:t xml:space="preserve"> elip: </w:t>
      </w:r>
      <w:r w:rsidRPr="00162B74">
        <w:rPr>
          <w:rFonts w:eastAsia="Calibri"/>
          <w:position w:val="-26"/>
          <w:szCs w:val="24"/>
        </w:rPr>
        <w:object w:dxaOrig="2940" w:dyaOrig="720">
          <v:shape id="_x0000_i1291" type="#_x0000_t75" style="width:147.25pt;height:36pt" o:ole="">
            <v:imagedata r:id="rId529" o:title=""/>
          </v:shape>
          <o:OLEObject Type="Embed" ProgID="Equation.DSMT4" ShapeID="_x0000_i1291" DrawAspect="Content" ObjectID="_1808505323" r:id="rId530"/>
        </w:object>
      </w:r>
      <w:r w:rsidRPr="00162B74">
        <w:rPr>
          <w:rFonts w:eastAsia="Calibri"/>
          <w:szCs w:val="24"/>
        </w:rPr>
        <w:t>.</w:t>
      </w:r>
    </w:p>
    <w:p w:rsidR="000738D8" w:rsidRDefault="000738D8" w:rsidP="001D1053">
      <w:pPr>
        <w:tabs>
          <w:tab w:val="left" w:pos="283"/>
          <w:tab w:val="left" w:pos="2835"/>
          <w:tab w:val="left" w:pos="5386"/>
          <w:tab w:val="left" w:pos="7937"/>
        </w:tabs>
        <w:spacing w:before="0" w:after="0"/>
        <w:ind w:firstLine="283"/>
      </w:pPr>
      <w:r>
        <w:rPr>
          <w:rFonts w:eastAsia="Calibri"/>
          <w:szCs w:val="24"/>
        </w:rPr>
        <w:t xml:space="preserve">Khi đó: đường chéo của mặt cắt hình chữ nhật bằng </w:t>
      </w:r>
      <w:r w:rsidRPr="00F4615B">
        <w:rPr>
          <w:position w:val="-26"/>
        </w:rPr>
        <w:object w:dxaOrig="1420" w:dyaOrig="720">
          <v:shape id="_x0000_i1292" type="#_x0000_t75" style="width:71.1pt;height:36pt" o:ole="">
            <v:imagedata r:id="rId531" o:title=""/>
          </v:shape>
          <o:OLEObject Type="Embed" ProgID="Equation.DSMT4" ShapeID="_x0000_i1292" DrawAspect="Content" ObjectID="_1808505324" r:id="rId532"/>
        </w:object>
      </w:r>
      <w:r>
        <w:t>.</w:t>
      </w:r>
    </w:p>
    <w:p w:rsidR="000738D8" w:rsidRDefault="00924ED8" w:rsidP="001D1053">
      <w:pPr>
        <w:tabs>
          <w:tab w:val="left" w:pos="283"/>
          <w:tab w:val="left" w:pos="2835"/>
          <w:tab w:val="left" w:pos="5386"/>
          <w:tab w:val="left" w:pos="7937"/>
        </w:tabs>
        <w:spacing w:before="0" w:after="0"/>
        <w:ind w:firstLine="283"/>
      </w:pPr>
      <w:r>
        <w:rPr>
          <w:rFonts w:eastAsia="Calibri"/>
          <w:szCs w:val="24"/>
        </w:rPr>
        <w:t xml:space="preserve">Tỉ lệ chiều rộng chia chiều dài của hình chữ nhật: </w:t>
      </w:r>
      <w:r w:rsidRPr="00F4615B">
        <w:rPr>
          <w:position w:val="-24"/>
        </w:rPr>
        <w:object w:dxaOrig="2060" w:dyaOrig="620">
          <v:shape id="_x0000_i1293" type="#_x0000_t75" style="width:102.9pt;height:30.9pt" o:ole="">
            <v:imagedata r:id="rId533" o:title=""/>
          </v:shape>
          <o:OLEObject Type="Embed" ProgID="Equation.DSMT4" ShapeID="_x0000_i1293" DrawAspect="Content" ObjectID="_1808505325" r:id="rId534"/>
        </w:object>
      </w:r>
      <w:r>
        <w:t>.</w:t>
      </w:r>
    </w:p>
    <w:p w:rsidR="00924ED8" w:rsidRPr="00162B74" w:rsidRDefault="00924ED8" w:rsidP="001D1053">
      <w:pPr>
        <w:tabs>
          <w:tab w:val="left" w:pos="283"/>
          <w:tab w:val="left" w:pos="2835"/>
          <w:tab w:val="left" w:pos="5386"/>
          <w:tab w:val="left" w:pos="7937"/>
        </w:tabs>
        <w:spacing w:before="0" w:after="0"/>
        <w:ind w:firstLine="283"/>
        <w:rPr>
          <w:rFonts w:eastAsia="Calibri"/>
          <w:szCs w:val="24"/>
        </w:rPr>
      </w:pPr>
      <w:r>
        <w:rPr>
          <w:rFonts w:eastAsia="Calibri"/>
          <w:szCs w:val="24"/>
        </w:rPr>
        <w:t xml:space="preserve">Ta có: </w:t>
      </w:r>
      <w:r w:rsidRPr="00F4615B">
        <w:rPr>
          <w:position w:val="-14"/>
        </w:rPr>
        <w:object w:dxaOrig="3140" w:dyaOrig="440">
          <v:shape id="_x0000_i1294" type="#_x0000_t75" style="width:156.9pt;height:22.15pt" o:ole="">
            <v:imagedata r:id="rId535" o:title=""/>
          </v:shape>
          <o:OLEObject Type="Embed" ProgID="Equation.DSMT4" ShapeID="_x0000_i1294" DrawAspect="Content" ObjectID="_1808505326" r:id="rId536"/>
        </w:object>
      </w:r>
      <w:r w:rsidRPr="00F4615B">
        <w:rPr>
          <w:position w:val="-28"/>
        </w:rPr>
        <w:object w:dxaOrig="2860" w:dyaOrig="660">
          <v:shape id="_x0000_i1295" type="#_x0000_t75" style="width:143.1pt;height:33.25pt" o:ole="">
            <v:imagedata r:id="rId537" o:title=""/>
          </v:shape>
          <o:OLEObject Type="Embed" ProgID="Equation.DSMT4" ShapeID="_x0000_i1295" DrawAspect="Content" ObjectID="_1808505327" r:id="rId538"/>
        </w:objec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 xml:space="preserve">Diện tích mặt cắt: </w:t>
      </w:r>
      <w:r w:rsidR="00924ED8" w:rsidRPr="00924ED8">
        <w:rPr>
          <w:rFonts w:eastAsia="Calibri"/>
          <w:position w:val="-32"/>
          <w:szCs w:val="24"/>
        </w:rPr>
        <w:object w:dxaOrig="6340" w:dyaOrig="760">
          <v:shape id="_x0000_i1296" type="#_x0000_t75" style="width:317.1pt;height:38.3pt" o:ole="">
            <v:imagedata r:id="rId539" o:title=""/>
          </v:shape>
          <o:OLEObject Type="Embed" ProgID="Equation.DSMT4" ShapeID="_x0000_i1296" DrawAspect="Content" ObjectID="_1808505328" r:id="rId540"/>
        </w:object>
      </w:r>
      <w:r w:rsidRPr="00162B74">
        <w:rPr>
          <w:rFonts w:eastAsia="Calibri"/>
          <w:szCs w:val="24"/>
        </w:rPr>
        <w:t>.</w:t>
      </w:r>
    </w:p>
    <w:p w:rsidR="001D1053" w:rsidRPr="00162B74" w:rsidRDefault="001D1053" w:rsidP="001D1053">
      <w:pPr>
        <w:tabs>
          <w:tab w:val="left" w:pos="283"/>
          <w:tab w:val="left" w:pos="2835"/>
          <w:tab w:val="left" w:pos="5386"/>
          <w:tab w:val="left" w:pos="7937"/>
        </w:tabs>
        <w:spacing w:before="0" w:after="0"/>
        <w:ind w:firstLine="283"/>
        <w:rPr>
          <w:rFonts w:eastAsia="Calibri"/>
          <w:szCs w:val="24"/>
        </w:rPr>
      </w:pPr>
      <w:r w:rsidRPr="00162B74">
        <w:rPr>
          <w:rFonts w:eastAsia="Calibri"/>
          <w:szCs w:val="24"/>
        </w:rPr>
        <w:t>Thể tích của phần không gian bên trong màn:</w:t>
      </w:r>
    </w:p>
    <w:p w:rsidR="001D1053" w:rsidRPr="00924ED8" w:rsidRDefault="00924ED8" w:rsidP="00924ED8">
      <w:pPr>
        <w:tabs>
          <w:tab w:val="left" w:pos="283"/>
          <w:tab w:val="left" w:pos="2835"/>
          <w:tab w:val="left" w:pos="5386"/>
          <w:tab w:val="left" w:pos="7937"/>
        </w:tabs>
        <w:spacing w:before="0" w:after="0"/>
        <w:ind w:firstLine="283"/>
        <w:rPr>
          <w:rFonts w:eastAsia="Calibri"/>
          <w:szCs w:val="24"/>
        </w:rPr>
      </w:pPr>
      <w:r w:rsidRPr="00924ED8">
        <w:rPr>
          <w:rFonts w:eastAsia="Calibri"/>
          <w:position w:val="-32"/>
          <w:szCs w:val="24"/>
        </w:rPr>
        <w:object w:dxaOrig="5420" w:dyaOrig="760">
          <v:shape id="_x0000_i1297" type="#_x0000_t75" style="width:270.9pt;height:37.85pt" o:ole="">
            <v:imagedata r:id="rId541" o:title=""/>
          </v:shape>
          <o:OLEObject Type="Embed" ProgID="Equation.DSMT4" ShapeID="_x0000_i1297" DrawAspect="Content" ObjectID="_1808505329" r:id="rId542"/>
        </w:object>
      </w:r>
      <w:r w:rsidR="001D1053" w:rsidRPr="00162B74">
        <w:rPr>
          <w:rFonts w:eastAsia="Calibri"/>
          <w:szCs w:val="24"/>
        </w:rPr>
        <w:t>m</w:t>
      </w:r>
      <w:r w:rsidR="001D1053" w:rsidRPr="00162B74">
        <w:rPr>
          <w:rFonts w:eastAsia="Calibri"/>
          <w:szCs w:val="24"/>
          <w:vertAlign w:val="superscript"/>
        </w:rPr>
        <w:t>3</w:t>
      </w:r>
      <w:r w:rsidR="001D1053" w:rsidRPr="00162B74">
        <w:rPr>
          <w:rFonts w:eastAsia="Calibri"/>
          <w:szCs w:val="24"/>
        </w:rPr>
        <w:t>.</w:t>
      </w:r>
    </w:p>
    <w:bookmarkEnd w:id="0"/>
    <w:p w:rsidR="009113A8" w:rsidRPr="001D1053" w:rsidRDefault="009113A8" w:rsidP="001D1053"/>
    <w:sectPr w:rsidR="009113A8" w:rsidRPr="001D1053"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464" w:rsidRDefault="00742464" w:rsidP="009D23AE">
      <w:pPr>
        <w:spacing w:before="0" w:after="0"/>
      </w:pPr>
      <w:r>
        <w:separator/>
      </w:r>
    </w:p>
  </w:endnote>
  <w:endnote w:type="continuationSeparator" w:id="0">
    <w:p w:rsidR="00742464" w:rsidRDefault="00742464"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Italic">
    <w:altName w:val="Times New Roman"/>
    <w:panose1 w:val="00000000000000000000"/>
    <w:charset w:val="00"/>
    <w:family w:val="roman"/>
    <w:notTrueType/>
    <w:pitch w:val="default"/>
  </w:font>
  <w:font w:name="UTM Avo">
    <w:panose1 w:val="02040603050506020204"/>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464" w:rsidRDefault="00742464" w:rsidP="009D23AE">
      <w:pPr>
        <w:spacing w:before="0" w:after="0"/>
      </w:pPr>
      <w:r>
        <w:separator/>
      </w:r>
    </w:p>
  </w:footnote>
  <w:footnote w:type="continuationSeparator" w:id="0">
    <w:p w:rsidR="00742464" w:rsidRDefault="00742464"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7" w15:restartNumberingAfterBreak="0">
    <w:nsid w:val="10610EBF"/>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2F2278"/>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53B39"/>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05FD7"/>
    <w:multiLevelType w:val="hybridMultilevel"/>
    <w:tmpl w:val="3E4EC7C8"/>
    <w:lvl w:ilvl="0" w:tplc="1E6670D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F6735"/>
    <w:multiLevelType w:val="hybridMultilevel"/>
    <w:tmpl w:val="6F2425E0"/>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1D1EE4"/>
    <w:multiLevelType w:val="hybridMultilevel"/>
    <w:tmpl w:val="7F16F706"/>
    <w:lvl w:ilvl="0" w:tplc="8374750A">
      <w:start w:val="4"/>
      <w:numFmt w:val="lowerLetter"/>
      <w:lvlText w:val="(%1)"/>
      <w:lvlJc w:val="left"/>
      <w:pPr>
        <w:ind w:left="1350" w:hanging="360"/>
      </w:pPr>
      <w:rPr>
        <w:rFonts w:hint="default"/>
        <w:b/>
        <w:color w:val="000000" w:themeColor="text1"/>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3F61906"/>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767DE"/>
    <w:multiLevelType w:val="hybridMultilevel"/>
    <w:tmpl w:val="484842E8"/>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4A105DA"/>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354B46"/>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44F2D"/>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B75A7"/>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A17789"/>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E57AEF"/>
    <w:multiLevelType w:val="multilevel"/>
    <w:tmpl w:val="DF6CF2E4"/>
    <w:lvl w:ilvl="0">
      <w:start w:val="1"/>
      <w:numFmt w:val="decimal"/>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5B7789"/>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F01E7"/>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681707"/>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05C99"/>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FF438E"/>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854B8"/>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3"/>
  </w:num>
  <w:num w:numId="3">
    <w:abstractNumId w:val="16"/>
  </w:num>
  <w:num w:numId="4">
    <w:abstractNumId w:val="7"/>
  </w:num>
  <w:num w:numId="5">
    <w:abstractNumId w:val="21"/>
  </w:num>
  <w:num w:numId="6">
    <w:abstractNumId w:val="13"/>
  </w:num>
  <w:num w:numId="7">
    <w:abstractNumId w:val="11"/>
  </w:num>
  <w:num w:numId="8">
    <w:abstractNumId w:val="19"/>
  </w:num>
  <w:num w:numId="9">
    <w:abstractNumId w:val="22"/>
  </w:num>
  <w:num w:numId="10">
    <w:abstractNumId w:val="20"/>
  </w:num>
  <w:num w:numId="11">
    <w:abstractNumId w:val="14"/>
  </w:num>
  <w:num w:numId="12">
    <w:abstractNumId w:val="17"/>
  </w:num>
  <w:num w:numId="13">
    <w:abstractNumId w:val="27"/>
  </w:num>
  <w:num w:numId="14">
    <w:abstractNumId w:val="15"/>
  </w:num>
  <w:num w:numId="15">
    <w:abstractNumId w:val="12"/>
  </w:num>
  <w:num w:numId="16">
    <w:abstractNumId w:val="18"/>
  </w:num>
  <w:num w:numId="17">
    <w:abstractNumId w:val="25"/>
  </w:num>
  <w:num w:numId="18">
    <w:abstractNumId w:val="9"/>
  </w:num>
  <w:num w:numId="19">
    <w:abstractNumId w:val="5"/>
  </w:num>
  <w:num w:numId="20">
    <w:abstractNumId w:val="3"/>
  </w:num>
  <w:num w:numId="21">
    <w:abstractNumId w:val="2"/>
  </w:num>
  <w:num w:numId="22">
    <w:abstractNumId w:val="4"/>
  </w:num>
  <w:num w:numId="23">
    <w:abstractNumId w:val="1"/>
  </w:num>
  <w:num w:numId="24">
    <w:abstractNumId w:val="0"/>
  </w:num>
  <w:num w:numId="25">
    <w:abstractNumId w:val="6"/>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26">
    <w:abstractNumId w:val="26"/>
  </w:num>
  <w:num w:numId="27">
    <w:abstractNumId w:val="24"/>
  </w:num>
  <w:num w:numId="2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738D8"/>
    <w:rsid w:val="000811AC"/>
    <w:rsid w:val="00083EDF"/>
    <w:rsid w:val="00086ECE"/>
    <w:rsid w:val="00090CAE"/>
    <w:rsid w:val="000B4BCD"/>
    <w:rsid w:val="000F0761"/>
    <w:rsid w:val="001271DB"/>
    <w:rsid w:val="001B3D32"/>
    <w:rsid w:val="001D1053"/>
    <w:rsid w:val="001F0B64"/>
    <w:rsid w:val="001F6849"/>
    <w:rsid w:val="00204A9F"/>
    <w:rsid w:val="00227C0C"/>
    <w:rsid w:val="00232E5E"/>
    <w:rsid w:val="00242C05"/>
    <w:rsid w:val="00255B4D"/>
    <w:rsid w:val="00272FA1"/>
    <w:rsid w:val="00283677"/>
    <w:rsid w:val="002C2951"/>
    <w:rsid w:val="00363BD7"/>
    <w:rsid w:val="00373D90"/>
    <w:rsid w:val="00385EF5"/>
    <w:rsid w:val="003B7FD1"/>
    <w:rsid w:val="00481BEF"/>
    <w:rsid w:val="004D1888"/>
    <w:rsid w:val="00527E9E"/>
    <w:rsid w:val="0056376F"/>
    <w:rsid w:val="00592E10"/>
    <w:rsid w:val="005970C9"/>
    <w:rsid w:val="005C2776"/>
    <w:rsid w:val="005E6A3F"/>
    <w:rsid w:val="00733EBF"/>
    <w:rsid w:val="00742464"/>
    <w:rsid w:val="007856D5"/>
    <w:rsid w:val="007B58FB"/>
    <w:rsid w:val="007D730D"/>
    <w:rsid w:val="007E2450"/>
    <w:rsid w:val="00815A05"/>
    <w:rsid w:val="00820DBD"/>
    <w:rsid w:val="00827F44"/>
    <w:rsid w:val="00896591"/>
    <w:rsid w:val="008C01BF"/>
    <w:rsid w:val="008E39D7"/>
    <w:rsid w:val="008F47A2"/>
    <w:rsid w:val="009113A8"/>
    <w:rsid w:val="00921C44"/>
    <w:rsid w:val="00924ED8"/>
    <w:rsid w:val="00931E9F"/>
    <w:rsid w:val="009434D3"/>
    <w:rsid w:val="00973264"/>
    <w:rsid w:val="009D17FC"/>
    <w:rsid w:val="009D23AE"/>
    <w:rsid w:val="00A3218F"/>
    <w:rsid w:val="00A50A1A"/>
    <w:rsid w:val="00A90852"/>
    <w:rsid w:val="00AA7EB2"/>
    <w:rsid w:val="00AD3B56"/>
    <w:rsid w:val="00AF23CC"/>
    <w:rsid w:val="00B0088E"/>
    <w:rsid w:val="00B40B78"/>
    <w:rsid w:val="00B54A2B"/>
    <w:rsid w:val="00B57849"/>
    <w:rsid w:val="00BD63FF"/>
    <w:rsid w:val="00C25F5A"/>
    <w:rsid w:val="00C41A5B"/>
    <w:rsid w:val="00C4225E"/>
    <w:rsid w:val="00C5569C"/>
    <w:rsid w:val="00C617AE"/>
    <w:rsid w:val="00C73C38"/>
    <w:rsid w:val="00CC0004"/>
    <w:rsid w:val="00CC231D"/>
    <w:rsid w:val="00CF0E23"/>
    <w:rsid w:val="00D44922"/>
    <w:rsid w:val="00D852AF"/>
    <w:rsid w:val="00DA06A7"/>
    <w:rsid w:val="00DF02C5"/>
    <w:rsid w:val="00E11387"/>
    <w:rsid w:val="00E444F1"/>
    <w:rsid w:val="00E55D02"/>
    <w:rsid w:val="00E62059"/>
    <w:rsid w:val="00E915DD"/>
    <w:rsid w:val="00EA4FA6"/>
    <w:rsid w:val="00EB7D44"/>
    <w:rsid w:val="00ED58DE"/>
    <w:rsid w:val="00EE03C8"/>
    <w:rsid w:val="00F626ED"/>
    <w:rsid w:val="00F62D1B"/>
    <w:rsid w:val="00F87698"/>
    <w:rsid w:val="00FA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4D9CF"/>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
    <w:basedOn w:val="Normal"/>
    <w:link w:val="ListParagraphChar"/>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trongbang"/>
    <w:basedOn w:val="TableNormal"/>
    <w:uiPriority w:val="39"/>
    <w:qFormat/>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link w:val="Normal0Char"/>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qFormat/>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qFormat/>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
    <w:link w:val="ListParagraph"/>
    <w:uiPriority w:val="34"/>
    <w:qFormat/>
    <w:rsid w:val="001271DB"/>
    <w:rPr>
      <w:rFonts w:ascii="Times New Roman" w:eastAsia="Times New Roman" w:hAnsi="Times New Roman" w:cs="Times New Roman"/>
      <w:lang w:val="vi"/>
    </w:rPr>
  </w:style>
  <w:style w:type="character" w:styleId="PageNumber">
    <w:name w:val="page number"/>
    <w:basedOn w:val="DefaultParagraphFont"/>
    <w:rsid w:val="00DF02C5"/>
    <w:rPr>
      <w:rFonts w:cs="Times New Roman"/>
    </w:rPr>
  </w:style>
  <w:style w:type="paragraph" w:styleId="NormalWeb">
    <w:name w:val="Normal (Web)"/>
    <w:basedOn w:val="Normal"/>
    <w:link w:val="NormalWebChar"/>
    <w:uiPriority w:val="99"/>
    <w:unhideWhenUsed/>
    <w:rsid w:val="00A3218F"/>
    <w:pPr>
      <w:spacing w:before="100" w:beforeAutospacing="1" w:after="100" w:afterAutospacing="1"/>
      <w:jc w:val="left"/>
    </w:pPr>
    <w:rPr>
      <w:rFonts w:eastAsia="Times New Roman" w:cs="Times New Roman"/>
      <w:szCs w:val="24"/>
    </w:rPr>
  </w:style>
  <w:style w:type="paragraph" w:styleId="NoSpacing">
    <w:name w:val="No Spacing"/>
    <w:link w:val="NoSpacingChar"/>
    <w:uiPriority w:val="1"/>
    <w:qFormat/>
    <w:rsid w:val="00A3218F"/>
    <w:pPr>
      <w:spacing w:after="0" w:line="240" w:lineRule="auto"/>
    </w:pPr>
    <w:rPr>
      <w:rFonts w:ascii="Times New Roman" w:eastAsia="Calibri" w:hAnsi="Times New Roman" w:cs="Times New Roman"/>
      <w:sz w:val="28"/>
      <w:lang w:val="vi-VN"/>
    </w:rPr>
  </w:style>
  <w:style w:type="paragraph" w:styleId="List2">
    <w:name w:val="List 2"/>
    <w:basedOn w:val="Normal"/>
    <w:uiPriority w:val="99"/>
    <w:unhideWhenUsed/>
    <w:rsid w:val="00A3218F"/>
    <w:pPr>
      <w:spacing w:before="0" w:after="160" w:line="256" w:lineRule="auto"/>
      <w:ind w:left="720" w:hanging="360"/>
      <w:contextualSpacing/>
      <w:jc w:val="left"/>
    </w:pPr>
    <w:rPr>
      <w:rFonts w:cs="Times New Roman"/>
      <w:szCs w:val="24"/>
    </w:rPr>
  </w:style>
  <w:style w:type="paragraph" w:styleId="BodyTextIndent">
    <w:name w:val="Body Text Indent"/>
    <w:basedOn w:val="Normal"/>
    <w:link w:val="BodyTextIndentChar"/>
    <w:uiPriority w:val="99"/>
    <w:semiHidden/>
    <w:unhideWhenUsed/>
    <w:rsid w:val="00A3218F"/>
    <w:pPr>
      <w:spacing w:before="0" w:after="120" w:line="259" w:lineRule="auto"/>
      <w:ind w:left="283"/>
      <w:jc w:val="left"/>
    </w:pPr>
    <w:rPr>
      <w:rFonts w:cs="Times New Roman"/>
      <w:szCs w:val="24"/>
    </w:rPr>
  </w:style>
  <w:style w:type="character" w:customStyle="1" w:styleId="BodyTextIndentChar">
    <w:name w:val="Body Text Indent Char"/>
    <w:basedOn w:val="DefaultParagraphFont"/>
    <w:link w:val="BodyTextIndent"/>
    <w:uiPriority w:val="99"/>
    <w:semiHidden/>
    <w:rsid w:val="00A3218F"/>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A3218F"/>
    <w:pPr>
      <w:spacing w:after="160" w:line="256" w:lineRule="auto"/>
      <w:ind w:left="360" w:firstLine="360"/>
    </w:pPr>
  </w:style>
  <w:style w:type="character" w:customStyle="1" w:styleId="BodyTextFirstIndent2Char">
    <w:name w:val="Body Text First Indent 2 Char"/>
    <w:basedOn w:val="BodyTextIndentChar"/>
    <w:link w:val="BodyTextFirstIndent2"/>
    <w:uiPriority w:val="99"/>
    <w:rsid w:val="00A3218F"/>
    <w:rPr>
      <w:rFonts w:ascii="Times New Roman" w:hAnsi="Times New Roman" w:cs="Times New Roman"/>
      <w:sz w:val="24"/>
      <w:szCs w:val="24"/>
    </w:rPr>
  </w:style>
  <w:style w:type="paragraph" w:customStyle="1" w:styleId="Default">
    <w:name w:val="Default"/>
    <w:rsid w:val="00E11387"/>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oancuaDanhsach">
    <w:name w:val="Đoạn của Danh sách"/>
    <w:basedOn w:val="Normal"/>
    <w:link w:val="oancuaDanhsachChar"/>
    <w:qFormat/>
    <w:rsid w:val="00E11387"/>
    <w:pPr>
      <w:spacing w:before="0" w:after="200" w:line="276" w:lineRule="auto"/>
      <w:ind w:left="720"/>
      <w:jc w:val="left"/>
    </w:pPr>
    <w:rPr>
      <w:rFonts w:eastAsia="Arial" w:cs="Calibri"/>
      <w:szCs w:val="24"/>
    </w:rPr>
  </w:style>
  <w:style w:type="character" w:customStyle="1" w:styleId="oancuaDanhsachChar">
    <w:name w:val="Đoạn của Danh sách Char"/>
    <w:link w:val="oancuaDanhsach"/>
    <w:locked/>
    <w:rsid w:val="00E11387"/>
    <w:rPr>
      <w:rFonts w:ascii="Times New Roman" w:eastAsia="Arial" w:hAnsi="Times New Roman" w:cs="Calibri"/>
      <w:sz w:val="24"/>
      <w:szCs w:val="24"/>
    </w:rPr>
  </w:style>
  <w:style w:type="character" w:styleId="Strong">
    <w:name w:val="Strong"/>
    <w:uiPriority w:val="22"/>
    <w:qFormat/>
    <w:rsid w:val="00E11387"/>
    <w:rPr>
      <w:rFonts w:ascii="Times New Roman" w:hAnsi="Times New Roman" w:cs="Times New Roman" w:hint="default"/>
      <w:b/>
      <w:bCs/>
    </w:rPr>
  </w:style>
  <w:style w:type="paragraph" w:customStyle="1" w:styleId="msonormal0">
    <w:name w:val="msonormal"/>
    <w:basedOn w:val="Normal"/>
    <w:rsid w:val="00E11387"/>
    <w:pPr>
      <w:spacing w:before="100" w:beforeAutospacing="1" w:after="100" w:afterAutospacing="1"/>
      <w:jc w:val="left"/>
    </w:pPr>
    <w:rPr>
      <w:rFonts w:eastAsia="Calibri" w:cs="Times New Roman"/>
      <w:szCs w:val="24"/>
    </w:rPr>
  </w:style>
  <w:style w:type="paragraph" w:customStyle="1" w:styleId="Normal1">
    <w:name w:val="Normal1"/>
    <w:basedOn w:val="Normal"/>
    <w:rsid w:val="00E11387"/>
    <w:pPr>
      <w:spacing w:before="100" w:beforeAutospacing="1" w:after="100" w:afterAutospacing="1"/>
      <w:jc w:val="left"/>
    </w:pPr>
    <w:rPr>
      <w:rFonts w:eastAsia="Times New Roman" w:cs="Times New Roman"/>
      <w:szCs w:val="24"/>
    </w:rPr>
  </w:style>
  <w:style w:type="table" w:customStyle="1" w:styleId="TableGrid3">
    <w:name w:val="Table Grid3"/>
    <w:basedOn w:val="TableNormal"/>
    <w:next w:val="TableGrid"/>
    <w:uiPriority w:val="59"/>
    <w:rsid w:val="00E11387"/>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qFormat/>
    <w:rsid w:val="001D1053"/>
    <w:rPr>
      <w:rFonts w:ascii="Times New Roman" w:hAnsi="Times New Roman"/>
      <w:sz w:val="24"/>
    </w:rPr>
  </w:style>
  <w:style w:type="paragraph" w:customStyle="1" w:styleId="footnotedescription">
    <w:name w:val="footnote description"/>
    <w:next w:val="Normal"/>
    <w:link w:val="footnotedescriptionChar"/>
    <w:hidden/>
    <w:rsid w:val="001D1053"/>
    <w:pPr>
      <w:spacing w:after="0"/>
      <w:jc w:val="both"/>
    </w:pPr>
    <w:rPr>
      <w:rFonts w:ascii="Euclid Symbol" w:eastAsia="Euclid Symbol" w:hAnsi="Euclid Symbol" w:cs="Euclid Symbol"/>
      <w:color w:val="000000"/>
      <w:kern w:val="2"/>
      <w:sz w:val="24"/>
    </w:rPr>
  </w:style>
  <w:style w:type="character" w:customStyle="1" w:styleId="footnotedescriptionChar">
    <w:name w:val="footnote description Char"/>
    <w:link w:val="footnotedescription"/>
    <w:rsid w:val="001D1053"/>
    <w:rPr>
      <w:rFonts w:ascii="Euclid Symbol" w:eastAsia="Euclid Symbol" w:hAnsi="Euclid Symbol" w:cs="Euclid Symbol"/>
      <w:color w:val="000000"/>
      <w:kern w:val="2"/>
      <w:sz w:val="24"/>
    </w:rPr>
  </w:style>
  <w:style w:type="character" w:customStyle="1" w:styleId="footnotemark">
    <w:name w:val="footnote mark"/>
    <w:hidden/>
    <w:rsid w:val="001D1053"/>
    <w:rPr>
      <w:rFonts w:ascii="Times New Roman" w:eastAsia="Times New Roman" w:hAnsi="Times New Roman" w:cs="Times New Roman"/>
      <w:color w:val="000000"/>
      <w:sz w:val="21"/>
      <w:vertAlign w:val="superscript"/>
    </w:rPr>
  </w:style>
  <w:style w:type="table" w:customStyle="1" w:styleId="TableGrid0">
    <w:name w:val="TableGrid"/>
    <w:rsid w:val="001D1053"/>
    <w:pPr>
      <w:spacing w:after="0" w:line="240" w:lineRule="auto"/>
    </w:pPr>
    <w:rPr>
      <w:rFonts w:eastAsiaTheme="minorEastAsia"/>
      <w:kern w:val="2"/>
    </w:rPr>
    <w:tblPr>
      <w:tblCellMar>
        <w:top w:w="0" w:type="dxa"/>
        <w:left w:w="0" w:type="dxa"/>
        <w:bottom w:w="0" w:type="dxa"/>
        <w:right w:w="0" w:type="dxa"/>
      </w:tblCellMar>
    </w:tblPr>
  </w:style>
  <w:style w:type="numbering" w:customStyle="1" w:styleId="NoList1">
    <w:name w:val="No List1"/>
    <w:next w:val="NoList"/>
    <w:uiPriority w:val="99"/>
    <w:semiHidden/>
    <w:unhideWhenUsed/>
    <w:rsid w:val="001D1053"/>
  </w:style>
  <w:style w:type="paragraph" w:customStyle="1" w:styleId="Normal044">
    <w:name w:val="Normal_0_44"/>
    <w:qFormat/>
    <w:rsid w:val="001D1053"/>
    <w:pPr>
      <w:spacing w:after="0" w:line="240" w:lineRule="auto"/>
    </w:pPr>
    <w:rPr>
      <w:rFonts w:ascii="Times New Roman" w:eastAsia="Calibri" w:hAnsi="Times New Roman" w:cs="Times New Roman"/>
      <w:sz w:val="20"/>
      <w:szCs w:val="20"/>
    </w:rPr>
  </w:style>
  <w:style w:type="paragraph" w:styleId="BodyText2">
    <w:name w:val="Body Text 2"/>
    <w:basedOn w:val="Normal"/>
    <w:link w:val="BodyText2Char"/>
    <w:uiPriority w:val="99"/>
    <w:unhideWhenUsed/>
    <w:rsid w:val="001D1053"/>
    <w:pPr>
      <w:spacing w:before="0" w:after="120" w:line="480" w:lineRule="auto"/>
      <w:jc w:val="left"/>
    </w:pPr>
    <w:rPr>
      <w:rFonts w:asciiTheme="minorHAnsi" w:eastAsiaTheme="minorEastAsia" w:hAnsiTheme="minorHAnsi"/>
      <w:sz w:val="22"/>
    </w:rPr>
  </w:style>
  <w:style w:type="character" w:customStyle="1" w:styleId="BodyText2Char">
    <w:name w:val="Body Text 2 Char"/>
    <w:basedOn w:val="DefaultParagraphFont"/>
    <w:link w:val="BodyText2"/>
    <w:uiPriority w:val="99"/>
    <w:rsid w:val="001D1053"/>
    <w:rPr>
      <w:rFonts w:eastAsiaTheme="minorEastAsia"/>
    </w:rPr>
  </w:style>
  <w:style w:type="paragraph" w:styleId="BodyText3">
    <w:name w:val="Body Text 3"/>
    <w:basedOn w:val="Normal"/>
    <w:link w:val="BodyText3Char"/>
    <w:uiPriority w:val="99"/>
    <w:unhideWhenUsed/>
    <w:rsid w:val="001D1053"/>
    <w:pPr>
      <w:spacing w:before="0" w:after="120" w:line="276" w:lineRule="auto"/>
      <w:jc w:val="left"/>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rsid w:val="001D1053"/>
    <w:rPr>
      <w:rFonts w:eastAsiaTheme="minorEastAsia"/>
      <w:sz w:val="16"/>
      <w:szCs w:val="16"/>
    </w:rPr>
  </w:style>
  <w:style w:type="paragraph" w:styleId="List">
    <w:name w:val="List"/>
    <w:basedOn w:val="Normal"/>
    <w:uiPriority w:val="99"/>
    <w:unhideWhenUsed/>
    <w:rsid w:val="001D1053"/>
    <w:pPr>
      <w:spacing w:before="0" w:after="200" w:line="276" w:lineRule="auto"/>
      <w:ind w:left="360" w:hanging="360"/>
      <w:contextualSpacing/>
      <w:jc w:val="left"/>
    </w:pPr>
    <w:rPr>
      <w:rFonts w:asciiTheme="minorHAnsi" w:eastAsiaTheme="minorEastAsia" w:hAnsiTheme="minorHAnsi"/>
      <w:sz w:val="22"/>
    </w:rPr>
  </w:style>
  <w:style w:type="paragraph" w:styleId="List3">
    <w:name w:val="List 3"/>
    <w:basedOn w:val="Normal"/>
    <w:uiPriority w:val="99"/>
    <w:unhideWhenUsed/>
    <w:rsid w:val="001D1053"/>
    <w:pPr>
      <w:spacing w:before="0" w:after="200" w:line="276" w:lineRule="auto"/>
      <w:ind w:left="1080" w:hanging="360"/>
      <w:contextualSpacing/>
      <w:jc w:val="left"/>
    </w:pPr>
    <w:rPr>
      <w:rFonts w:asciiTheme="minorHAnsi" w:eastAsiaTheme="minorEastAsia" w:hAnsiTheme="minorHAnsi"/>
      <w:sz w:val="22"/>
    </w:rPr>
  </w:style>
  <w:style w:type="paragraph" w:styleId="ListBullet">
    <w:name w:val="List Bullet"/>
    <w:basedOn w:val="Normal"/>
    <w:uiPriority w:val="99"/>
    <w:unhideWhenUsed/>
    <w:rsid w:val="001D1053"/>
    <w:pPr>
      <w:numPr>
        <w:numId w:val="19"/>
      </w:numPr>
      <w:spacing w:before="0" w:after="200" w:line="276" w:lineRule="auto"/>
      <w:contextualSpacing/>
      <w:jc w:val="left"/>
    </w:pPr>
    <w:rPr>
      <w:rFonts w:asciiTheme="minorHAnsi" w:eastAsiaTheme="minorEastAsia" w:hAnsiTheme="minorHAnsi"/>
      <w:sz w:val="22"/>
    </w:rPr>
  </w:style>
  <w:style w:type="paragraph" w:styleId="ListBullet2">
    <w:name w:val="List Bullet 2"/>
    <w:basedOn w:val="Normal"/>
    <w:uiPriority w:val="99"/>
    <w:unhideWhenUsed/>
    <w:rsid w:val="001D1053"/>
    <w:pPr>
      <w:numPr>
        <w:numId w:val="20"/>
      </w:numPr>
      <w:spacing w:before="0" w:after="200" w:line="276" w:lineRule="auto"/>
      <w:contextualSpacing/>
      <w:jc w:val="left"/>
    </w:pPr>
    <w:rPr>
      <w:rFonts w:asciiTheme="minorHAnsi" w:eastAsiaTheme="minorEastAsia" w:hAnsiTheme="minorHAnsi"/>
      <w:sz w:val="22"/>
    </w:rPr>
  </w:style>
  <w:style w:type="paragraph" w:styleId="ListBullet3">
    <w:name w:val="List Bullet 3"/>
    <w:basedOn w:val="Normal"/>
    <w:uiPriority w:val="99"/>
    <w:unhideWhenUsed/>
    <w:rsid w:val="001D1053"/>
    <w:pPr>
      <w:numPr>
        <w:numId w:val="21"/>
      </w:numPr>
      <w:spacing w:before="0" w:after="200" w:line="276" w:lineRule="auto"/>
      <w:contextualSpacing/>
      <w:jc w:val="left"/>
    </w:pPr>
    <w:rPr>
      <w:rFonts w:asciiTheme="minorHAnsi" w:eastAsiaTheme="minorEastAsia" w:hAnsiTheme="minorHAnsi"/>
      <w:sz w:val="22"/>
    </w:rPr>
  </w:style>
  <w:style w:type="paragraph" w:styleId="ListNumber">
    <w:name w:val="List Number"/>
    <w:basedOn w:val="Normal"/>
    <w:uiPriority w:val="99"/>
    <w:unhideWhenUsed/>
    <w:rsid w:val="001D1053"/>
    <w:pPr>
      <w:numPr>
        <w:numId w:val="22"/>
      </w:numPr>
      <w:spacing w:before="0" w:after="200" w:line="276" w:lineRule="auto"/>
      <w:contextualSpacing/>
      <w:jc w:val="left"/>
    </w:pPr>
    <w:rPr>
      <w:rFonts w:asciiTheme="minorHAnsi" w:eastAsiaTheme="minorEastAsia" w:hAnsiTheme="minorHAnsi"/>
      <w:sz w:val="22"/>
    </w:rPr>
  </w:style>
  <w:style w:type="paragraph" w:styleId="ListNumber2">
    <w:name w:val="List Number 2"/>
    <w:basedOn w:val="Normal"/>
    <w:uiPriority w:val="99"/>
    <w:unhideWhenUsed/>
    <w:rsid w:val="001D1053"/>
    <w:pPr>
      <w:numPr>
        <w:numId w:val="23"/>
      </w:numPr>
      <w:spacing w:before="0" w:after="200" w:line="276" w:lineRule="auto"/>
      <w:contextualSpacing/>
      <w:jc w:val="left"/>
    </w:pPr>
    <w:rPr>
      <w:rFonts w:asciiTheme="minorHAnsi" w:eastAsiaTheme="minorEastAsia" w:hAnsiTheme="minorHAnsi"/>
      <w:sz w:val="22"/>
    </w:rPr>
  </w:style>
  <w:style w:type="paragraph" w:styleId="ListNumber3">
    <w:name w:val="List Number 3"/>
    <w:basedOn w:val="Normal"/>
    <w:uiPriority w:val="99"/>
    <w:unhideWhenUsed/>
    <w:rsid w:val="001D1053"/>
    <w:pPr>
      <w:numPr>
        <w:numId w:val="24"/>
      </w:numPr>
      <w:spacing w:before="0" w:after="200" w:line="276" w:lineRule="auto"/>
      <w:contextualSpacing/>
      <w:jc w:val="left"/>
    </w:pPr>
    <w:rPr>
      <w:rFonts w:asciiTheme="minorHAnsi" w:eastAsiaTheme="minorEastAsia" w:hAnsiTheme="minorHAnsi"/>
      <w:sz w:val="22"/>
    </w:rPr>
  </w:style>
  <w:style w:type="paragraph" w:styleId="ListContinue">
    <w:name w:val="List Continue"/>
    <w:basedOn w:val="Normal"/>
    <w:uiPriority w:val="99"/>
    <w:unhideWhenUsed/>
    <w:rsid w:val="001D1053"/>
    <w:pPr>
      <w:spacing w:before="0" w:after="120" w:line="276" w:lineRule="auto"/>
      <w:ind w:left="360"/>
      <w:contextualSpacing/>
      <w:jc w:val="left"/>
    </w:pPr>
    <w:rPr>
      <w:rFonts w:asciiTheme="minorHAnsi" w:eastAsiaTheme="minorEastAsia" w:hAnsiTheme="minorHAnsi"/>
      <w:sz w:val="22"/>
    </w:rPr>
  </w:style>
  <w:style w:type="paragraph" w:styleId="ListContinue2">
    <w:name w:val="List Continue 2"/>
    <w:basedOn w:val="Normal"/>
    <w:uiPriority w:val="99"/>
    <w:unhideWhenUsed/>
    <w:rsid w:val="001D1053"/>
    <w:pPr>
      <w:spacing w:before="0" w:after="120" w:line="276" w:lineRule="auto"/>
      <w:ind w:left="720"/>
      <w:contextualSpacing/>
      <w:jc w:val="left"/>
    </w:pPr>
    <w:rPr>
      <w:rFonts w:asciiTheme="minorHAnsi" w:eastAsiaTheme="minorEastAsia" w:hAnsiTheme="minorHAnsi"/>
      <w:sz w:val="22"/>
    </w:rPr>
  </w:style>
  <w:style w:type="paragraph" w:styleId="ListContinue3">
    <w:name w:val="List Continue 3"/>
    <w:basedOn w:val="Normal"/>
    <w:uiPriority w:val="99"/>
    <w:unhideWhenUsed/>
    <w:rsid w:val="001D1053"/>
    <w:pPr>
      <w:spacing w:before="0" w:after="120" w:line="276" w:lineRule="auto"/>
      <w:ind w:left="1080"/>
      <w:contextualSpacing/>
      <w:jc w:val="left"/>
    </w:pPr>
    <w:rPr>
      <w:rFonts w:asciiTheme="minorHAnsi" w:eastAsiaTheme="minorEastAsia" w:hAnsiTheme="minorHAnsi"/>
      <w:sz w:val="22"/>
    </w:rPr>
  </w:style>
  <w:style w:type="paragraph" w:styleId="MacroText">
    <w:name w:val="macro"/>
    <w:link w:val="MacroTextChar"/>
    <w:uiPriority w:val="99"/>
    <w:unhideWhenUsed/>
    <w:rsid w:val="001D105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1D1053"/>
    <w:rPr>
      <w:rFonts w:ascii="Courier" w:eastAsiaTheme="minorEastAsia" w:hAnsi="Courier"/>
      <w:sz w:val="20"/>
      <w:szCs w:val="20"/>
    </w:rPr>
  </w:style>
  <w:style w:type="paragraph" w:styleId="Caption">
    <w:name w:val="caption"/>
    <w:basedOn w:val="Normal"/>
    <w:next w:val="Normal"/>
    <w:uiPriority w:val="35"/>
    <w:semiHidden/>
    <w:unhideWhenUsed/>
    <w:qFormat/>
    <w:rsid w:val="001D1053"/>
    <w:pPr>
      <w:spacing w:before="0" w:after="200"/>
      <w:jc w:val="left"/>
    </w:pPr>
    <w:rPr>
      <w:rFonts w:asciiTheme="minorHAnsi" w:eastAsiaTheme="minorEastAsia" w:hAnsiTheme="minorHAnsi"/>
      <w:b/>
      <w:bCs/>
      <w:color w:val="4472C4" w:themeColor="accent1"/>
      <w:sz w:val="18"/>
      <w:szCs w:val="18"/>
    </w:rPr>
  </w:style>
  <w:style w:type="character" w:styleId="Emphasis">
    <w:name w:val="Emphasis"/>
    <w:basedOn w:val="DefaultParagraphFont"/>
    <w:uiPriority w:val="20"/>
    <w:qFormat/>
    <w:rsid w:val="001D1053"/>
    <w:rPr>
      <w:i/>
      <w:iCs/>
    </w:rPr>
  </w:style>
  <w:style w:type="character" w:styleId="SubtleEmphasis">
    <w:name w:val="Subtle Emphasis"/>
    <w:basedOn w:val="DefaultParagraphFont"/>
    <w:uiPriority w:val="19"/>
    <w:qFormat/>
    <w:rsid w:val="001D1053"/>
    <w:rPr>
      <w:i/>
      <w:iCs/>
      <w:color w:val="808080" w:themeColor="text1" w:themeTint="7F"/>
    </w:rPr>
  </w:style>
  <w:style w:type="character" w:styleId="SubtleReference">
    <w:name w:val="Subtle Reference"/>
    <w:basedOn w:val="DefaultParagraphFont"/>
    <w:uiPriority w:val="31"/>
    <w:qFormat/>
    <w:rsid w:val="001D1053"/>
    <w:rPr>
      <w:smallCaps/>
      <w:color w:val="ED7D31" w:themeColor="accent2"/>
      <w:u w:val="single"/>
    </w:rPr>
  </w:style>
  <w:style w:type="character" w:styleId="BookTitle">
    <w:name w:val="Book Title"/>
    <w:basedOn w:val="DefaultParagraphFont"/>
    <w:uiPriority w:val="33"/>
    <w:qFormat/>
    <w:rsid w:val="001D1053"/>
    <w:rPr>
      <w:b/>
      <w:bCs/>
      <w:smallCaps/>
      <w:spacing w:val="5"/>
    </w:rPr>
  </w:style>
  <w:style w:type="paragraph" w:styleId="TOCHeading">
    <w:name w:val="TOC Heading"/>
    <w:basedOn w:val="Heading1"/>
    <w:next w:val="Normal"/>
    <w:uiPriority w:val="39"/>
    <w:semiHidden/>
    <w:unhideWhenUsed/>
    <w:qFormat/>
    <w:rsid w:val="001D105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rPr>
  </w:style>
  <w:style w:type="table" w:customStyle="1" w:styleId="TableGrid1">
    <w:name w:val="Table Grid1"/>
    <w:basedOn w:val="TableNormal"/>
    <w:next w:val="TableGrid"/>
    <w:uiPriority w:val="39"/>
    <w:rsid w:val="001D105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105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05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D1053"/>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D1053"/>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D1053"/>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D1053"/>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D1053"/>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
    <w:name w:val="No List2"/>
    <w:next w:val="NoList"/>
    <w:uiPriority w:val="99"/>
    <w:semiHidden/>
    <w:unhideWhenUsed/>
    <w:rsid w:val="001D1053"/>
  </w:style>
  <w:style w:type="paragraph" w:customStyle="1" w:styleId="oncaDanhsch1">
    <w:name w:val="Đoạn của Danh sách1"/>
    <w:basedOn w:val="Normal"/>
    <w:rsid w:val="001D1053"/>
    <w:pPr>
      <w:widowControl w:val="0"/>
      <w:spacing w:before="0" w:after="0"/>
      <w:jc w:val="left"/>
    </w:pPr>
    <w:rPr>
      <w:rFonts w:ascii="Calibri" w:eastAsia="Times New Roman" w:hAnsi="Calibri" w:cs="Times New Roman"/>
      <w:sz w:val="22"/>
    </w:rPr>
  </w:style>
  <w:style w:type="table" w:customStyle="1" w:styleId="thamkhao1">
    <w:name w:val="tham khao1"/>
    <w:basedOn w:val="TableNormal"/>
    <w:next w:val="TableGrid"/>
    <w:uiPriority w:val="39"/>
    <w:qFormat/>
    <w:rsid w:val="001D1053"/>
    <w:pPr>
      <w:spacing w:after="0" w:line="240" w:lineRule="auto"/>
    </w:pPr>
    <w:rPr>
      <w:rFonts w:ascii="Calibri" w:eastAsia="Calibri" w:hAnsi="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D1053"/>
    <w:pPr>
      <w:spacing w:before="0" w:after="160" w:line="240" w:lineRule="exact"/>
      <w:ind w:firstLine="567"/>
      <w:jc w:val="left"/>
    </w:pPr>
    <w:rPr>
      <w:rFonts w:ascii="Arial" w:eastAsia="Times New Roman" w:hAnsi="Arial" w:cs="Verdana"/>
      <w:color w:val="800000"/>
      <w:sz w:val="20"/>
      <w:szCs w:val="20"/>
    </w:rPr>
  </w:style>
  <w:style w:type="character" w:customStyle="1" w:styleId="fontstyle01">
    <w:name w:val="fontstyle01"/>
    <w:rsid w:val="001D1053"/>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1D1053"/>
    <w:rPr>
      <w:rFonts w:eastAsia="Times New Roman"/>
      <w:b/>
      <w:bCs/>
      <w:sz w:val="26"/>
      <w:szCs w:val="26"/>
      <w:lang w:val="pt-BR" w:eastAsia="en-US"/>
    </w:rPr>
  </w:style>
  <w:style w:type="character" w:styleId="CommentReference">
    <w:name w:val="annotation reference"/>
    <w:basedOn w:val="DefaultParagraphFont"/>
    <w:uiPriority w:val="99"/>
    <w:semiHidden/>
    <w:unhideWhenUsed/>
    <w:rsid w:val="001D1053"/>
    <w:rPr>
      <w:sz w:val="16"/>
      <w:szCs w:val="16"/>
    </w:rPr>
  </w:style>
  <w:style w:type="paragraph" w:styleId="CommentText">
    <w:name w:val="annotation text"/>
    <w:basedOn w:val="Normal"/>
    <w:link w:val="CommentTextChar"/>
    <w:uiPriority w:val="99"/>
    <w:semiHidden/>
    <w:unhideWhenUsed/>
    <w:rsid w:val="001D1053"/>
    <w:pPr>
      <w:spacing w:before="0" w:after="160"/>
      <w:jc w:val="left"/>
    </w:pPr>
    <w:rPr>
      <w:rFonts w:ascii="Palatino Linotype" w:hAnsi="Palatino Linotype"/>
      <w:sz w:val="20"/>
      <w:szCs w:val="20"/>
    </w:rPr>
  </w:style>
  <w:style w:type="character" w:customStyle="1" w:styleId="CommentTextChar">
    <w:name w:val="Comment Text Char"/>
    <w:basedOn w:val="DefaultParagraphFont"/>
    <w:link w:val="CommentText"/>
    <w:uiPriority w:val="99"/>
    <w:semiHidden/>
    <w:rsid w:val="001D105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1D1053"/>
    <w:rPr>
      <w:b/>
      <w:bCs/>
    </w:rPr>
  </w:style>
  <w:style w:type="character" w:customStyle="1" w:styleId="CommentSubjectChar">
    <w:name w:val="Comment Subject Char"/>
    <w:basedOn w:val="CommentTextChar"/>
    <w:link w:val="CommentSubject"/>
    <w:uiPriority w:val="99"/>
    <w:semiHidden/>
    <w:rsid w:val="001D1053"/>
    <w:rPr>
      <w:rFonts w:ascii="Palatino Linotype" w:hAnsi="Palatino Linotype"/>
      <w:b/>
      <w:bCs/>
      <w:sz w:val="20"/>
      <w:szCs w:val="20"/>
    </w:rPr>
  </w:style>
  <w:style w:type="numbering" w:customStyle="1" w:styleId="NoList11">
    <w:name w:val="No List11"/>
    <w:next w:val="NoList"/>
    <w:uiPriority w:val="99"/>
    <w:semiHidden/>
    <w:unhideWhenUsed/>
    <w:rsid w:val="001D1053"/>
  </w:style>
  <w:style w:type="table" w:customStyle="1" w:styleId="TableGrid11">
    <w:name w:val="Table Grid11"/>
    <w:basedOn w:val="TableNormal"/>
    <w:next w:val="TableGrid"/>
    <w:uiPriority w:val="59"/>
    <w:rsid w:val="001D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1D1053"/>
    <w:rPr>
      <w:rFonts w:ascii="Calibri" w:eastAsia="Calibri" w:hAnsi="Calibri" w:cs="Times New Roman"/>
      <w:sz w:val="20"/>
      <w:szCs w:val="20"/>
    </w:rPr>
  </w:style>
  <w:style w:type="character" w:customStyle="1" w:styleId="fontstyle21">
    <w:name w:val="fontstyle21"/>
    <w:rsid w:val="001D1053"/>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1D1053"/>
    <w:pPr>
      <w:spacing w:before="0" w:after="200" w:line="276" w:lineRule="auto"/>
      <w:ind w:left="720"/>
      <w:jc w:val="left"/>
    </w:pPr>
    <w:rPr>
      <w:rFonts w:ascii="Calibri" w:eastAsia="Times New Roman" w:hAnsi="Calibri" w:cs="Times New Roman"/>
      <w:sz w:val="22"/>
    </w:rPr>
  </w:style>
  <w:style w:type="character" w:customStyle="1" w:styleId="oncaDanhschChar">
    <w:name w:val="Đoạn của Danh sách Char"/>
    <w:link w:val="oncaDanhsch"/>
    <w:qFormat/>
    <w:locked/>
    <w:rsid w:val="001D1053"/>
    <w:rPr>
      <w:rFonts w:ascii="Calibri" w:eastAsia="Times New Roman" w:hAnsi="Calibri" w:cs="Times New Roman"/>
    </w:rPr>
  </w:style>
  <w:style w:type="character" w:customStyle="1" w:styleId="NormalWebChar">
    <w:name w:val="Normal (Web) Char"/>
    <w:link w:val="NormalWeb"/>
    <w:uiPriority w:val="99"/>
    <w:rsid w:val="001D1053"/>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1D1053"/>
    <w:rPr>
      <w:rFonts w:ascii="Times New Roman" w:eastAsia="Calibri" w:hAnsi="Times New Roman" w:cs="Times New Roman"/>
      <w:sz w:val="28"/>
      <w:lang w:val="vi-VN"/>
    </w:rPr>
  </w:style>
  <w:style w:type="character" w:customStyle="1" w:styleId="MTEquationSection">
    <w:name w:val="MTEquationSection"/>
    <w:basedOn w:val="DefaultParagraphFont"/>
    <w:rsid w:val="001D1053"/>
    <w:rPr>
      <w:rFonts w:ascii="Times New Roman" w:eastAsia="Times New Roman" w:hAnsi="Times New Roman" w:cs="Times New Roman"/>
      <w:b/>
      <w:vanish/>
      <w:color w:val="FF0000"/>
      <w:sz w:val="24"/>
      <w:lang w:val="en-US" w:eastAsia="vi-VN"/>
    </w:rPr>
  </w:style>
  <w:style w:type="character" w:customStyle="1" w:styleId="Bodytext20">
    <w:name w:val="Body text (2)"/>
    <w:rsid w:val="001D1053"/>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
    <w:link w:val="Mu2Char"/>
    <w:qFormat/>
    <w:rsid w:val="001D1053"/>
    <w:pPr>
      <w:widowControl w:val="0"/>
      <w:numPr>
        <w:numId w:val="25"/>
      </w:numPr>
      <w:tabs>
        <w:tab w:val="left" w:pos="2694"/>
      </w:tabs>
      <w:spacing w:before="0" w:after="0"/>
      <w:ind w:left="57"/>
      <w:jc w:val="left"/>
    </w:pPr>
    <w:rPr>
      <w:rFonts w:eastAsia="Calibri" w:cs="Times New Roman"/>
      <w:bCs/>
      <w:szCs w:val="24"/>
      <w:lang w:eastAsia="ja-JP"/>
    </w:rPr>
  </w:style>
  <w:style w:type="character" w:customStyle="1" w:styleId="Mu2Char">
    <w:name w:val="Mẫu 2 Char"/>
    <w:link w:val="Mu2"/>
    <w:rsid w:val="001D1053"/>
    <w:rPr>
      <w:rFonts w:ascii="Times New Roman" w:eastAsia="Calibri" w:hAnsi="Times New Roman" w:cs="Times New Roman"/>
      <w:bCs/>
      <w:sz w:val="24"/>
      <w:szCs w:val="24"/>
      <w:lang w:eastAsia="ja-JP"/>
    </w:rPr>
  </w:style>
  <w:style w:type="character" w:customStyle="1" w:styleId="Vnbnnidung510pt">
    <w:name w:val="Văn bản nội dung (5) + 10 pt"/>
    <w:rsid w:val="001D1053"/>
    <w:rPr>
      <w:b/>
      <w:bCs/>
      <w:i/>
      <w:iCs/>
      <w:sz w:val="20"/>
      <w:szCs w:val="20"/>
      <w:lang w:bidi="ar-SA"/>
    </w:rPr>
  </w:style>
  <w:style w:type="table" w:customStyle="1" w:styleId="TableGrid2">
    <w:name w:val="Table Grid2"/>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053"/>
  </w:style>
  <w:style w:type="table" w:customStyle="1" w:styleId="TableGrid4">
    <w:name w:val="Table Grid4"/>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1053"/>
  </w:style>
  <w:style w:type="table" w:customStyle="1" w:styleId="thamkhao11">
    <w:name w:val="tham khao11"/>
    <w:basedOn w:val="TableNormal"/>
    <w:next w:val="TableGrid"/>
    <w:uiPriority w:val="59"/>
    <w:rsid w:val="001D1053"/>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1053"/>
    <w:pPr>
      <w:spacing w:after="0" w:line="240" w:lineRule="auto"/>
    </w:pPr>
    <w:rPr>
      <w:rFonts w:ascii="Arial" w:hAnsi="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1053"/>
  </w:style>
  <w:style w:type="table" w:customStyle="1" w:styleId="TableGrid6">
    <w:name w:val="Table Grid6"/>
    <w:basedOn w:val="TableNormal"/>
    <w:next w:val="TableGrid"/>
    <w:uiPriority w:val="3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10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1053"/>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1053"/>
    <w:pPr>
      <w:spacing w:after="0" w:line="240" w:lineRule="auto"/>
    </w:pPr>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57.wmf"/><Relationship Id="rId170" Type="http://schemas.openxmlformats.org/officeDocument/2006/relationships/oleObject" Target="embeddings/oleObject81.bin"/><Relationship Id="rId268" Type="http://schemas.openxmlformats.org/officeDocument/2006/relationships/image" Target="media/image131.wmf"/><Relationship Id="rId475" Type="http://schemas.openxmlformats.org/officeDocument/2006/relationships/oleObject" Target="embeddings/oleObject240.bin"/><Relationship Id="rId32" Type="http://schemas.openxmlformats.org/officeDocument/2006/relationships/oleObject" Target="embeddings/oleObject12.bin"/><Relationship Id="rId128" Type="http://schemas.openxmlformats.org/officeDocument/2006/relationships/image" Target="media/image61.wmf"/><Relationship Id="rId335" Type="http://schemas.openxmlformats.org/officeDocument/2006/relationships/image" Target="media/image161.wmf"/><Relationship Id="rId542" Type="http://schemas.openxmlformats.org/officeDocument/2006/relationships/oleObject" Target="embeddings/oleObject273.bin"/><Relationship Id="rId181" Type="http://schemas.openxmlformats.org/officeDocument/2006/relationships/image" Target="media/image88.wmf"/><Relationship Id="rId402" Type="http://schemas.openxmlformats.org/officeDocument/2006/relationships/oleObject" Target="embeddings/oleObject202.bin"/><Relationship Id="rId279" Type="http://schemas.openxmlformats.org/officeDocument/2006/relationships/oleObject" Target="embeddings/oleObject136.bin"/><Relationship Id="rId486" Type="http://schemas.openxmlformats.org/officeDocument/2006/relationships/oleObject" Target="embeddings/oleObject246.bin"/><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oleObject" Target="embeddings/oleObject174.bin"/><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8.bin"/><Relationship Id="rId248" Type="http://schemas.openxmlformats.org/officeDocument/2006/relationships/image" Target="media/image121.wmf"/><Relationship Id="rId455" Type="http://schemas.openxmlformats.org/officeDocument/2006/relationships/image" Target="media/image219.wmf"/><Relationship Id="rId497" Type="http://schemas.openxmlformats.org/officeDocument/2006/relationships/image" Target="media/image239.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2.wmf"/><Relationship Id="rId357" Type="http://schemas.openxmlformats.org/officeDocument/2006/relationships/image" Target="media/image171.wmf"/><Relationship Id="rId522" Type="http://schemas.openxmlformats.org/officeDocument/2006/relationships/image" Target="media/image252.png"/><Relationship Id="rId54" Type="http://schemas.openxmlformats.org/officeDocument/2006/relationships/oleObject" Target="embeddings/oleObject23.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2.wmf"/><Relationship Id="rId259" Type="http://schemas.openxmlformats.org/officeDocument/2006/relationships/oleObject" Target="embeddings/oleObject126.bin"/><Relationship Id="rId424" Type="http://schemas.openxmlformats.org/officeDocument/2006/relationships/image" Target="media/image203.wmf"/><Relationship Id="rId466" Type="http://schemas.openxmlformats.org/officeDocument/2006/relationships/oleObject" Target="embeddings/oleObject236.bin"/><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image" Target="media/image132.wmf"/><Relationship Id="rId326" Type="http://schemas.openxmlformats.org/officeDocument/2006/relationships/oleObject" Target="embeddings/oleObject162.bin"/><Relationship Id="rId533" Type="http://schemas.openxmlformats.org/officeDocument/2006/relationships/image" Target="media/image258.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5.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20.bin"/><Relationship Id="rId477" Type="http://schemas.openxmlformats.org/officeDocument/2006/relationships/image" Target="media/image229.wmf"/><Relationship Id="rId281" Type="http://schemas.openxmlformats.org/officeDocument/2006/relationships/oleObject" Target="embeddings/oleObject137.bin"/><Relationship Id="rId337" Type="http://schemas.openxmlformats.org/officeDocument/2006/relationships/oleObject" Target="embeddings/oleObject169.bin"/><Relationship Id="rId502" Type="http://schemas.openxmlformats.org/officeDocument/2006/relationships/oleObject" Target="embeddings/oleObject254.bin"/><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oleObject" Target="embeddings/oleObject67.bin"/><Relationship Id="rId379" Type="http://schemas.openxmlformats.org/officeDocument/2006/relationships/image" Target="media/image182.wmf"/><Relationship Id="rId544"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6.bin"/><Relationship Id="rId404" Type="http://schemas.openxmlformats.org/officeDocument/2006/relationships/oleObject" Target="embeddings/oleObject203.bin"/><Relationship Id="rId446" Type="http://schemas.openxmlformats.org/officeDocument/2006/relationships/oleObject" Target="embeddings/oleObject225.bin"/><Relationship Id="rId250" Type="http://schemas.openxmlformats.org/officeDocument/2006/relationships/image" Target="media/image122.wmf"/><Relationship Id="rId292" Type="http://schemas.openxmlformats.org/officeDocument/2006/relationships/image" Target="media/image141.wmf"/><Relationship Id="rId306" Type="http://schemas.openxmlformats.org/officeDocument/2006/relationships/oleObject" Target="embeddings/oleObject152.bin"/><Relationship Id="rId488" Type="http://schemas.openxmlformats.org/officeDocument/2006/relationships/oleObject" Target="embeddings/oleObject247.bin"/><Relationship Id="rId45" Type="http://schemas.openxmlformats.org/officeDocument/2006/relationships/image" Target="media/image20.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oleObject" Target="embeddings/oleObject175.bin"/><Relationship Id="rId513" Type="http://schemas.openxmlformats.org/officeDocument/2006/relationships/image" Target="media/image247.wmf"/><Relationship Id="rId152" Type="http://schemas.openxmlformats.org/officeDocument/2006/relationships/image" Target="media/image73.wmf"/><Relationship Id="rId194" Type="http://schemas.openxmlformats.org/officeDocument/2006/relationships/image" Target="media/image95.wmf"/><Relationship Id="rId208" Type="http://schemas.openxmlformats.org/officeDocument/2006/relationships/oleObject" Target="embeddings/oleObject100.bin"/><Relationship Id="rId415" Type="http://schemas.openxmlformats.org/officeDocument/2006/relationships/oleObject" Target="embeddings/oleObject210.bin"/><Relationship Id="rId457" Type="http://schemas.openxmlformats.org/officeDocument/2006/relationships/image" Target="media/image220.wmf"/><Relationship Id="rId261" Type="http://schemas.openxmlformats.org/officeDocument/2006/relationships/oleObject" Target="embeddings/oleObject127.bin"/><Relationship Id="rId499" Type="http://schemas.openxmlformats.org/officeDocument/2006/relationships/image" Target="media/image240.w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53.wmf"/><Relationship Id="rId359" Type="http://schemas.openxmlformats.org/officeDocument/2006/relationships/image" Target="media/image172.wmf"/><Relationship Id="rId524" Type="http://schemas.openxmlformats.org/officeDocument/2006/relationships/oleObject" Target="embeddings/oleObject264.bin"/><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86.bin"/><Relationship Id="rId426" Type="http://schemas.openxmlformats.org/officeDocument/2006/relationships/image" Target="media/image204.wmf"/><Relationship Id="rId230" Type="http://schemas.openxmlformats.org/officeDocument/2006/relationships/oleObject" Target="embeddings/oleObject111.bin"/><Relationship Id="rId468" Type="http://schemas.openxmlformats.org/officeDocument/2006/relationships/oleObject" Target="embeddings/oleObject237.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3.wmf"/><Relationship Id="rId328" Type="http://schemas.openxmlformats.org/officeDocument/2006/relationships/oleObject" Target="embeddings/oleObject164.bin"/><Relationship Id="rId535" Type="http://schemas.openxmlformats.org/officeDocument/2006/relationships/image" Target="media/image259.wmf"/><Relationship Id="rId132" Type="http://schemas.openxmlformats.org/officeDocument/2006/relationships/image" Target="media/image63.wmf"/><Relationship Id="rId174" Type="http://schemas.openxmlformats.org/officeDocument/2006/relationships/oleObject" Target="embeddings/oleObject83.bin"/><Relationship Id="rId381" Type="http://schemas.openxmlformats.org/officeDocument/2006/relationships/image" Target="media/image183.wmf"/><Relationship Id="rId241" Type="http://schemas.openxmlformats.org/officeDocument/2006/relationships/oleObject" Target="embeddings/oleObject117.bin"/><Relationship Id="rId437" Type="http://schemas.openxmlformats.org/officeDocument/2006/relationships/oleObject" Target="embeddings/oleObject221.bin"/><Relationship Id="rId479" Type="http://schemas.openxmlformats.org/officeDocument/2006/relationships/image" Target="media/image230.wmf"/><Relationship Id="rId36" Type="http://schemas.openxmlformats.org/officeDocument/2006/relationships/oleObject" Target="embeddings/oleObject14.bin"/><Relationship Id="rId283" Type="http://schemas.openxmlformats.org/officeDocument/2006/relationships/oleObject" Target="embeddings/oleObject138.bin"/><Relationship Id="rId339" Type="http://schemas.openxmlformats.org/officeDocument/2006/relationships/oleObject" Target="embeddings/oleObject170.bin"/><Relationship Id="rId490" Type="http://schemas.openxmlformats.org/officeDocument/2006/relationships/oleObject" Target="embeddings/oleObject248.bin"/><Relationship Id="rId504" Type="http://schemas.openxmlformats.org/officeDocument/2006/relationships/oleObject" Target="embeddings/oleObject255.bin"/><Relationship Id="rId78" Type="http://schemas.openxmlformats.org/officeDocument/2006/relationships/image" Target="media/image37.wmf"/><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image" Target="media/image90.wmf"/><Relationship Id="rId350" Type="http://schemas.openxmlformats.org/officeDocument/2006/relationships/oleObject" Target="embeddings/oleObject176.bin"/><Relationship Id="rId406" Type="http://schemas.openxmlformats.org/officeDocument/2006/relationships/oleObject" Target="embeddings/oleObject204.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oleObject" Target="embeddings/oleObject197.bin"/><Relationship Id="rId448" Type="http://schemas.openxmlformats.org/officeDocument/2006/relationships/oleObject" Target="embeddings/oleObject226.bin"/><Relationship Id="rId252" Type="http://schemas.openxmlformats.org/officeDocument/2006/relationships/image" Target="media/image123.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48.wmf"/><Relationship Id="rId47" Type="http://schemas.openxmlformats.org/officeDocument/2006/relationships/image" Target="media/image21.wmf"/><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image" Target="media/image74.wmf"/><Relationship Id="rId361" Type="http://schemas.openxmlformats.org/officeDocument/2006/relationships/image" Target="media/image173.wmf"/><Relationship Id="rId196" Type="http://schemas.openxmlformats.org/officeDocument/2006/relationships/image" Target="media/image96.wmf"/><Relationship Id="rId417" Type="http://schemas.openxmlformats.org/officeDocument/2006/relationships/oleObject" Target="embeddings/oleObject211.bin"/><Relationship Id="rId459" Type="http://schemas.openxmlformats.org/officeDocument/2006/relationships/image" Target="media/image221.wmf"/><Relationship Id="rId16" Type="http://schemas.openxmlformats.org/officeDocument/2006/relationships/image" Target="media/image5.wmf"/><Relationship Id="rId221" Type="http://schemas.openxmlformats.org/officeDocument/2006/relationships/image" Target="media/image108.wmf"/><Relationship Id="rId263" Type="http://schemas.openxmlformats.org/officeDocument/2006/relationships/oleObject" Target="embeddings/oleObject128.bin"/><Relationship Id="rId319" Type="http://schemas.openxmlformats.org/officeDocument/2006/relationships/image" Target="media/image154.wmf"/><Relationship Id="rId470" Type="http://schemas.openxmlformats.org/officeDocument/2006/relationships/oleObject" Target="embeddings/oleObject238.bin"/><Relationship Id="rId526" Type="http://schemas.openxmlformats.org/officeDocument/2006/relationships/oleObject" Target="embeddings/oleObject265.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5.bin"/><Relationship Id="rId165" Type="http://schemas.openxmlformats.org/officeDocument/2006/relationships/image" Target="media/image80.wmf"/><Relationship Id="rId372" Type="http://schemas.openxmlformats.org/officeDocument/2006/relationships/oleObject" Target="embeddings/oleObject187.bin"/><Relationship Id="rId428" Type="http://schemas.openxmlformats.org/officeDocument/2006/relationships/image" Target="media/image205.wmf"/><Relationship Id="rId232" Type="http://schemas.openxmlformats.org/officeDocument/2006/relationships/image" Target="media/image114.wmf"/><Relationship Id="rId274" Type="http://schemas.openxmlformats.org/officeDocument/2006/relationships/image" Target="media/image134.wmf"/><Relationship Id="rId481" Type="http://schemas.openxmlformats.org/officeDocument/2006/relationships/image" Target="media/image231.wmf"/><Relationship Id="rId27" Type="http://schemas.openxmlformats.org/officeDocument/2006/relationships/image" Target="media/image11.wmf"/><Relationship Id="rId69" Type="http://schemas.openxmlformats.org/officeDocument/2006/relationships/image" Target="media/image32.png"/><Relationship Id="rId134" Type="http://schemas.openxmlformats.org/officeDocument/2006/relationships/image" Target="media/image64.wmf"/><Relationship Id="rId537" Type="http://schemas.openxmlformats.org/officeDocument/2006/relationships/image" Target="media/image260.wmf"/><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oleObject" Target="embeddings/oleObject171.bin"/><Relationship Id="rId383" Type="http://schemas.openxmlformats.org/officeDocument/2006/relationships/image" Target="media/image184.wmf"/><Relationship Id="rId439" Type="http://schemas.openxmlformats.org/officeDocument/2006/relationships/oleObject" Target="embeddings/oleObject222.bin"/><Relationship Id="rId201" Type="http://schemas.openxmlformats.org/officeDocument/2006/relationships/oleObject" Target="embeddings/oleObject96.bin"/><Relationship Id="rId243" Type="http://schemas.openxmlformats.org/officeDocument/2006/relationships/oleObject" Target="embeddings/oleObject118.bin"/><Relationship Id="rId285" Type="http://schemas.openxmlformats.org/officeDocument/2006/relationships/image" Target="media/image139.wmf"/><Relationship Id="rId450" Type="http://schemas.openxmlformats.org/officeDocument/2006/relationships/oleObject" Target="embeddings/oleObject227.bin"/><Relationship Id="rId506" Type="http://schemas.openxmlformats.org/officeDocument/2006/relationships/oleObject" Target="embeddings/oleObject256.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4.bin"/><Relationship Id="rId492" Type="http://schemas.openxmlformats.org/officeDocument/2006/relationships/oleObject" Target="embeddings/oleObject249.bin"/><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image" Target="media/image91.png"/><Relationship Id="rId352" Type="http://schemas.openxmlformats.org/officeDocument/2006/relationships/oleObject" Target="embeddings/oleObject177.bin"/><Relationship Id="rId394" Type="http://schemas.openxmlformats.org/officeDocument/2006/relationships/oleObject" Target="embeddings/oleObject198.bin"/><Relationship Id="rId408" Type="http://schemas.openxmlformats.org/officeDocument/2006/relationships/oleObject" Target="embeddings/oleObject205.bin"/><Relationship Id="rId212" Type="http://schemas.openxmlformats.org/officeDocument/2006/relationships/oleObject" Target="embeddings/oleObject102.bin"/><Relationship Id="rId254" Type="http://schemas.openxmlformats.org/officeDocument/2006/relationships/image" Target="media/image124.wmf"/><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oleObject" Target="embeddings/oleObject147.bin"/><Relationship Id="rId461" Type="http://schemas.openxmlformats.org/officeDocument/2006/relationships/oleObject" Target="embeddings/oleObject233.bin"/><Relationship Id="rId517" Type="http://schemas.openxmlformats.org/officeDocument/2006/relationships/image" Target="media/image249.wmf"/><Relationship Id="rId60" Type="http://schemas.openxmlformats.org/officeDocument/2006/relationships/oleObject" Target="embeddings/oleObject26.bin"/><Relationship Id="rId156" Type="http://schemas.openxmlformats.org/officeDocument/2006/relationships/image" Target="media/image75.png"/><Relationship Id="rId198" Type="http://schemas.openxmlformats.org/officeDocument/2006/relationships/image" Target="media/image97.wmf"/><Relationship Id="rId321" Type="http://schemas.openxmlformats.org/officeDocument/2006/relationships/image" Target="media/image155.wmf"/><Relationship Id="rId363" Type="http://schemas.openxmlformats.org/officeDocument/2006/relationships/image" Target="media/image174.wmf"/><Relationship Id="rId419" Type="http://schemas.openxmlformats.org/officeDocument/2006/relationships/oleObject" Target="embeddings/oleObject212.bin"/><Relationship Id="rId223" Type="http://schemas.openxmlformats.org/officeDocument/2006/relationships/image" Target="media/image109.wmf"/><Relationship Id="rId430" Type="http://schemas.openxmlformats.org/officeDocument/2006/relationships/image" Target="media/image206.wmf"/><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image" Target="media/image227.wmf"/><Relationship Id="rId528" Type="http://schemas.openxmlformats.org/officeDocument/2006/relationships/oleObject" Target="embeddings/oleObject266.bin"/><Relationship Id="rId125" Type="http://schemas.openxmlformats.org/officeDocument/2006/relationships/image" Target="media/image59.png"/><Relationship Id="rId167" Type="http://schemas.openxmlformats.org/officeDocument/2006/relationships/image" Target="media/image81.wmf"/><Relationship Id="rId332" Type="http://schemas.openxmlformats.org/officeDocument/2006/relationships/oleObject" Target="embeddings/oleObject166.bin"/><Relationship Id="rId374" Type="http://schemas.openxmlformats.org/officeDocument/2006/relationships/oleObject" Target="embeddings/oleObject188.bin"/><Relationship Id="rId71" Type="http://schemas.openxmlformats.org/officeDocument/2006/relationships/oleObject" Target="embeddings/oleObject31.bin"/><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5.wmf"/><Relationship Id="rId441" Type="http://schemas.openxmlformats.org/officeDocument/2006/relationships/oleObject" Target="embeddings/oleObject223.bin"/><Relationship Id="rId483" Type="http://schemas.openxmlformats.org/officeDocument/2006/relationships/image" Target="media/image232.wmf"/><Relationship Id="rId539" Type="http://schemas.openxmlformats.org/officeDocument/2006/relationships/image" Target="media/image261.wmf"/><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oleObject" Target="embeddings/oleObject85.bin"/><Relationship Id="rId301" Type="http://schemas.openxmlformats.org/officeDocument/2006/relationships/image" Target="media/image145.wmf"/><Relationship Id="rId343" Type="http://schemas.openxmlformats.org/officeDocument/2006/relationships/image" Target="media/image164.wmf"/><Relationship Id="rId82" Type="http://schemas.openxmlformats.org/officeDocument/2006/relationships/oleObject" Target="embeddings/oleObject38.bin"/><Relationship Id="rId203" Type="http://schemas.openxmlformats.org/officeDocument/2006/relationships/oleObject" Target="embeddings/oleObject97.bin"/><Relationship Id="rId385" Type="http://schemas.openxmlformats.org/officeDocument/2006/relationships/image" Target="media/image185.wmf"/><Relationship Id="rId245" Type="http://schemas.openxmlformats.org/officeDocument/2006/relationships/oleObject" Target="embeddings/oleObject119.bin"/><Relationship Id="rId287" Type="http://schemas.openxmlformats.org/officeDocument/2006/relationships/oleObject" Target="embeddings/oleObject141.bin"/><Relationship Id="rId410" Type="http://schemas.openxmlformats.org/officeDocument/2006/relationships/image" Target="media/image197.wmf"/><Relationship Id="rId452" Type="http://schemas.openxmlformats.org/officeDocument/2006/relationships/oleObject" Target="embeddings/oleObject228.bin"/><Relationship Id="rId494" Type="http://schemas.openxmlformats.org/officeDocument/2006/relationships/oleObject" Target="embeddings/oleObject250.bin"/><Relationship Id="rId508" Type="http://schemas.openxmlformats.org/officeDocument/2006/relationships/oleObject" Target="embeddings/oleObject257.bin"/><Relationship Id="rId105" Type="http://schemas.openxmlformats.org/officeDocument/2006/relationships/image" Target="media/image49.wmf"/><Relationship Id="rId147" Type="http://schemas.openxmlformats.org/officeDocument/2006/relationships/oleObject" Target="embeddings/oleObject70.bin"/><Relationship Id="rId312" Type="http://schemas.openxmlformats.org/officeDocument/2006/relationships/oleObject" Target="embeddings/oleObject155.bin"/><Relationship Id="rId354" Type="http://schemas.openxmlformats.org/officeDocument/2006/relationships/oleObject" Target="embeddings/oleObject178.bin"/><Relationship Id="rId51" Type="http://schemas.openxmlformats.org/officeDocument/2006/relationships/image" Target="media/image23.wmf"/><Relationship Id="rId93" Type="http://schemas.openxmlformats.org/officeDocument/2006/relationships/image" Target="media/image43.wmf"/><Relationship Id="rId189" Type="http://schemas.openxmlformats.org/officeDocument/2006/relationships/oleObject" Target="embeddings/oleObject90.bin"/><Relationship Id="rId396" Type="http://schemas.openxmlformats.org/officeDocument/2006/relationships/oleObject" Target="embeddings/oleObject199.bin"/><Relationship Id="rId214" Type="http://schemas.openxmlformats.org/officeDocument/2006/relationships/oleObject" Target="embeddings/oleObject103.bin"/><Relationship Id="rId256" Type="http://schemas.openxmlformats.org/officeDocument/2006/relationships/image" Target="media/image125.wmf"/><Relationship Id="rId298" Type="http://schemas.openxmlformats.org/officeDocument/2006/relationships/oleObject" Target="embeddings/oleObject148.bin"/><Relationship Id="rId421" Type="http://schemas.openxmlformats.org/officeDocument/2006/relationships/oleObject" Target="embeddings/oleObject213.bin"/><Relationship Id="rId463" Type="http://schemas.openxmlformats.org/officeDocument/2006/relationships/oleObject" Target="embeddings/oleObject234.bin"/><Relationship Id="rId519" Type="http://schemas.openxmlformats.org/officeDocument/2006/relationships/image" Target="media/image250.png"/><Relationship Id="rId116" Type="http://schemas.openxmlformats.org/officeDocument/2006/relationships/oleObject" Target="embeddings/oleObject55.bin"/><Relationship Id="rId158" Type="http://schemas.openxmlformats.org/officeDocument/2006/relationships/oleObject" Target="embeddings/oleObject75.bin"/><Relationship Id="rId323" Type="http://schemas.openxmlformats.org/officeDocument/2006/relationships/image" Target="media/image156.wmf"/><Relationship Id="rId530" Type="http://schemas.openxmlformats.org/officeDocument/2006/relationships/oleObject" Target="embeddings/oleObject267.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image" Target="media/image175.wmf"/><Relationship Id="rId225" Type="http://schemas.openxmlformats.org/officeDocument/2006/relationships/image" Target="media/image110.wmf"/><Relationship Id="rId267" Type="http://schemas.openxmlformats.org/officeDocument/2006/relationships/oleObject" Target="embeddings/oleObject130.bin"/><Relationship Id="rId432" Type="http://schemas.openxmlformats.org/officeDocument/2006/relationships/image" Target="media/image207.wmf"/><Relationship Id="rId474" Type="http://schemas.openxmlformats.org/officeDocument/2006/relationships/image" Target="media/image228.wmf"/><Relationship Id="rId127" Type="http://schemas.openxmlformats.org/officeDocument/2006/relationships/oleObject" Target="embeddings/oleObject60.bin"/><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image" Target="media/image82.wmf"/><Relationship Id="rId334" Type="http://schemas.openxmlformats.org/officeDocument/2006/relationships/oleObject" Target="embeddings/oleObject167.bin"/><Relationship Id="rId376" Type="http://schemas.openxmlformats.org/officeDocument/2006/relationships/oleObject" Target="embeddings/oleObject189.bin"/><Relationship Id="rId541" Type="http://schemas.openxmlformats.org/officeDocument/2006/relationships/image" Target="media/image262.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image" Target="media/image136.wmf"/><Relationship Id="rId401" Type="http://schemas.openxmlformats.org/officeDocument/2006/relationships/image" Target="media/image193.wmf"/><Relationship Id="rId443" Type="http://schemas.openxmlformats.org/officeDocument/2006/relationships/oleObject" Target="embeddings/oleObject224.bin"/><Relationship Id="rId303" Type="http://schemas.openxmlformats.org/officeDocument/2006/relationships/image" Target="media/image146.wmf"/><Relationship Id="rId485" Type="http://schemas.openxmlformats.org/officeDocument/2006/relationships/image" Target="media/image233.wmf"/><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oleObject" Target="embeddings/oleObject258.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20.bin"/><Relationship Id="rId412" Type="http://schemas.openxmlformats.org/officeDocument/2006/relationships/image" Target="media/image198.png"/><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9.bin"/><Relationship Id="rId496" Type="http://schemas.openxmlformats.org/officeDocument/2006/relationships/oleObject" Target="embeddings/oleObject251.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oleObject" Target="embeddings/oleObject156.bin"/><Relationship Id="rId356" Type="http://schemas.openxmlformats.org/officeDocument/2006/relationships/oleObject" Target="embeddings/oleObject179.bin"/><Relationship Id="rId398" Type="http://schemas.openxmlformats.org/officeDocument/2006/relationships/oleObject" Target="embeddings/oleObject200.bin"/><Relationship Id="rId521" Type="http://schemas.openxmlformats.org/officeDocument/2006/relationships/oleObject" Target="embeddings/oleObject263.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14.bin"/><Relationship Id="rId258" Type="http://schemas.openxmlformats.org/officeDocument/2006/relationships/image" Target="media/image126.wmf"/><Relationship Id="rId465" Type="http://schemas.openxmlformats.org/officeDocument/2006/relationships/image" Target="media/image223.wmf"/><Relationship Id="rId22" Type="http://schemas.openxmlformats.org/officeDocument/2006/relationships/image" Target="media/image8.png"/><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image" Target="media/image157.wmf"/><Relationship Id="rId367" Type="http://schemas.openxmlformats.org/officeDocument/2006/relationships/image" Target="media/image176.wmf"/><Relationship Id="rId532" Type="http://schemas.openxmlformats.org/officeDocument/2006/relationships/oleObject" Target="embeddings/oleObject268.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oleObject" Target="embeddings/oleObject131.bin"/><Relationship Id="rId434" Type="http://schemas.openxmlformats.org/officeDocument/2006/relationships/image" Target="media/image208.wmf"/><Relationship Id="rId476" Type="http://schemas.openxmlformats.org/officeDocument/2006/relationships/oleObject" Target="embeddings/oleObject241.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oleObject" Target="embeddings/oleObject168.bin"/><Relationship Id="rId501" Type="http://schemas.openxmlformats.org/officeDocument/2006/relationships/image" Target="media/image241.wmf"/><Relationship Id="rId543" Type="http://schemas.openxmlformats.org/officeDocument/2006/relationships/fontTable" Target="fontTable.xml"/><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oleObject" Target="embeddings/oleObject87.bin"/><Relationship Id="rId378" Type="http://schemas.openxmlformats.org/officeDocument/2006/relationships/oleObject" Target="embeddings/oleObject190.bin"/><Relationship Id="rId403" Type="http://schemas.openxmlformats.org/officeDocument/2006/relationships/image" Target="media/image194.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4.wmf"/><Relationship Id="rId487" Type="http://schemas.openxmlformats.org/officeDocument/2006/relationships/image" Target="media/image234.wmf"/><Relationship Id="rId291" Type="http://schemas.openxmlformats.org/officeDocument/2006/relationships/oleObject" Target="embeddings/oleObject144.bin"/><Relationship Id="rId305" Type="http://schemas.openxmlformats.org/officeDocument/2006/relationships/image" Target="media/image147.wmf"/><Relationship Id="rId347" Type="http://schemas.openxmlformats.org/officeDocument/2006/relationships/image" Target="media/image166.wmf"/><Relationship Id="rId512" Type="http://schemas.openxmlformats.org/officeDocument/2006/relationships/oleObject" Target="embeddings/oleObject259.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image" Target="media/image187.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1.bin"/><Relationship Id="rId414" Type="http://schemas.openxmlformats.org/officeDocument/2006/relationships/oleObject" Target="embeddings/oleObject209.bin"/><Relationship Id="rId456" Type="http://schemas.openxmlformats.org/officeDocument/2006/relationships/oleObject" Target="embeddings/oleObject230.bin"/><Relationship Id="rId498" Type="http://schemas.openxmlformats.org/officeDocument/2006/relationships/oleObject" Target="embeddings/oleObject252.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7.wmf"/><Relationship Id="rId316" Type="http://schemas.openxmlformats.org/officeDocument/2006/relationships/oleObject" Target="embeddings/oleObject157.bin"/><Relationship Id="rId523" Type="http://schemas.openxmlformats.org/officeDocument/2006/relationships/image" Target="media/image253.wmf"/><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oleObject" Target="embeddings/oleObject180.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15.bin"/><Relationship Id="rId467" Type="http://schemas.openxmlformats.org/officeDocument/2006/relationships/image" Target="media/image224.wmf"/><Relationship Id="rId271" Type="http://schemas.openxmlformats.org/officeDocument/2006/relationships/oleObject" Target="embeddings/oleObject132.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63.bin"/><Relationship Id="rId369" Type="http://schemas.openxmlformats.org/officeDocument/2006/relationships/image" Target="media/image177.png"/><Relationship Id="rId534" Type="http://schemas.openxmlformats.org/officeDocument/2006/relationships/oleObject" Target="embeddings/oleObject269.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91.bin"/><Relationship Id="rId436" Type="http://schemas.openxmlformats.org/officeDocument/2006/relationships/image" Target="media/image209.wmf"/><Relationship Id="rId240" Type="http://schemas.openxmlformats.org/officeDocument/2006/relationships/oleObject" Target="embeddings/oleObject116.bin"/><Relationship Id="rId478" Type="http://schemas.openxmlformats.org/officeDocument/2006/relationships/oleObject" Target="embeddings/oleObject24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7.bin"/><Relationship Id="rId282" Type="http://schemas.openxmlformats.org/officeDocument/2006/relationships/image" Target="media/image138.wmf"/><Relationship Id="rId338" Type="http://schemas.openxmlformats.org/officeDocument/2006/relationships/image" Target="media/image162.wmf"/><Relationship Id="rId503" Type="http://schemas.openxmlformats.org/officeDocument/2006/relationships/image" Target="media/image242.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8.bin"/><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5.wmf"/><Relationship Id="rId251" Type="http://schemas.openxmlformats.org/officeDocument/2006/relationships/oleObject" Target="embeddings/oleObject122.bin"/><Relationship Id="rId489" Type="http://schemas.openxmlformats.org/officeDocument/2006/relationships/image" Target="media/image235.wmf"/><Relationship Id="rId46" Type="http://schemas.openxmlformats.org/officeDocument/2006/relationships/oleObject" Target="embeddings/oleObject19.bin"/><Relationship Id="rId293" Type="http://schemas.openxmlformats.org/officeDocument/2006/relationships/oleObject" Target="embeddings/oleObject145.bin"/><Relationship Id="rId307" Type="http://schemas.openxmlformats.org/officeDocument/2006/relationships/image" Target="media/image148.wmf"/><Relationship Id="rId349" Type="http://schemas.openxmlformats.org/officeDocument/2006/relationships/image" Target="media/image167.wmf"/><Relationship Id="rId514" Type="http://schemas.openxmlformats.org/officeDocument/2006/relationships/oleObject" Target="embeddings/oleObject260.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3.bin"/><Relationship Id="rId195" Type="http://schemas.openxmlformats.org/officeDocument/2006/relationships/oleObject" Target="embeddings/oleObject93.bin"/><Relationship Id="rId209" Type="http://schemas.openxmlformats.org/officeDocument/2006/relationships/image" Target="media/image102.wmf"/><Relationship Id="rId360" Type="http://schemas.openxmlformats.org/officeDocument/2006/relationships/oleObject" Target="embeddings/oleObject181.bin"/><Relationship Id="rId416" Type="http://schemas.openxmlformats.org/officeDocument/2006/relationships/image" Target="media/image199.wmf"/><Relationship Id="rId220" Type="http://schemas.openxmlformats.org/officeDocument/2006/relationships/oleObject" Target="embeddings/oleObject106.bin"/><Relationship Id="rId458" Type="http://schemas.openxmlformats.org/officeDocument/2006/relationships/oleObject" Target="embeddings/oleObject231.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oleObject" Target="embeddings/oleObject158.bin"/><Relationship Id="rId525" Type="http://schemas.openxmlformats.org/officeDocument/2006/relationships/image" Target="media/image254.wmf"/><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8.bin"/><Relationship Id="rId371" Type="http://schemas.openxmlformats.org/officeDocument/2006/relationships/image" Target="media/image178.wmf"/><Relationship Id="rId427" Type="http://schemas.openxmlformats.org/officeDocument/2006/relationships/oleObject" Target="embeddings/oleObject216.bin"/><Relationship Id="rId469" Type="http://schemas.openxmlformats.org/officeDocument/2006/relationships/image" Target="media/image225.wmf"/><Relationship Id="rId26" Type="http://schemas.openxmlformats.org/officeDocument/2006/relationships/oleObject" Target="embeddings/oleObject9.bin"/><Relationship Id="rId231" Type="http://schemas.openxmlformats.org/officeDocument/2006/relationships/image" Target="media/image113.jpeg"/><Relationship Id="rId273" Type="http://schemas.openxmlformats.org/officeDocument/2006/relationships/oleObject" Target="embeddings/oleObject133.bin"/><Relationship Id="rId329" Type="http://schemas.openxmlformats.org/officeDocument/2006/relationships/image" Target="media/image158.wmf"/><Relationship Id="rId480" Type="http://schemas.openxmlformats.org/officeDocument/2006/relationships/oleObject" Target="embeddings/oleObject243.bin"/><Relationship Id="rId536" Type="http://schemas.openxmlformats.org/officeDocument/2006/relationships/oleObject" Target="embeddings/oleObject270.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image" Target="media/image163.wmf"/><Relationship Id="rId200" Type="http://schemas.openxmlformats.org/officeDocument/2006/relationships/image" Target="media/image98.wmf"/><Relationship Id="rId382" Type="http://schemas.openxmlformats.org/officeDocument/2006/relationships/oleObject" Target="embeddings/oleObject192.bin"/><Relationship Id="rId438" Type="http://schemas.openxmlformats.org/officeDocument/2006/relationships/image" Target="media/image210.wmf"/><Relationship Id="rId242" Type="http://schemas.openxmlformats.org/officeDocument/2006/relationships/image" Target="media/image118.wmf"/><Relationship Id="rId284" Type="http://schemas.openxmlformats.org/officeDocument/2006/relationships/oleObject" Target="embeddings/oleObject139.bin"/><Relationship Id="rId491" Type="http://schemas.openxmlformats.org/officeDocument/2006/relationships/image" Target="media/image236.wmf"/><Relationship Id="rId505" Type="http://schemas.openxmlformats.org/officeDocument/2006/relationships/image" Target="media/image243.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oleObject" Target="embeddings/oleObject48.bin"/><Relationship Id="rId144" Type="http://schemas.openxmlformats.org/officeDocument/2006/relationships/image" Target="media/image69.wmf"/><Relationship Id="rId90" Type="http://schemas.openxmlformats.org/officeDocument/2006/relationships/oleObject" Target="embeddings/oleObject42.bin"/><Relationship Id="rId186" Type="http://schemas.openxmlformats.org/officeDocument/2006/relationships/oleObject" Target="embeddings/oleObject89.bin"/><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6.wmf"/><Relationship Id="rId211" Type="http://schemas.openxmlformats.org/officeDocument/2006/relationships/image" Target="media/image103.wmf"/><Relationship Id="rId253" Type="http://schemas.openxmlformats.org/officeDocument/2006/relationships/oleObject" Target="embeddings/oleObject123.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32.bin"/><Relationship Id="rId516" Type="http://schemas.openxmlformats.org/officeDocument/2006/relationships/oleObject" Target="embeddings/oleObject261.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9.bin"/><Relationship Id="rId155" Type="http://schemas.openxmlformats.org/officeDocument/2006/relationships/oleObject" Target="embeddings/oleObject74.bin"/><Relationship Id="rId197" Type="http://schemas.openxmlformats.org/officeDocument/2006/relationships/oleObject" Target="embeddings/oleObject94.bin"/><Relationship Id="rId362" Type="http://schemas.openxmlformats.org/officeDocument/2006/relationships/oleObject" Target="embeddings/oleObject182.bin"/><Relationship Id="rId418" Type="http://schemas.openxmlformats.org/officeDocument/2006/relationships/image" Target="media/image200.wmf"/><Relationship Id="rId222" Type="http://schemas.openxmlformats.org/officeDocument/2006/relationships/oleObject" Target="embeddings/oleObject107.bin"/><Relationship Id="rId264" Type="http://schemas.openxmlformats.org/officeDocument/2006/relationships/image" Target="media/image129.wmf"/><Relationship Id="rId471" Type="http://schemas.openxmlformats.org/officeDocument/2006/relationships/image" Target="media/image226.png"/><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55.wmf"/><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59.wmf"/><Relationship Id="rId373" Type="http://schemas.openxmlformats.org/officeDocument/2006/relationships/image" Target="media/image179.wmf"/><Relationship Id="rId429" Type="http://schemas.openxmlformats.org/officeDocument/2006/relationships/oleObject" Target="embeddings/oleObject217.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1.wmf"/><Relationship Id="rId28" Type="http://schemas.openxmlformats.org/officeDocument/2006/relationships/oleObject" Target="embeddings/oleObject10.bin"/><Relationship Id="rId275" Type="http://schemas.openxmlformats.org/officeDocument/2006/relationships/oleObject" Target="embeddings/oleObject134.bin"/><Relationship Id="rId300" Type="http://schemas.openxmlformats.org/officeDocument/2006/relationships/oleObject" Target="embeddings/oleObject149.bin"/><Relationship Id="rId482" Type="http://schemas.openxmlformats.org/officeDocument/2006/relationships/oleObject" Target="embeddings/oleObject244.bin"/><Relationship Id="rId538" Type="http://schemas.openxmlformats.org/officeDocument/2006/relationships/oleObject" Target="embeddings/oleObject271.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2.bin"/><Relationship Id="rId384" Type="http://schemas.openxmlformats.org/officeDocument/2006/relationships/oleObject" Target="embeddings/oleObject193.bin"/><Relationship Id="rId202" Type="http://schemas.openxmlformats.org/officeDocument/2006/relationships/image" Target="media/image99.wmf"/><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image" Target="media/image217.wmf"/><Relationship Id="rId493" Type="http://schemas.openxmlformats.org/officeDocument/2006/relationships/image" Target="media/image237.wmf"/><Relationship Id="rId507" Type="http://schemas.openxmlformats.org/officeDocument/2006/relationships/image" Target="media/image244.wmf"/><Relationship Id="rId50" Type="http://schemas.openxmlformats.org/officeDocument/2006/relationships/oleObject" Target="embeddings/oleObject21.bin"/><Relationship Id="rId104" Type="http://schemas.openxmlformats.org/officeDocument/2006/relationships/oleObject" Target="embeddings/oleObject49.bin"/><Relationship Id="rId146" Type="http://schemas.openxmlformats.org/officeDocument/2006/relationships/image" Target="media/image70.wmf"/><Relationship Id="rId188" Type="http://schemas.openxmlformats.org/officeDocument/2006/relationships/image" Target="media/image92.wmf"/><Relationship Id="rId311" Type="http://schemas.openxmlformats.org/officeDocument/2006/relationships/image" Target="media/image150.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oleObject" Target="embeddings/oleObject206.bin"/><Relationship Id="rId92" Type="http://schemas.openxmlformats.org/officeDocument/2006/relationships/oleObject" Target="embeddings/oleObject43.bin"/><Relationship Id="rId213" Type="http://schemas.openxmlformats.org/officeDocument/2006/relationships/image" Target="media/image104.wmf"/><Relationship Id="rId420" Type="http://schemas.openxmlformats.org/officeDocument/2006/relationships/image" Target="media/image201.wmf"/><Relationship Id="rId255" Type="http://schemas.openxmlformats.org/officeDocument/2006/relationships/oleObject" Target="embeddings/oleObject124.bin"/><Relationship Id="rId297" Type="http://schemas.openxmlformats.org/officeDocument/2006/relationships/image" Target="media/image143.wmf"/><Relationship Id="rId462" Type="http://schemas.openxmlformats.org/officeDocument/2006/relationships/image" Target="media/image222.wmf"/><Relationship Id="rId518" Type="http://schemas.openxmlformats.org/officeDocument/2006/relationships/oleObject" Target="embeddings/oleObject262.bin"/><Relationship Id="rId115" Type="http://schemas.openxmlformats.org/officeDocument/2006/relationships/image" Target="media/image54.wmf"/><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3.bin"/><Relationship Id="rId61" Type="http://schemas.openxmlformats.org/officeDocument/2006/relationships/image" Target="media/image28.wmf"/><Relationship Id="rId199" Type="http://schemas.openxmlformats.org/officeDocument/2006/relationships/oleObject" Target="embeddings/oleObject95.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30.wmf"/><Relationship Id="rId431" Type="http://schemas.openxmlformats.org/officeDocument/2006/relationships/oleObject" Target="embeddings/oleObject218.bin"/><Relationship Id="rId473" Type="http://schemas.openxmlformats.org/officeDocument/2006/relationships/oleObject" Target="embeddings/oleObject239.bin"/><Relationship Id="rId529" Type="http://schemas.openxmlformats.org/officeDocument/2006/relationships/image" Target="media/image256.wmf"/><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0.wmf"/><Relationship Id="rId540" Type="http://schemas.openxmlformats.org/officeDocument/2006/relationships/oleObject" Target="embeddings/oleObject272.bin"/><Relationship Id="rId72" Type="http://schemas.openxmlformats.org/officeDocument/2006/relationships/image" Target="media/image34.wmf"/><Relationship Id="rId375" Type="http://schemas.openxmlformats.org/officeDocument/2006/relationships/image" Target="media/image180.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oleObject" Target="embeddings/oleObject135.bin"/><Relationship Id="rId400" Type="http://schemas.openxmlformats.org/officeDocument/2006/relationships/oleObject" Target="embeddings/oleObject201.bin"/><Relationship Id="rId442" Type="http://schemas.openxmlformats.org/officeDocument/2006/relationships/image" Target="media/image212.wmf"/><Relationship Id="rId484" Type="http://schemas.openxmlformats.org/officeDocument/2006/relationships/oleObject" Target="embeddings/oleObject245.bin"/><Relationship Id="rId137" Type="http://schemas.openxmlformats.org/officeDocument/2006/relationships/oleObject" Target="embeddings/oleObject65.bin"/><Relationship Id="rId302" Type="http://schemas.openxmlformats.org/officeDocument/2006/relationships/oleObject" Target="embeddings/oleObject150.bin"/><Relationship Id="rId344" Type="http://schemas.openxmlformats.org/officeDocument/2006/relationships/oleObject" Target="embeddings/oleObject173.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oleObject" Target="embeddings/oleObject194.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0.wmf"/><Relationship Id="rId288" Type="http://schemas.openxmlformats.org/officeDocument/2006/relationships/oleObject" Target="embeddings/oleObject142.bin"/><Relationship Id="rId411" Type="http://schemas.openxmlformats.org/officeDocument/2006/relationships/oleObject" Target="embeddings/oleObject207.bin"/><Relationship Id="rId453" Type="http://schemas.openxmlformats.org/officeDocument/2006/relationships/image" Target="media/image218.wmf"/><Relationship Id="rId509" Type="http://schemas.openxmlformats.org/officeDocument/2006/relationships/image" Target="media/image245.wmf"/><Relationship Id="rId106" Type="http://schemas.openxmlformats.org/officeDocument/2006/relationships/oleObject" Target="embeddings/oleObject50.bin"/><Relationship Id="rId313" Type="http://schemas.openxmlformats.org/officeDocument/2006/relationships/image" Target="media/image151.wmf"/><Relationship Id="rId495" Type="http://schemas.openxmlformats.org/officeDocument/2006/relationships/image" Target="media/image238.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image" Target="media/image170.wmf"/><Relationship Id="rId397" Type="http://schemas.openxmlformats.org/officeDocument/2006/relationships/image" Target="media/image191.wmf"/><Relationship Id="rId520" Type="http://schemas.openxmlformats.org/officeDocument/2006/relationships/image" Target="media/image251.wmf"/><Relationship Id="rId215" Type="http://schemas.openxmlformats.org/officeDocument/2006/relationships/image" Target="media/image105.wmf"/><Relationship Id="rId257" Type="http://schemas.openxmlformats.org/officeDocument/2006/relationships/oleObject" Target="embeddings/oleObject125.bin"/><Relationship Id="rId422" Type="http://schemas.openxmlformats.org/officeDocument/2006/relationships/image" Target="media/image202.wmf"/><Relationship Id="rId464" Type="http://schemas.openxmlformats.org/officeDocument/2006/relationships/oleObject" Target="embeddings/oleObject235.bin"/><Relationship Id="rId299" Type="http://schemas.openxmlformats.org/officeDocument/2006/relationships/image" Target="media/image144.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4.bin"/><Relationship Id="rId226" Type="http://schemas.openxmlformats.org/officeDocument/2006/relationships/oleObject" Target="embeddings/oleObject109.bin"/><Relationship Id="rId433" Type="http://schemas.openxmlformats.org/officeDocument/2006/relationships/oleObject" Target="embeddings/oleObject219.bin"/><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oleObject" Target="embeddings/oleObject253.bin"/><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image" Target="media/image213.png"/><Relationship Id="rId290" Type="http://schemas.openxmlformats.org/officeDocument/2006/relationships/oleObject" Target="embeddings/oleObject143.bin"/><Relationship Id="rId304" Type="http://schemas.openxmlformats.org/officeDocument/2006/relationships/oleObject" Target="embeddings/oleObject151.bin"/><Relationship Id="rId388" Type="http://schemas.openxmlformats.org/officeDocument/2006/relationships/oleObject" Target="embeddings/oleObject195.bin"/><Relationship Id="rId511" Type="http://schemas.openxmlformats.org/officeDocument/2006/relationships/image" Target="media/image2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78ECE-A972-4F8A-AF50-991E4A27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10</Pages>
  <Words>2642</Words>
  <Characters>15060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21</cp:revision>
  <cp:lastPrinted>2025-04-07T02:19:00Z</cp:lastPrinted>
  <dcterms:created xsi:type="dcterms:W3CDTF">2022-08-12T10:34:00Z</dcterms:created>
  <dcterms:modified xsi:type="dcterms:W3CDTF">2025-05-11T13:55:00Z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